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6520"/>
        <w:gridCol w:w="3118"/>
      </w:tblGrid>
      <w:tr w:rsidR="00E47694" w14:paraId="665E879F" w14:textId="77777777">
        <w:tc>
          <w:tcPr>
            <w:tcW w:w="6520" w:type="dxa"/>
          </w:tcPr>
          <w:p w14:paraId="411A7A50" w14:textId="77777777" w:rsidR="00E47694" w:rsidRDefault="00AC4DEF">
            <w:pPr>
              <w:spacing w:after="40"/>
            </w:pPr>
            <w:r>
              <w:rPr>
                <w:rFonts w:ascii="Aptos Display" w:eastAsia="Aptos Display" w:hAnsi="Aptos Display" w:cs="Aptos Display"/>
                <w:b/>
                <w:color w:val="340873"/>
                <w:sz w:val="40"/>
              </w:rPr>
              <w:t>DEMANDE DU RÉGIME DE CHÔMAGE</w:t>
            </w:r>
          </w:p>
          <w:p w14:paraId="2FD324B5" w14:textId="77777777" w:rsidR="00E47694" w:rsidRDefault="00AC4DEF">
            <w:pPr>
              <w:spacing w:after="80"/>
            </w:pPr>
            <w:r>
              <w:rPr>
                <w:rFonts w:ascii="Aptos Display" w:eastAsia="Aptos Display" w:hAnsi="Aptos Display" w:cs="Aptos Display"/>
                <w:b/>
                <w:color w:val="340873"/>
                <w:sz w:val="40"/>
              </w:rPr>
              <w:t>AVEC COMPLÉMENT DU FSE</w:t>
            </w:r>
          </w:p>
          <w:p w14:paraId="5233FED5" w14:textId="77777777" w:rsidR="00E47694" w:rsidRDefault="00AC4DEF">
            <w:pPr>
              <w:spacing w:after="0"/>
            </w:pPr>
            <w:r>
              <w:rPr>
                <w:b/>
                <w:i/>
                <w:color w:val="01869B"/>
                <w:sz w:val="25"/>
              </w:rPr>
              <w:t>(Ex-prépension)</w:t>
            </w:r>
          </w:p>
        </w:tc>
        <w:tc>
          <w:tcPr>
            <w:tcW w:w="3118" w:type="dxa"/>
            <w:tcBorders>
              <w:top w:val="single" w:sz="4" w:space="0" w:color="D9CCE8"/>
              <w:left w:val="single" w:sz="4" w:space="0" w:color="D9CCE8"/>
              <w:bottom w:val="single" w:sz="4" w:space="0" w:color="D9CCE8"/>
              <w:right w:val="single" w:sz="4" w:space="0" w:color="D9CCE8"/>
            </w:tcBorders>
            <w:shd w:val="clear" w:color="auto" w:fill="EEE8F4"/>
            <w:tcMar>
              <w:top w:w="160" w:type="dxa"/>
              <w:left w:w="220" w:type="dxa"/>
              <w:bottom w:w="500" w:type="dxa"/>
              <w:right w:w="220" w:type="dxa"/>
            </w:tcMar>
          </w:tcPr>
          <w:p w14:paraId="2FC40B5E" w14:textId="77777777" w:rsidR="00E47694" w:rsidRDefault="00AC4DEF">
            <w:pPr>
              <w:jc w:val="center"/>
            </w:pPr>
            <w:r>
              <w:rPr>
                <w:b/>
                <w:color w:val="340873"/>
                <w:sz w:val="18"/>
              </w:rPr>
              <w:t>Cachet de l'organisation syndicale</w:t>
            </w:r>
          </w:p>
          <w:p w14:paraId="0EF4F4C3" w14:textId="77777777" w:rsidR="00E47694" w:rsidRDefault="00AC4DEF">
            <w:pPr>
              <w:jc w:val="center"/>
            </w:pPr>
            <w:r>
              <w:rPr>
                <w:i/>
                <w:color w:val="6B6B70"/>
                <w:sz w:val="17"/>
              </w:rPr>
              <w:t>(Facultatif)</w:t>
            </w:r>
          </w:p>
        </w:tc>
      </w:tr>
    </w:tbl>
    <w:p w14:paraId="5385D419" w14:textId="77777777" w:rsidR="00E47694" w:rsidRDefault="00E47694">
      <w:pPr>
        <w:spacing w:after="120"/>
      </w:pPr>
    </w:p>
    <w:tbl>
      <w:tblPr>
        <w:tblW w:w="0" w:type="auto"/>
        <w:jc w:val="center"/>
        <w:tblLook w:val="04A0" w:firstRow="1" w:lastRow="0" w:firstColumn="1" w:lastColumn="0" w:noHBand="0" w:noVBand="1"/>
      </w:tblPr>
      <w:tblGrid>
        <w:gridCol w:w="9628"/>
      </w:tblGrid>
      <w:tr w:rsidR="00E47694" w14:paraId="6E9ABAEB" w14:textId="77777777">
        <w:trPr>
          <w:jc w:val="center"/>
        </w:trPr>
        <w:tc>
          <w:tcPr>
            <w:tcW w:w="9638" w:type="dxa"/>
            <w:tcBorders>
              <w:top w:val="single" w:sz="4" w:space="0" w:color="FFFFFF"/>
              <w:left w:val="single" w:sz="4" w:space="0" w:color="FFFFFF"/>
              <w:bottom w:val="single" w:sz="4" w:space="0" w:color="FFFFFF"/>
              <w:right w:val="single" w:sz="4" w:space="0" w:color="FFFFFF"/>
            </w:tcBorders>
            <w:shd w:val="clear" w:color="auto" w:fill="E6F3F5"/>
            <w:tcMar>
              <w:top w:w="140" w:type="dxa"/>
              <w:left w:w="220" w:type="dxa"/>
              <w:bottom w:w="140" w:type="dxa"/>
              <w:right w:w="220" w:type="dxa"/>
            </w:tcMar>
          </w:tcPr>
          <w:p w14:paraId="5026AE27" w14:textId="77777777" w:rsidR="00E47694" w:rsidRDefault="00AC4DEF">
            <w:pPr>
              <w:spacing w:after="40"/>
            </w:pPr>
            <w:r>
              <w:rPr>
                <w:b/>
                <w:caps/>
                <w:color w:val="01869B"/>
              </w:rPr>
              <w:t>Pourquoi ce document ?</w:t>
            </w:r>
          </w:p>
          <w:p w14:paraId="76F3FDA9" w14:textId="77777777" w:rsidR="00E47694" w:rsidRDefault="00AC4DEF">
            <w:pPr>
              <w:spacing w:after="0"/>
            </w:pPr>
            <w:r>
              <w:rPr>
                <w:sz w:val="20"/>
              </w:rPr>
              <w:t xml:space="preserve">La présente demande n'implique pas l'octroi automatique du régime de chômage avec complément du FSE (ex-prépension). Elle doit être complétée par le travailleur ou la travailleuse et par l'employeur, puis transmise au Fonds par l'employeur ou par l'organisation syndicale.</w:t>
            </w:r>
          </w:p>
          <w:p w14:paraId="09572107" w14:textId="77777777" w:rsidR="00E47694" w:rsidRDefault="00AC4DEF">
            <w:pPr>
              <w:spacing w:after="0"/>
            </w:pPr>
            <w:r>
              <w:rPr>
                <w:sz w:val="20"/>
              </w:rPr>
              <w:t>Joindre OBLIGATOIREMENT l'accord de l'ONEM (le C17 passé professionnel).</w:t>
            </w:r>
          </w:p>
        </w:tc>
      </w:tr>
    </w:tbl>
    <w:p w14:paraId="4101BE1C" w14:textId="77777777" w:rsidR="00E47694" w:rsidRDefault="00E47694">
      <w:pPr>
        <w:spacing w:after="80"/>
      </w:pPr>
    </w:p>
    <w:p w14:paraId="7AE71202" w14:textId="77777777" w:rsidR="00E47694" w:rsidRDefault="00AC4DEF">
      <w:pPr>
        <w:spacing w:after="40"/>
      </w:pPr>
      <w:r>
        <w:fldChar w:fldCharType="begin">
          <w:ffData>
            <w:name w:val="Case1"/>
            <w:enabled/>
            <w:calcOnExit w:val="0"/>
            <w:checkBox>
              <w:size w:val="22"/>
              <w:default w:val="0"/>
            </w:checkBox>
          </w:ffData>
        </w:fldChar>
      </w:r>
      <w:r>
        <w:instrText xml:space="preserve"> FORMCHECKBOX </w:instrText>
      </w:r>
      <w:r>
        <w:fldChar w:fldCharType="separate"/>
      </w:r>
      <w:r>
        <w:fldChar w:fldCharType="end"/>
      </w:r>
      <w:r>
        <w:rPr>
          <w:b/>
        </w:rPr>
        <w:t xml:space="preserve">  RCC du FSE (prépension médicale du personnel reconnu non-valide) à partir de 58 ans, avec un passé professionnel d'au moins 35 ans</w:t>
      </w:r>
    </w:p>
    <w:p w14:paraId="0DAACEC4" w14:textId="77777777" w:rsidR="00E47694" w:rsidRDefault="00AC4DEF">
      <w:pPr>
        <w:spacing w:after="40"/>
      </w:pPr>
      <w:r>
        <w:rPr>
          <w:i/>
          <w:color w:val="6B6B70"/>
          <w:sz w:val="19"/>
        </w:rPr>
        <w:t>Licenciement durant la période de validité de la présente CCT</w:t>
      </w:r>
    </w:p>
    <w:p w14:paraId="6CCAE860" w14:textId="77777777" w:rsidR="00E47694" w:rsidRDefault="00AC4DEF">
      <w:pPr>
        <w:spacing w:after="160"/>
      </w:pPr>
      <w:r>
        <w:rPr>
          <w:i/>
          <w:color w:val="6B6B70"/>
          <w:sz w:val="19"/>
        </w:rPr>
        <w:t>(C17 passé professionnel - moins-valide - réponse)</w:t>
      </w:r>
    </w:p>
    <w:tbl>
      <w:tblPr>
        <w:tblW w:w="0" w:type="auto"/>
        <w:jc w:val="center"/>
        <w:tblLook w:val="04A0" w:firstRow="1" w:lastRow="0" w:firstColumn="1" w:lastColumn="0" w:noHBand="0" w:noVBand="1"/>
      </w:tblPr>
      <w:tblGrid>
        <w:gridCol w:w="9628"/>
      </w:tblGrid>
      <w:tr w:rsidR="00E47694" w14:paraId="5E2A35ED" w14:textId="77777777">
        <w:trPr>
          <w:jc w:val="center"/>
        </w:trPr>
        <w:tc>
          <w:tcPr>
            <w:tcW w:w="9638" w:type="dxa"/>
            <w:tcBorders>
              <w:top w:val="single" w:sz="4" w:space="0" w:color="FFFFFF"/>
              <w:left w:val="single" w:sz="4" w:space="0" w:color="FFFFFF"/>
              <w:bottom w:val="single" w:sz="4" w:space="0" w:color="FFFFFF"/>
              <w:right w:val="single" w:sz="4" w:space="0" w:color="FFFFFF"/>
            </w:tcBorders>
            <w:shd w:val="clear" w:color="auto" w:fill="FFF4E5"/>
            <w:tcMar>
              <w:top w:w="140" w:type="dxa"/>
              <w:left w:w="220" w:type="dxa"/>
              <w:bottom w:w="140" w:type="dxa"/>
              <w:right w:w="220" w:type="dxa"/>
            </w:tcMar>
          </w:tcPr>
          <w:p w14:paraId="3F41AD67" w14:textId="77777777" w:rsidR="00E47694" w:rsidRDefault="00AC4DEF">
            <w:pPr>
              <w:spacing w:after="40"/>
            </w:pPr>
            <w:r>
              <w:rPr>
                <w:b/>
                <w:caps/>
                <w:color w:val="D97706"/>
              </w:rPr>
              <w:t>À joindre</w:t>
            </w:r>
          </w:p>
          <w:p w14:paraId="55A60C14" w14:textId="77777777" w:rsidR="00E47694" w:rsidRDefault="00AC4DEF">
            <w:pPr>
              <w:spacing w:after="0"/>
            </w:pPr>
            <w:r>
              <w:rPr>
                <w:sz w:val="20"/>
              </w:rPr>
              <w:t>Veuillez joindre à la demande la dernière fiche de salaire.</w:t>
            </w:r>
          </w:p>
        </w:tc>
      </w:tr>
    </w:tbl>
    <w:p w14:paraId="1463BD10" w14:textId="77777777" w:rsidR="00E47694" w:rsidRDefault="00E47694">
      <w:pPr>
        <w:spacing w:after="80"/>
      </w:pPr>
    </w:p>
    <w:p w14:paraId="5158BADF" w14:textId="77777777" w:rsidR="00E47694" w:rsidRDefault="00AC4DEF">
      <w:pPr>
        <w:spacing w:before="240" w:after="120"/>
      </w:pPr>
      <w:r>
        <w:rPr>
          <w:b/>
          <w:caps/>
          <w:color w:val="01869B"/>
          <w:sz w:val="26"/>
        </w:rPr>
        <w:t>Renseignements à communiquer par le travailleur ou la travailleuse</w:t>
      </w:r>
    </w:p>
    <w:tbl>
      <w:tblPr>
        <w:tblW w:w="0" w:type="auto"/>
        <w:jc w:val="center"/>
        <w:tblLayout w:type="fixed"/>
        <w:tblLook w:val="04A0" w:firstRow="1" w:lastRow="0" w:firstColumn="1" w:lastColumn="0" w:noHBand="0" w:noVBand="1"/>
      </w:tblPr>
      <w:tblGrid>
        <w:gridCol w:w="6236"/>
        <w:gridCol w:w="3402"/>
      </w:tblGrid>
      <w:tr w:rsidR="00E47694" w14:paraId="192DD2F9" w14:textId="77777777">
        <w:trPr>
          <w:jc w:val="center"/>
        </w:trPr>
        <w:tc>
          <w:tcPr>
            <w:tcW w:w="6236" w:type="dxa"/>
            <w:tcBorders>
              <w:top w:val="single" w:sz="4" w:space="0" w:color="BFD9DC"/>
              <w:left w:val="single" w:sz="4" w:space="0" w:color="BFD9DC"/>
              <w:bottom w:val="single" w:sz="4" w:space="0" w:color="BFD9DC"/>
              <w:right w:val="single" w:sz="4" w:space="0" w:color="BFD9DC"/>
            </w:tcBorders>
            <w:shd w:val="clear" w:color="auto" w:fill="F7FAFB"/>
          </w:tcPr>
          <w:p w14:paraId="5405CF5B" w14:textId="77777777" w:rsidR="00E47694" w:rsidRDefault="00AC4DEF">
            <w:pPr>
              <w:spacing w:before="40" w:after="40"/>
            </w:pPr>
            <w:r>
              <w:rPr>
                <w:sz w:val="19"/>
              </w:rPr>
              <w:t xml:space="preserve">NOM : </w:t>
            </w:r>
            <w:r>
              <w:fldChar w:fldCharType="begin">
                <w:ffData>
                  <w:name w:val="Champ2"/>
                  <w:enabled/>
                  <w:calcOnExit w:val="0"/>
                  <w:textInput/>
                </w:ffData>
              </w:fldChar>
            </w:r>
            <w:r>
              <w:instrText xml:space="preserve"> FORMTEXT </w:instrText>
            </w:r>
            <w:r>
              <w:fldChar w:fldCharType="separate"/>
            </w:r>
            <w:r>
              <w:rPr>
                <w:color w:val="01869B"/>
                <w:sz w:val="19"/>
                <w:u w:val="single" w:color="01869B"/>
              </w:rPr>
              <w:t>              </w:t>
            </w:r>
            <w:r>
              <w:fldChar w:fldCharType="end"/>
            </w:r>
          </w:p>
        </w:tc>
        <w:tc>
          <w:tcPr>
            <w:tcW w:w="3402" w:type="dxa"/>
            <w:tcBorders>
              <w:top w:val="single" w:sz="4" w:space="0" w:color="BFD9DC"/>
              <w:left w:val="single" w:sz="4" w:space="0" w:color="BFD9DC"/>
              <w:bottom w:val="single" w:sz="4" w:space="0" w:color="BFD9DC"/>
              <w:right w:val="single" w:sz="4" w:space="0" w:color="BFD9DC"/>
            </w:tcBorders>
            <w:shd w:val="clear" w:color="auto" w:fill="F7FAFB"/>
          </w:tcPr>
          <w:p w14:paraId="7DF0C7CC" w14:textId="6BB4BA28" w:rsidR="00E47694" w:rsidRDefault="00AC4DEF">
            <w:pPr>
              <w:spacing w:before="40" w:after="40"/>
            </w:pPr>
            <w:proofErr w:type="gramStart"/>
            <w:r>
              <w:rPr>
                <w:sz w:val="19"/>
              </w:rPr>
              <w:t>PRÉNOM :</w:t>
            </w:r>
            <w:proofErr w:type="gramEnd"/>
            <w:r>
              <w:rPr>
                <w:sz w:val="19"/>
              </w:rPr>
              <w:t xml:space="preserve"> </w:t>
            </w:r>
            <w:r>
              <w:fldChar w:fldCharType="begin">
                <w:ffData>
                  <w:name w:val="Champ3"/>
                  <w:enabled/>
                  <w:calcOnExit w:val="0"/>
                  <w:textInput/>
                </w:ffData>
              </w:fldChar>
            </w:r>
            <w:r>
              <w:instrText xml:space="preserve"> FORMTEXT </w:instrText>
            </w:r>
            <w:r>
              <w:fldChar w:fldCharType="separate"/>
            </w:r>
            <w:r>
              <w:rPr>
                <w:color w:val="01869B"/>
                <w:sz w:val="19"/>
                <w:u w:val="single" w:color="01869B"/>
              </w:rPr>
              <w:t>      </w:t>
            </w:r>
            <w:r w:rsidR="00CF3B9A">
              <w:rPr>
                <w:color w:val="01869B"/>
                <w:sz w:val="19"/>
                <w:u w:val="single" w:color="01869B"/>
              </w:rPr>
              <w:t xml:space="preserve"> </w:t>
            </w:r>
            <w:r>
              <w:rPr>
                <w:color w:val="01869B"/>
                <w:sz w:val="19"/>
                <w:u w:val="single" w:color="01869B"/>
              </w:rPr>
              <w:t>        </w:t>
            </w:r>
            <w:r>
              <w:fldChar w:fldCharType="end"/>
            </w:r>
          </w:p>
        </w:tc>
      </w:tr>
      <w:tr w:rsidR="00E47694" w14:paraId="790C3C12" w14:textId="77777777">
        <w:trPr>
          <w:jc w:val="center"/>
        </w:trPr>
        <w:tc>
          <w:tcPr>
            <w:tcW w:w="6236" w:type="dxa"/>
            <w:tcBorders>
              <w:top w:val="single" w:sz="4" w:space="0" w:color="BFD9DC"/>
              <w:left w:val="single" w:sz="4" w:space="0" w:color="BFD9DC"/>
              <w:bottom w:val="single" w:sz="4" w:space="0" w:color="BFD9DC"/>
              <w:right w:val="single" w:sz="4" w:space="0" w:color="BFD9DC"/>
            </w:tcBorders>
            <w:shd w:val="clear" w:color="auto" w:fill="F7FAFB"/>
          </w:tcPr>
          <w:p w14:paraId="0E0369A9" w14:textId="77777777" w:rsidR="00E47694" w:rsidRDefault="00AC4DEF">
            <w:pPr>
              <w:spacing w:before="40" w:after="40"/>
            </w:pPr>
            <w:r>
              <w:rPr>
                <w:sz w:val="19"/>
              </w:rPr>
              <w:t xml:space="preserve">N° DE REGISTRE NATIONAL : </w:t>
            </w:r>
            <w:r>
              <w:fldChar w:fldCharType="begin">
                <w:ffData>
                  <w:name w:val="Champ4"/>
                  <w:enabled/>
                  <w:calcOnExit w:val="0"/>
                  <w:textInput/>
                </w:ffData>
              </w:fldChar>
            </w:r>
            <w:r>
              <w:instrText xml:space="preserve"> FORMTEXT </w:instrText>
            </w:r>
            <w:r>
              <w:fldChar w:fldCharType="separate"/>
            </w:r>
            <w:r>
              <w:rPr>
                <w:color w:val="01869B"/>
                <w:sz w:val="19"/>
                <w:u w:val="single" w:color="01869B"/>
              </w:rPr>
              <w:t>            </w:t>
            </w:r>
            <w:r>
              <w:fldChar w:fldCharType="end"/>
            </w:r>
          </w:p>
        </w:tc>
        <w:tc>
          <w:tcPr>
            <w:tcW w:w="3402" w:type="dxa"/>
            <w:tcBorders>
              <w:top w:val="single" w:sz="4" w:space="0" w:color="BFD9DC"/>
              <w:left w:val="single" w:sz="4" w:space="0" w:color="BFD9DC"/>
              <w:bottom w:val="single" w:sz="4" w:space="0" w:color="BFD9DC"/>
              <w:right w:val="single" w:sz="4" w:space="0" w:color="BFD9DC"/>
            </w:tcBorders>
            <w:shd w:val="clear" w:color="auto" w:fill="F7FAFB"/>
          </w:tcPr>
          <w:p w14:paraId="33F92BA6" w14:textId="77777777" w:rsidR="00E47694" w:rsidRDefault="00AC4DEF">
            <w:pPr>
              <w:spacing w:before="40" w:after="40"/>
            </w:pPr>
            <w:r>
              <w:rPr>
                <w:sz w:val="19"/>
              </w:rPr>
              <w:t xml:space="preserve">SEXE : </w:t>
            </w:r>
            <w:r>
              <w:fldChar w:fldCharType="begin">
                <w:ffData>
                  <w:name w:val="Champ5"/>
                  <w:enabled/>
                  <w:calcOnExit w:val="0"/>
                  <w:textInput/>
                </w:ffData>
              </w:fldChar>
            </w:r>
            <w:r>
              <w:instrText xml:space="preserve"> FORMTEXT </w:instrText>
            </w:r>
            <w:r>
              <w:fldChar w:fldCharType="separate"/>
            </w:r>
            <w:r>
              <w:rPr>
                <w:color w:val="01869B"/>
                <w:sz w:val="19"/>
                <w:u w:val="single" w:color="01869B"/>
              </w:rPr>
              <w:t>    </w:t>
            </w:r>
            <w:r>
              <w:fldChar w:fldCharType="end"/>
            </w:r>
          </w:p>
        </w:tc>
      </w:tr>
    </w:tbl>
    <w:p w14:paraId="6569644A" w14:textId="77777777" w:rsidR="00E47694" w:rsidRDefault="00E47694">
      <w:pPr>
        <w:spacing w:after="80"/>
      </w:pPr>
    </w:p>
    <w:p w14:paraId="17395E80" w14:textId="77777777" w:rsidR="00E47694" w:rsidRDefault="00AC4DEF">
      <w:pPr>
        <w:spacing w:after="160"/>
      </w:pPr>
      <w:r>
        <w:rPr>
          <w:b/>
          <w:sz w:val="20"/>
        </w:rPr>
        <w:t xml:space="preserve">ÉTAT CIVIL : </w:t>
      </w:r>
      <w:r>
        <w:rPr>
          <w:sz w:val="20"/>
        </w:rPr>
        <w:t xml:space="preserve">Célibataire / marié ou mariée / divorcé ou divorcée / séparé ou séparée / veuf ou veuve / cohabitant ou cohabitante  —  </w:t>
      </w:r>
      <w:r>
        <w:fldChar w:fldCharType="begin">
          <w:ffData>
            <w:name w:val="Champ6"/>
            <w:enabled/>
            <w:calcOnExit w:val="0"/>
            <w:textInput/>
          </w:ffData>
        </w:fldChar>
      </w:r>
      <w:r>
        <w:instrText xml:space="preserve"> FORMTEXT </w:instrText>
      </w:r>
      <w:r>
        <w:fldChar w:fldCharType="separate"/>
      </w:r>
      <w:r>
        <w:rPr>
          <w:color w:val="01869B"/>
          <w:sz w:val="20"/>
          <w:u w:val="single" w:color="01869B"/>
        </w:rPr>
        <w:t>          </w:t>
      </w:r>
      <w:r>
        <w:fldChar w:fldCharType="end"/>
      </w:r>
    </w:p>
    <w:p w14:paraId="0EEB1265" w14:textId="77777777" w:rsidR="00E47694" w:rsidRDefault="00AC4DEF">
      <w:pPr>
        <w:spacing w:after="160"/>
      </w:pPr>
      <w:r>
        <w:rPr>
          <w:b/>
          <w:sz w:val="20"/>
        </w:rPr>
        <w:t xml:space="preserve">Nom et prénom du conjoint ou de la conjointe : </w:t>
      </w:r>
      <w:r>
        <w:fldChar w:fldCharType="begin">
          <w:ffData>
            <w:name w:val="Champ7"/>
            <w:enabled/>
            <w:calcOnExit w:val="0"/>
            <w:textInput/>
          </w:ffData>
        </w:fldChar>
      </w:r>
      <w:r>
        <w:instrText xml:space="preserve"> FORMTEXT </w:instrText>
      </w:r>
      <w:r>
        <w:fldChar w:fldCharType="separate"/>
      </w:r>
      <w:r>
        <w:rPr>
          <w:color w:val="01869B"/>
          <w:sz w:val="20"/>
          <w:u w:val="single" w:color="01869B"/>
        </w:rPr>
        <w:t>                  </w:t>
      </w:r>
      <w:r>
        <w:fldChar w:fldCharType="end"/>
      </w:r>
    </w:p>
    <w:p w14:paraId="6B2D6183" w14:textId="77777777" w:rsidR="00E47694" w:rsidRDefault="00AC4DEF">
      <w:pPr>
        <w:spacing w:after="160"/>
      </w:pPr>
      <w:r>
        <w:rPr>
          <w:b/>
          <w:sz w:val="20"/>
        </w:rPr>
        <w:t xml:space="preserve">Administrateur ou administratrice : </w:t>
      </w:r>
      <w:r>
        <w:fldChar w:fldCharType="begin">
          <w:ffData>
            <w:name w:val="Case8"/>
            <w:enabled/>
            <w:calcOnExit w:val="0"/>
            <w:checkBox>
              <w:size w:val="22"/>
              <w:default w:val="0"/>
            </w:checkBox>
          </w:ffData>
        </w:fldChar>
      </w:r>
      <w:r>
        <w:instrText xml:space="preserve"> FORMCHECKBOX </w:instrText>
      </w:r>
      <w:r>
        <w:fldChar w:fldCharType="separate"/>
      </w:r>
      <w:r>
        <w:fldChar w:fldCharType="end"/>
      </w:r>
      <w:r>
        <w:rPr>
          <w:b/>
          <w:sz w:val="20"/>
        </w:rPr>
        <w:t xml:space="preserve">  OUI   </w:t>
      </w:r>
      <w:r>
        <w:fldChar w:fldCharType="begin">
          <w:ffData>
            <w:name w:val="Case9"/>
            <w:enabled/>
            <w:calcOnExit w:val="0"/>
            <w:checkBox>
              <w:size w:val="22"/>
              <w:default w:val="0"/>
            </w:checkBox>
          </w:ffData>
        </w:fldChar>
      </w:r>
      <w:r>
        <w:instrText xml:space="preserve"> FORMCHECKBOX </w:instrText>
      </w:r>
      <w:r>
        <w:fldChar w:fldCharType="separate"/>
      </w:r>
      <w:r>
        <w:fldChar w:fldCharType="end"/>
      </w:r>
      <w:r>
        <w:rPr>
          <w:b/>
          <w:sz w:val="20"/>
        </w:rPr>
        <w:t xml:space="preserve">  NON      Nom/Prénom : </w:t>
      </w:r>
      <w:r>
        <w:fldChar w:fldCharType="begin">
          <w:ffData>
            <w:name w:val="Champ10"/>
            <w:enabled/>
            <w:calcOnExit w:val="0"/>
            <w:textInput/>
          </w:ffData>
        </w:fldChar>
      </w:r>
      <w:r>
        <w:instrText xml:space="preserve"> FORMTEXT </w:instrText>
      </w:r>
      <w:r>
        <w:fldChar w:fldCharType="separate"/>
      </w:r>
      <w:r>
        <w:rPr>
          <w:color w:val="01869B"/>
          <w:sz w:val="20"/>
          <w:u w:val="single" w:color="01869B"/>
        </w:rPr>
        <w:t>            </w:t>
      </w:r>
      <w:r>
        <w:fldChar w:fldCharType="end"/>
      </w:r>
      <w:r>
        <w:rPr>
          <w:b/>
          <w:sz w:val="20"/>
        </w:rPr>
        <w:t xml:space="preserve">   N° de Tél. : </w:t>
      </w:r>
      <w:r>
        <w:fldChar w:fldCharType="begin">
          <w:ffData>
            <w:name w:val="Champ11"/>
            <w:enabled/>
            <w:calcOnExit w:val="0"/>
            <w:textInput/>
          </w:ffData>
        </w:fldChar>
      </w:r>
      <w:r>
        <w:instrText xml:space="preserve"> FORMTEXT </w:instrText>
      </w:r>
      <w:r>
        <w:fldChar w:fldCharType="separate"/>
      </w:r>
      <w:r>
        <w:rPr>
          <w:color w:val="01869B"/>
          <w:sz w:val="20"/>
          <w:u w:val="single" w:color="01869B"/>
        </w:rPr>
        <w:t>        </w:t>
      </w:r>
      <w:r>
        <w:fldChar w:fldCharType="end"/>
      </w:r>
    </w:p>
    <w:tbl>
      <w:tblPr>
        <w:tblW w:w="0" w:type="auto"/>
        <w:jc w:val="center"/>
        <w:tblLayout w:type="fixed"/>
        <w:tblLook w:val="04A0" w:firstRow="1" w:lastRow="0" w:firstColumn="1" w:lastColumn="0" w:noHBand="0" w:noVBand="1"/>
      </w:tblPr>
      <w:tblGrid>
        <w:gridCol w:w="6236"/>
        <w:gridCol w:w="3402"/>
      </w:tblGrid>
      <w:tr w:rsidR="00E47694" w14:paraId="64005817" w14:textId="77777777">
        <w:trPr>
          <w:jc w:val="center"/>
        </w:trPr>
        <w:tc>
          <w:tcPr>
            <w:tcW w:w="6236" w:type="dxa"/>
            <w:tcBorders>
              <w:top w:val="single" w:sz="4" w:space="0" w:color="BFD9DC"/>
              <w:left w:val="single" w:sz="4" w:space="0" w:color="BFD9DC"/>
              <w:bottom w:val="single" w:sz="4" w:space="0" w:color="BFD9DC"/>
              <w:right w:val="single" w:sz="4" w:space="0" w:color="BFD9DC"/>
            </w:tcBorders>
            <w:shd w:val="clear" w:color="auto" w:fill="F7FAFB"/>
          </w:tcPr>
          <w:p w14:paraId="4702E0F7" w14:textId="77777777" w:rsidR="00E47694" w:rsidRDefault="00AC4DEF">
            <w:pPr>
              <w:spacing w:before="40" w:after="40"/>
            </w:pPr>
            <w:r>
              <w:rPr>
                <w:sz w:val="19"/>
              </w:rPr>
              <w:t xml:space="preserve">RUE : </w:t>
            </w:r>
            <w:r>
              <w:fldChar w:fldCharType="begin">
                <w:ffData>
                  <w:name w:val="Champ12"/>
                  <w:enabled/>
                  <w:calcOnExit w:val="0"/>
                  <w:textInput/>
                </w:ffData>
              </w:fldChar>
            </w:r>
            <w:r>
              <w:instrText xml:space="preserve"> FORMTEXT </w:instrText>
            </w:r>
            <w:r>
              <w:fldChar w:fldCharType="separate"/>
            </w:r>
            <w:r>
              <w:rPr>
                <w:color w:val="01869B"/>
                <w:sz w:val="19"/>
                <w:u w:val="single" w:color="01869B"/>
              </w:rPr>
              <w:t>                    </w:t>
            </w:r>
            <w:r>
              <w:fldChar w:fldCharType="end"/>
            </w:r>
          </w:p>
        </w:tc>
        <w:tc>
          <w:tcPr>
            <w:tcW w:w="3402" w:type="dxa"/>
            <w:tcBorders>
              <w:top w:val="single" w:sz="4" w:space="0" w:color="BFD9DC"/>
              <w:left w:val="single" w:sz="4" w:space="0" w:color="BFD9DC"/>
              <w:bottom w:val="single" w:sz="4" w:space="0" w:color="BFD9DC"/>
              <w:right w:val="single" w:sz="4" w:space="0" w:color="BFD9DC"/>
            </w:tcBorders>
            <w:shd w:val="clear" w:color="auto" w:fill="F7FAFB"/>
          </w:tcPr>
          <w:p w14:paraId="547D3FAB" w14:textId="77777777" w:rsidR="00E47694" w:rsidRDefault="00AC4DEF">
            <w:pPr>
              <w:spacing w:before="40" w:after="40"/>
            </w:pPr>
            <w:r>
              <w:rPr>
                <w:sz w:val="19"/>
              </w:rPr>
              <w:t xml:space="preserve">N° : </w:t>
            </w:r>
            <w:r>
              <w:fldChar w:fldCharType="begin">
                <w:ffData>
                  <w:name w:val="Champ13"/>
                  <w:enabled/>
                  <w:calcOnExit w:val="0"/>
                  <w:textInput/>
                </w:ffData>
              </w:fldChar>
            </w:r>
            <w:r>
              <w:instrText xml:space="preserve"> FORMTEXT </w:instrText>
            </w:r>
            <w:r>
              <w:fldChar w:fldCharType="separate"/>
            </w:r>
            <w:r>
              <w:rPr>
                <w:color w:val="01869B"/>
                <w:sz w:val="19"/>
                <w:u w:val="single" w:color="01869B"/>
              </w:rPr>
              <w:t>    </w:t>
            </w:r>
            <w:r>
              <w:fldChar w:fldCharType="end"/>
            </w:r>
          </w:p>
        </w:tc>
      </w:tr>
      <w:tr w:rsidR="00E47694" w14:paraId="6330DF39" w14:textId="77777777">
        <w:trPr>
          <w:jc w:val="center"/>
        </w:trPr>
        <w:tc>
          <w:tcPr>
            <w:tcW w:w="6236" w:type="dxa"/>
            <w:tcBorders>
              <w:top w:val="single" w:sz="4" w:space="0" w:color="BFD9DC"/>
              <w:left w:val="single" w:sz="4" w:space="0" w:color="BFD9DC"/>
              <w:bottom w:val="single" w:sz="4" w:space="0" w:color="BFD9DC"/>
              <w:right w:val="single" w:sz="4" w:space="0" w:color="BFD9DC"/>
            </w:tcBorders>
            <w:shd w:val="clear" w:color="auto" w:fill="F7FAFB"/>
          </w:tcPr>
          <w:p w14:paraId="7C404371" w14:textId="77777777" w:rsidR="00E47694" w:rsidRDefault="00AC4DEF">
            <w:pPr>
              <w:spacing w:before="40" w:after="40"/>
            </w:pPr>
            <w:r>
              <w:rPr>
                <w:sz w:val="19"/>
              </w:rPr>
              <w:t xml:space="preserve">CODE POSTAL : </w:t>
            </w:r>
            <w:r>
              <w:fldChar w:fldCharType="begin">
                <w:ffData>
                  <w:name w:val="Champ14"/>
                  <w:enabled/>
                  <w:calcOnExit w:val="0"/>
                  <w:textInput/>
                </w:ffData>
              </w:fldChar>
            </w:r>
            <w:r>
              <w:instrText xml:space="preserve"> FORMTEXT </w:instrText>
            </w:r>
            <w:r>
              <w:fldChar w:fldCharType="separate"/>
            </w:r>
            <w:r>
              <w:rPr>
                <w:color w:val="01869B"/>
                <w:sz w:val="19"/>
                <w:u w:val="single" w:color="01869B"/>
              </w:rPr>
              <w:t>      </w:t>
            </w:r>
            <w:r>
              <w:fldChar w:fldCharType="end"/>
            </w:r>
          </w:p>
        </w:tc>
        <w:tc>
          <w:tcPr>
            <w:tcW w:w="3402" w:type="dxa"/>
            <w:tcBorders>
              <w:top w:val="single" w:sz="4" w:space="0" w:color="BFD9DC"/>
              <w:left w:val="single" w:sz="4" w:space="0" w:color="BFD9DC"/>
              <w:bottom w:val="single" w:sz="4" w:space="0" w:color="BFD9DC"/>
              <w:right w:val="single" w:sz="4" w:space="0" w:color="BFD9DC"/>
            </w:tcBorders>
            <w:shd w:val="clear" w:color="auto" w:fill="F7FAFB"/>
          </w:tcPr>
          <w:p w14:paraId="48684521" w14:textId="77777777" w:rsidR="00E47694" w:rsidRDefault="00AC4DEF">
            <w:pPr>
              <w:spacing w:before="40" w:after="40"/>
            </w:pPr>
            <w:r>
              <w:rPr>
                <w:sz w:val="19"/>
              </w:rPr>
              <w:t xml:space="preserve">LOCALITÉ : </w:t>
            </w:r>
            <w:r>
              <w:fldChar w:fldCharType="begin">
                <w:ffData>
                  <w:name w:val="Champ15"/>
                  <w:enabled/>
                  <w:calcOnExit w:val="0"/>
                  <w:textInput/>
                </w:ffData>
              </w:fldChar>
            </w:r>
            <w:r>
              <w:instrText xml:space="preserve"> FORMTEXT </w:instrText>
            </w:r>
            <w:r>
              <w:fldChar w:fldCharType="separate"/>
            </w:r>
            <w:r>
              <w:rPr>
                <w:color w:val="01869B"/>
                <w:sz w:val="19"/>
                <w:u w:val="single" w:color="01869B"/>
              </w:rPr>
              <w:t>              </w:t>
            </w:r>
            <w:r>
              <w:fldChar w:fldCharType="end"/>
            </w:r>
          </w:p>
        </w:tc>
      </w:tr>
      <w:tr w:rsidR="00E47694" w14:paraId="4EED323B" w14:textId="77777777">
        <w:trPr>
          <w:jc w:val="center"/>
        </w:trPr>
        <w:tc>
          <w:tcPr>
            <w:tcW w:w="6236" w:type="dxa"/>
            <w:tcBorders>
              <w:top w:val="single" w:sz="4" w:space="0" w:color="BFD9DC"/>
              <w:left w:val="single" w:sz="4" w:space="0" w:color="BFD9DC"/>
              <w:bottom w:val="single" w:sz="4" w:space="0" w:color="BFD9DC"/>
              <w:right w:val="single" w:sz="4" w:space="0" w:color="BFD9DC"/>
            </w:tcBorders>
            <w:shd w:val="clear" w:color="auto" w:fill="F7FAFB"/>
          </w:tcPr>
          <w:p w14:paraId="64F07E8C" w14:textId="77777777" w:rsidR="00E47694" w:rsidRDefault="00AC4DEF">
            <w:pPr>
              <w:spacing w:before="40" w:after="40"/>
            </w:pPr>
            <w:r>
              <w:rPr>
                <w:sz w:val="19"/>
              </w:rPr>
              <w:t xml:space="preserve">N° COMPTE IBAN : </w:t>
            </w:r>
            <w:r>
              <w:fldChar w:fldCharType="begin">
                <w:ffData>
                  <w:name w:val="Champ16"/>
                  <w:enabled/>
                  <w:calcOnExit w:val="0"/>
                  <w:textInput/>
                </w:ffData>
              </w:fldChar>
            </w:r>
            <w:r>
              <w:instrText xml:space="preserve"> FORMTEXT </w:instrText>
            </w:r>
            <w:r>
              <w:fldChar w:fldCharType="separate"/>
            </w:r>
            <w:r>
              <w:rPr>
                <w:color w:val="01869B"/>
                <w:sz w:val="19"/>
                <w:u w:val="single" w:color="01869B"/>
              </w:rPr>
              <w:t>                </w:t>
            </w:r>
            <w:r>
              <w:fldChar w:fldCharType="end"/>
            </w:r>
          </w:p>
        </w:tc>
        <w:tc>
          <w:tcPr>
            <w:tcW w:w="3402" w:type="dxa"/>
            <w:tcBorders>
              <w:top w:val="single" w:sz="4" w:space="0" w:color="BFD9DC"/>
              <w:left w:val="single" w:sz="4" w:space="0" w:color="BFD9DC"/>
              <w:bottom w:val="single" w:sz="4" w:space="0" w:color="BFD9DC"/>
              <w:right w:val="single" w:sz="4" w:space="0" w:color="BFD9DC"/>
            </w:tcBorders>
            <w:shd w:val="clear" w:color="auto" w:fill="F7FAFB"/>
          </w:tcPr>
          <w:p w14:paraId="7933AFD3" w14:textId="77777777" w:rsidR="00E47694" w:rsidRDefault="00E47694"/>
        </w:tc>
      </w:tr>
    </w:tbl>
    <w:p w14:paraId="7CACCF95" w14:textId="77777777" w:rsidR="00E47694" w:rsidRDefault="00E47694">
      <w:pPr>
        <w:spacing w:after="80"/>
      </w:pPr>
    </w:p>
    <w:p w14:paraId="0CA47248" w14:textId="77777777" w:rsidR="00E47694" w:rsidRDefault="00AC4DEF">
      <w:pPr>
        <w:spacing w:after="40"/>
      </w:pPr>
      <w:r>
        <w:rPr>
          <w:b/>
          <w:sz w:val="20"/>
        </w:rPr>
        <w:t xml:space="preserve">Titulaire du compte : </w:t>
      </w:r>
      <w:r>
        <w:fldChar w:fldCharType="begin">
          <w:ffData>
            <w:name w:val="Case17"/>
            <w:enabled/>
            <w:calcOnExit w:val="0"/>
            <w:checkBox>
              <w:size w:val="22"/>
              <w:default w:val="0"/>
            </w:checkBox>
          </w:ffData>
        </w:fldChar>
      </w:r>
      <w:r>
        <w:instrText xml:space="preserve"> FORMCHECKBOX </w:instrText>
      </w:r>
      <w:r>
        <w:fldChar w:fldCharType="separate"/>
      </w:r>
      <w:r>
        <w:fldChar w:fldCharType="end"/>
      </w:r>
      <w:r>
        <w:rPr>
          <w:b/>
          <w:sz w:val="20"/>
        </w:rPr>
        <w:t xml:space="preserve">  OUI   </w:t>
      </w:r>
      <w:r>
        <w:fldChar w:fldCharType="begin">
          <w:ffData>
            <w:name w:val="Case18"/>
            <w:enabled/>
            <w:calcOnExit w:val="0"/>
            <w:checkBox>
              <w:size w:val="22"/>
              <w:default w:val="0"/>
            </w:checkBox>
          </w:ffData>
        </w:fldChar>
      </w:r>
      <w:r>
        <w:instrText xml:space="preserve"> FORMCHECKBOX </w:instrText>
      </w:r>
      <w:r>
        <w:fldChar w:fldCharType="separate"/>
      </w:r>
      <w:r>
        <w:fldChar w:fldCharType="end"/>
      </w:r>
      <w:r>
        <w:rPr>
          <w:b/>
          <w:sz w:val="20"/>
        </w:rPr>
        <w:t xml:space="preserve">  NON</w:t>
      </w:r>
    </w:p>
    <w:p w14:paraId="1BC0DE0B" w14:textId="77777777" w:rsidR="00E47694" w:rsidRDefault="00AC4DEF">
      <w:pPr>
        <w:spacing w:after="40"/>
      </w:pPr>
      <w:r>
        <w:rPr>
          <w:i/>
          <w:sz w:val="19"/>
        </w:rPr>
        <w:lastRenderedPageBreak/>
        <w:t>Si NON, précisez nom et adresse du ou de la titulaire du compte :</w:t>
      </w:r>
    </w:p>
    <w:p w14:paraId="51131414" w14:textId="77777777" w:rsidR="00E47694" w:rsidRDefault="00AC4DEF">
      <w:pPr>
        <w:spacing w:after="160"/>
      </w:pPr>
      <w:r>
        <w:fldChar w:fldCharType="begin">
          <w:ffData>
            <w:name w:val="Champ19"/>
            <w:enabled/>
            <w:calcOnExit w:val="0"/>
            <w:textInput/>
          </w:ffData>
        </w:fldChar>
      </w:r>
      <w:r>
        <w:instrText xml:space="preserve"> FORMTEXT </w:instrText>
      </w:r>
      <w:r>
        <w:fldChar w:fldCharType="separate"/>
      </w:r>
      <w:r>
        <w:rPr>
          <w:color w:val="01869B"/>
          <w:sz w:val="20"/>
          <w:u w:val="single" w:color="01869B"/>
        </w:rPr>
        <w:t>                                        </w:t>
      </w:r>
      <w:r>
        <w:fldChar w:fldCharType="end"/>
      </w:r>
    </w:p>
    <w:p w14:paraId="63F61310" w14:textId="77777777" w:rsidR="00E47694" w:rsidRDefault="00AC4DEF">
      <w:pPr>
        <w:spacing w:after="160"/>
      </w:pPr>
      <w:r>
        <w:rPr>
          <w:b/>
          <w:sz w:val="20"/>
        </w:rPr>
        <w:t xml:space="preserve">TÉLÉPHONE : </w:t>
      </w:r>
      <w:r>
        <w:fldChar w:fldCharType="begin">
          <w:ffData>
            <w:name w:val="Champ20"/>
            <w:enabled/>
            <w:calcOnExit w:val="0"/>
            <w:textInput/>
          </w:ffData>
        </w:fldChar>
      </w:r>
      <w:r>
        <w:instrText xml:space="preserve"> FORMTEXT </w:instrText>
      </w:r>
      <w:r>
        <w:fldChar w:fldCharType="separate"/>
      </w:r>
      <w:r>
        <w:rPr>
          <w:color w:val="01869B"/>
          <w:sz w:val="20"/>
          <w:u w:val="single" w:color="01869B"/>
        </w:rPr>
        <w:t>                </w:t>
      </w:r>
      <w:r>
        <w:fldChar w:fldCharType="end"/>
      </w:r>
    </w:p>
    <w:p w14:paraId="724637CF" w14:textId="77777777" w:rsidR="00E47694" w:rsidRDefault="00AC4DEF">
      <w:pPr>
        <w:spacing w:before="160" w:after="80"/>
      </w:pPr>
      <w:r>
        <w:rPr>
          <w:b/>
          <w:color w:val="340873"/>
          <w:sz w:val="23"/>
        </w:rPr>
        <w:t>Spécifiez si vous êtes</w:t>
      </w:r>
    </w:p>
    <w:p w14:paraId="0AD7E8BA" w14:textId="77777777" w:rsidR="00E47694" w:rsidRDefault="00AC4DEF">
      <w:pPr>
        <w:spacing w:after="160"/>
      </w:pPr>
      <w:r>
        <w:fldChar w:fldCharType="begin">
          <w:ffData>
            <w:name w:val="Case21"/>
            <w:enabled/>
            <w:calcOnExit w:val="0"/>
            <w:checkBox>
              <w:size w:val="22"/>
              <w:default w:val="0"/>
            </w:checkBox>
          </w:ffData>
        </w:fldChar>
      </w:r>
      <w:r>
        <w:instrText xml:space="preserve"> FORMCHECKBOX </w:instrText>
      </w:r>
      <w:r>
        <w:fldChar w:fldCharType="separate"/>
      </w:r>
      <w:r>
        <w:fldChar w:fldCharType="end"/>
      </w:r>
      <w:r>
        <w:rPr>
          <w:b/>
        </w:rPr>
        <w:t xml:space="preserve">  VALIDE      </w:t>
      </w:r>
      <w:r>
        <w:fldChar w:fldCharType="begin">
          <w:ffData>
            <w:name w:val="Case22"/>
            <w:enabled/>
            <w:calcOnExit w:val="0"/>
            <w:checkBox>
              <w:size w:val="22"/>
              <w:default w:val="0"/>
            </w:checkBox>
          </w:ffData>
        </w:fldChar>
      </w:r>
      <w:r>
        <w:instrText xml:space="preserve"> FORMCHECKBOX </w:instrText>
      </w:r>
      <w:r>
        <w:fldChar w:fldCharType="separate"/>
      </w:r>
      <w:r>
        <w:fldChar w:fldCharType="end"/>
      </w:r>
      <w:r>
        <w:rPr>
          <w:b/>
        </w:rPr>
        <w:t xml:space="preserve">  NON-VALIDE</w:t>
      </w:r>
    </w:p>
    <w:p w14:paraId="724637CF" w14:textId="77777777" w:rsidR="00E47694" w:rsidRDefault="00AC4DEF">
      <w:pPr>
        <w:spacing w:before="160" w:after="80"/>
      </w:pPr>
      <w:r>
        <w:rPr>
          <w:b/>
          <w:b/>
          <w:sz w:val="23"/>
          <w:color w:val="D97706"/>
        </w:rPr>
        <w:t xml:space="preserve">Attention : seules les personnes non-valides peuvent bénéficier du RCC du FSE. Une personne valide n'est pas prise en charge par le Fonds.</w:t>
      </w:r>
    </w:p>
    <w:p w14:paraId="1807EA09" w14:textId="77777777" w:rsidR="00E47694" w:rsidRDefault="00AC4DEF">
      <w:pPr>
        <w:spacing w:after="80"/>
      </w:pPr>
      <w:r>
        <w:rPr>
          <w:b/>
        </w:rPr>
        <w:t>Êtes-vous une personne reconnue handicapée à + de 66 % par le SPF Sécurité Sociale (Vierge Noire) ?</w:t>
      </w:r>
    </w:p>
    <w:p w14:paraId="02AA132C" w14:textId="77777777" w:rsidR="00E47694" w:rsidRDefault="00AC4DEF">
      <w:pPr>
        <w:spacing w:after="160"/>
      </w:pPr>
      <w:r>
        <w:fldChar w:fldCharType="begin">
          <w:ffData>
            <w:name w:val="Case23"/>
            <w:enabled/>
            <w:calcOnExit w:val="0"/>
            <w:checkBox>
              <w:size w:val="22"/>
              <w:default w:val="0"/>
            </w:checkBox>
          </w:ffData>
        </w:fldChar>
      </w:r>
      <w:r>
        <w:instrText xml:space="preserve"> FORMCHECKBOX </w:instrText>
      </w:r>
      <w:r>
        <w:fldChar w:fldCharType="separate"/>
      </w:r>
      <w:r>
        <w:fldChar w:fldCharType="end"/>
      </w:r>
      <w:r>
        <w:rPr>
          <w:b/>
        </w:rPr>
        <w:t xml:space="preserve">  OUI      </w:t>
      </w:r>
      <w:r>
        <w:fldChar w:fldCharType="begin">
          <w:ffData>
            <w:name w:val="Case24"/>
            <w:enabled/>
            <w:calcOnExit w:val="0"/>
            <w:checkBox>
              <w:size w:val="22"/>
              <w:default w:val="0"/>
            </w:checkBox>
          </w:ffData>
        </w:fldChar>
      </w:r>
      <w:r>
        <w:instrText xml:space="preserve"> FORMCHECKBOX </w:instrText>
      </w:r>
      <w:r>
        <w:fldChar w:fldCharType="separate"/>
      </w:r>
      <w:r>
        <w:fldChar w:fldCharType="end"/>
      </w:r>
      <w:r>
        <w:rPr>
          <w:b/>
        </w:rPr>
        <w:t xml:space="preserve">  NON</w:t>
      </w:r>
    </w:p>
    <w:p w14:paraId="51AE1F6D" w14:textId="77777777" w:rsidR="00E47694" w:rsidRDefault="00AC4DEF">
      <w:pPr>
        <w:spacing w:before="160" w:after="80"/>
      </w:pPr>
      <w:r>
        <w:rPr>
          <w:b/>
          <w:color w:val="340873"/>
          <w:sz w:val="23"/>
        </w:rPr>
        <w:t>Situation familiale</w:t>
      </w:r>
    </w:p>
    <w:p w14:paraId="1FF88B64" w14:textId="77777777" w:rsidR="00E47694" w:rsidRDefault="00AC4DEF">
      <w:pPr>
        <w:spacing w:after="80"/>
      </w:pPr>
      <w:r>
        <w:rPr>
          <w:b/>
        </w:rPr>
        <w:t>1. Êtes-vous une personne ISOLÉE en matière de précompte professionnel ?</w:t>
      </w:r>
    </w:p>
    <w:p w14:paraId="1D08504D" w14:textId="77777777" w:rsidR="00E47694" w:rsidRDefault="00AC4DEF">
      <w:pPr>
        <w:spacing w:after="160"/>
      </w:pPr>
      <w:r>
        <w:fldChar w:fldCharType="begin">
          <w:ffData>
            <w:name w:val="Case25"/>
            <w:enabled/>
            <w:calcOnExit w:val="0"/>
            <w:checkBox>
              <w:size w:val="22"/>
              <w:default w:val="0"/>
            </w:checkBox>
          </w:ffData>
        </w:fldChar>
      </w:r>
      <w:r>
        <w:instrText xml:space="preserve"> FORMCHECKBOX </w:instrText>
      </w:r>
      <w:r>
        <w:fldChar w:fldCharType="separate"/>
      </w:r>
      <w:r>
        <w:fldChar w:fldCharType="end"/>
      </w:r>
      <w:r>
        <w:rPr>
          <w:b/>
        </w:rPr>
        <w:t xml:space="preserve">  OUI      </w:t>
      </w:r>
      <w:r>
        <w:fldChar w:fldCharType="begin">
          <w:ffData>
            <w:name w:val="Case26"/>
            <w:enabled/>
            <w:calcOnExit w:val="0"/>
            <w:checkBox>
              <w:size w:val="22"/>
              <w:default w:val="0"/>
            </w:checkBox>
          </w:ffData>
        </w:fldChar>
      </w:r>
      <w:r>
        <w:instrText xml:space="preserve"> FORMCHECKBOX </w:instrText>
      </w:r>
      <w:r>
        <w:fldChar w:fldCharType="separate"/>
      </w:r>
      <w:r>
        <w:fldChar w:fldCharType="end"/>
      </w:r>
      <w:r>
        <w:rPr>
          <w:b/>
        </w:rPr>
        <w:t xml:space="preserve">  NON</w:t>
      </w:r>
    </w:p>
    <w:p w14:paraId="62FD4CB3" w14:textId="77777777" w:rsidR="00E47694" w:rsidRDefault="00AC4DEF">
      <w:pPr>
        <w:spacing w:after="40"/>
      </w:pPr>
      <w:r>
        <w:rPr>
          <w:i/>
          <w:sz w:val="20"/>
        </w:rPr>
        <w:t>Si NON, votre conjoint ou votre conjointe a-t-il ou a-t-elle des revenus : PROFESSIONNELS ou de REMPLACEMENT ?</w:t>
      </w:r>
    </w:p>
    <w:p w14:paraId="2A7447BE" w14:textId="77777777" w:rsidR="00E47694" w:rsidRDefault="00AC4DEF">
      <w:r>
        <w:fldChar w:fldCharType="begin">
          <w:ffData>
            <w:name w:val="Case27"/>
            <w:enabled/>
            <w:calcOnExit w:val="0"/>
            <w:checkBox>
              <w:size w:val="22"/>
              <w:default w:val="0"/>
            </w:checkBox>
          </w:ffData>
        </w:fldChar>
      </w:r>
      <w:r>
        <w:instrText xml:space="preserve"> FORMCHECKBOX </w:instrText>
      </w:r>
      <w:r>
        <w:fldChar w:fldCharType="separate"/>
      </w:r>
      <w:r>
        <w:fldChar w:fldCharType="end"/>
      </w:r>
      <w:r>
        <w:rPr>
          <w:b/>
          <w:sz w:val="20"/>
        </w:rPr>
        <w:t xml:space="preserve">  OUI   </w:t>
      </w:r>
      <w:r>
        <w:fldChar w:fldCharType="begin">
          <w:ffData>
            <w:name w:val="Case28"/>
            <w:enabled/>
            <w:calcOnExit w:val="0"/>
            <w:checkBox>
              <w:size w:val="22"/>
              <w:default w:val="0"/>
            </w:checkBox>
          </w:ffData>
        </w:fldChar>
      </w:r>
      <w:r>
        <w:instrText xml:space="preserve"> FORMCHECKBOX </w:instrText>
      </w:r>
      <w:r>
        <w:fldChar w:fldCharType="separate"/>
      </w:r>
      <w:r>
        <w:fldChar w:fldCharType="end"/>
      </w:r>
      <w:r>
        <w:rPr>
          <w:b/>
          <w:sz w:val="20"/>
        </w:rPr>
        <w:t xml:space="preserve">  NON      Si oui, quels revenus :  </w:t>
      </w:r>
      <w:r>
        <w:fldChar w:fldCharType="begin">
          <w:ffData>
            <w:name w:val="Case29"/>
            <w:enabled/>
            <w:calcOnExit w:val="0"/>
            <w:checkBox>
              <w:size w:val="22"/>
              <w:default w:val="0"/>
            </w:checkBox>
          </w:ffData>
        </w:fldChar>
      </w:r>
      <w:r>
        <w:instrText xml:space="preserve"> FORMCHECKBOX </w:instrText>
      </w:r>
      <w:r>
        <w:fldChar w:fldCharType="separate"/>
      </w:r>
      <w:r>
        <w:fldChar w:fldCharType="end"/>
      </w:r>
      <w:r>
        <w:rPr>
          <w:b/>
          <w:sz w:val="20"/>
        </w:rPr>
        <w:t xml:space="preserve">  Professionnels   </w:t>
      </w:r>
      <w:r>
        <w:fldChar w:fldCharType="begin">
          <w:ffData>
            <w:name w:val="Case30"/>
            <w:enabled/>
            <w:calcOnExit w:val="0"/>
            <w:checkBox>
              <w:size w:val="22"/>
              <w:default w:val="0"/>
            </w:checkBox>
          </w:ffData>
        </w:fldChar>
      </w:r>
      <w:r>
        <w:instrText xml:space="preserve"> FORMCHECKBOX </w:instrText>
      </w:r>
      <w:r>
        <w:fldChar w:fldCharType="separate"/>
      </w:r>
      <w:r>
        <w:fldChar w:fldCharType="end"/>
      </w:r>
      <w:r>
        <w:rPr>
          <w:b/>
          <w:sz w:val="20"/>
        </w:rPr>
        <w:t xml:space="preserve">  De remplacement</w:t>
      </w:r>
    </w:p>
    <w:p w14:paraId="49F12043" w14:textId="77777777" w:rsidR="00E47694" w:rsidRDefault="00AC4DEF">
      <w:pPr>
        <w:spacing w:after="80"/>
      </w:pPr>
      <w:r>
        <w:rPr>
          <w:b/>
        </w:rPr>
        <w:t>2. Avez-vous des enfants à charge ?</w:t>
      </w:r>
    </w:p>
    <w:p w14:paraId="426F74D2" w14:textId="77777777" w:rsidR="00E47694" w:rsidRDefault="00AC4DEF">
      <w:pPr>
        <w:spacing w:after="160"/>
      </w:pPr>
      <w:r>
        <w:fldChar w:fldCharType="begin">
          <w:ffData>
            <w:name w:val="Case31"/>
            <w:enabled/>
            <w:calcOnExit w:val="0"/>
            <w:checkBox>
              <w:size w:val="22"/>
              <w:default w:val="0"/>
            </w:checkBox>
          </w:ffData>
        </w:fldChar>
      </w:r>
      <w:r>
        <w:instrText xml:space="preserve"> FORMCHECKBOX </w:instrText>
      </w:r>
      <w:r>
        <w:fldChar w:fldCharType="separate"/>
      </w:r>
      <w:r>
        <w:fldChar w:fldCharType="end"/>
      </w:r>
      <w:r>
        <w:rPr>
          <w:b/>
        </w:rPr>
        <w:t xml:space="preserve">  OUI      </w:t>
      </w:r>
      <w:r>
        <w:fldChar w:fldCharType="begin">
          <w:ffData>
            <w:name w:val="Case32"/>
            <w:enabled/>
            <w:calcOnExit w:val="0"/>
            <w:checkBox>
              <w:size w:val="22"/>
              <w:default w:val="0"/>
            </w:checkBox>
          </w:ffData>
        </w:fldChar>
      </w:r>
      <w:r>
        <w:instrText xml:space="preserve"> FORMCHECKBOX </w:instrText>
      </w:r>
      <w:r>
        <w:fldChar w:fldCharType="separate"/>
      </w:r>
      <w:r>
        <w:fldChar w:fldCharType="end"/>
      </w:r>
      <w:r>
        <w:rPr>
          <w:b/>
        </w:rPr>
        <w:t xml:space="preserve">  NON</w:t>
      </w:r>
    </w:p>
    <w:p w14:paraId="48E164E5" w14:textId="77777777" w:rsidR="00E47694" w:rsidRDefault="00AC4DEF">
      <w:r>
        <w:rPr>
          <w:i/>
          <w:sz w:val="20"/>
        </w:rPr>
        <w:t xml:space="preserve">Si OUI, combien ? </w:t>
      </w:r>
      <w:r>
        <w:fldChar w:fldCharType="begin">
          <w:ffData>
            <w:name w:val="Champ33"/>
            <w:enabled/>
            <w:calcOnExit w:val="0"/>
            <w:textInput/>
          </w:ffData>
        </w:fldChar>
      </w:r>
      <w:r>
        <w:instrText xml:space="preserve"> FORMTEXT </w:instrText>
      </w:r>
      <w:r>
        <w:fldChar w:fldCharType="separate"/>
      </w:r>
      <w:r>
        <w:rPr>
          <w:color w:val="01869B"/>
          <w:sz w:val="20"/>
          <w:u w:val="single" w:color="01869B"/>
        </w:rPr>
        <w:t>    </w:t>
      </w:r>
      <w:r>
        <w:fldChar w:fldCharType="end"/>
      </w:r>
      <w:r>
        <w:rPr>
          <w:i/>
          <w:sz w:val="20"/>
        </w:rPr>
        <w:t xml:space="preserve">     dont personnes handicapées : </w:t>
      </w:r>
      <w:r>
        <w:fldChar w:fldCharType="begin">
          <w:ffData>
            <w:name w:val="Champ34"/>
            <w:enabled/>
            <w:calcOnExit w:val="0"/>
            <w:textInput/>
          </w:ffData>
        </w:fldChar>
      </w:r>
      <w:r>
        <w:instrText xml:space="preserve"> FORMTEXT </w:instrText>
      </w:r>
      <w:r>
        <w:fldChar w:fldCharType="separate"/>
      </w:r>
      <w:r>
        <w:rPr>
          <w:color w:val="01869B"/>
          <w:sz w:val="20"/>
          <w:u w:val="single" w:color="01869B"/>
        </w:rPr>
        <w:t>    </w:t>
      </w:r>
      <w:r>
        <w:fldChar w:fldCharType="end"/>
      </w:r>
    </w:p>
    <w:p w14:paraId="09E87F69" w14:textId="77777777" w:rsidR="00E47694" w:rsidRDefault="00AC4DEF">
      <w:pPr>
        <w:spacing w:after="80"/>
      </w:pPr>
      <w:r>
        <w:rPr>
          <w:b/>
        </w:rPr>
        <w:t>3. Avez-vous d'autres personnes à charge ?</w:t>
      </w:r>
    </w:p>
    <w:p w14:paraId="376C86EF" w14:textId="77777777" w:rsidR="00E47694" w:rsidRDefault="00AC4DEF">
      <w:pPr>
        <w:spacing w:after="160"/>
      </w:pPr>
      <w:r>
        <w:fldChar w:fldCharType="begin">
          <w:ffData>
            <w:name w:val="Case35"/>
            <w:enabled/>
            <w:calcOnExit w:val="0"/>
            <w:checkBox>
              <w:size w:val="22"/>
              <w:default w:val="0"/>
            </w:checkBox>
          </w:ffData>
        </w:fldChar>
      </w:r>
      <w:r>
        <w:instrText xml:space="preserve"> FORMCHECKBOX </w:instrText>
      </w:r>
      <w:r>
        <w:fldChar w:fldCharType="separate"/>
      </w:r>
      <w:r>
        <w:fldChar w:fldCharType="end"/>
      </w:r>
      <w:r>
        <w:rPr>
          <w:b/>
        </w:rPr>
        <w:t xml:space="preserve">  OUI      </w:t>
      </w:r>
      <w:r>
        <w:fldChar w:fldCharType="begin">
          <w:ffData>
            <w:name w:val="Case36"/>
            <w:enabled/>
            <w:calcOnExit w:val="0"/>
            <w:checkBox>
              <w:size w:val="22"/>
              <w:default w:val="0"/>
            </w:checkBox>
          </w:ffData>
        </w:fldChar>
      </w:r>
      <w:r>
        <w:instrText xml:space="preserve"> FORMCHECKBOX </w:instrText>
      </w:r>
      <w:r>
        <w:fldChar w:fldCharType="separate"/>
      </w:r>
      <w:r>
        <w:fldChar w:fldCharType="end"/>
      </w:r>
      <w:r>
        <w:rPr>
          <w:b/>
        </w:rPr>
        <w:t xml:space="preserve">  NON</w:t>
      </w:r>
    </w:p>
    <w:p w14:paraId="5981439B" w14:textId="77777777" w:rsidR="00E47694" w:rsidRDefault="00AC4DEF">
      <w:pPr>
        <w:spacing w:after="80"/>
      </w:pPr>
      <w:r>
        <w:rPr>
          <w:i/>
          <w:sz w:val="20"/>
        </w:rPr>
        <w:t xml:space="preserve">Si OUI, combien ? </w:t>
      </w:r>
      <w:r>
        <w:fldChar w:fldCharType="begin">
          <w:ffData>
            <w:name w:val="Champ37"/>
            <w:enabled/>
            <w:calcOnExit w:val="0"/>
            <w:textInput/>
          </w:ffData>
        </w:fldChar>
      </w:r>
      <w:r>
        <w:instrText xml:space="preserve"> FORMTEXT </w:instrText>
      </w:r>
      <w:r>
        <w:fldChar w:fldCharType="separate"/>
      </w:r>
      <w:r>
        <w:rPr>
          <w:color w:val="01869B"/>
          <w:sz w:val="20"/>
          <w:u w:val="single" w:color="01869B"/>
        </w:rPr>
        <w:t>    </w:t>
      </w:r>
      <w:r>
        <w:fldChar w:fldCharType="end"/>
      </w:r>
      <w:r>
        <w:rPr>
          <w:i/>
          <w:sz w:val="20"/>
        </w:rPr>
        <w:t xml:space="preserve">     dont personnes handicapées : </w:t>
      </w:r>
      <w:r>
        <w:fldChar w:fldCharType="begin">
          <w:ffData>
            <w:name w:val="Champ38"/>
            <w:enabled/>
            <w:calcOnExit w:val="0"/>
            <w:textInput/>
          </w:ffData>
        </w:fldChar>
      </w:r>
      <w:r>
        <w:instrText xml:space="preserve"> FORMTEXT </w:instrText>
      </w:r>
      <w:r>
        <w:fldChar w:fldCharType="separate"/>
      </w:r>
      <w:r>
        <w:rPr>
          <w:color w:val="01869B"/>
          <w:sz w:val="20"/>
          <w:u w:val="single" w:color="01869B"/>
        </w:rPr>
        <w:t>    </w:t>
      </w:r>
      <w:r>
        <w:fldChar w:fldCharType="end"/>
      </w:r>
    </w:p>
    <w:p w14:paraId="4F0B87C5" w14:textId="77777777" w:rsidR="00E47694" w:rsidRDefault="00AC4DEF">
      <w:pPr>
        <w:spacing w:after="40"/>
      </w:pPr>
      <w:r>
        <w:rPr>
          <w:i/>
          <w:sz w:val="20"/>
        </w:rPr>
        <w:t>Si OUI, qui ? Précisez nom, prénom et lien de parenté :</w:t>
      </w:r>
    </w:p>
    <w:p w14:paraId="08647114" w14:textId="77777777" w:rsidR="00E47694" w:rsidRDefault="00AC4DEF">
      <w:pPr>
        <w:spacing w:after="240"/>
      </w:pPr>
      <w:r>
        <w:fldChar w:fldCharType="begin">
          <w:ffData>
            <w:name w:val="Champ39"/>
            <w:enabled/>
            <w:calcOnExit w:val="0"/>
            <w:textInput/>
          </w:ffData>
        </w:fldChar>
      </w:r>
      <w:r>
        <w:instrText xml:space="preserve"> FORMTEXT </w:instrText>
      </w:r>
      <w:r>
        <w:fldChar w:fldCharType="separate"/>
      </w:r>
      <w:r>
        <w:rPr>
          <w:color w:val="01869B"/>
          <w:sz w:val="20"/>
          <w:u w:val="single" w:color="01869B"/>
        </w:rPr>
        <w:t>                                                  </w:t>
      </w:r>
      <w:r>
        <w:fldChar w:fldCharType="end"/>
      </w:r>
    </w:p>
    <w:tbl>
      <w:tblPr>
        <w:tblW w:w="0" w:type="auto"/>
        <w:jc w:val="center"/>
        <w:tblLook w:val="04A0" w:firstRow="1" w:lastRow="0" w:firstColumn="1" w:lastColumn="0" w:noHBand="0" w:noVBand="1"/>
      </w:tblPr>
      <w:tblGrid>
        <w:gridCol w:w="9628"/>
      </w:tblGrid>
      <w:tr w:rsidR="00E47694" w14:paraId="2C8471AE" w14:textId="77777777">
        <w:trPr>
          <w:jc w:val="center"/>
        </w:trPr>
        <w:tc>
          <w:tcPr>
            <w:tcW w:w="9638" w:type="dxa"/>
            <w:tcBorders>
              <w:top w:val="single" w:sz="4" w:space="0" w:color="FFFFFF"/>
              <w:left w:val="single" w:sz="4" w:space="0" w:color="FFFFFF"/>
              <w:bottom w:val="single" w:sz="4" w:space="0" w:color="FFFFFF"/>
              <w:right w:val="single" w:sz="4" w:space="0" w:color="FFFFFF"/>
            </w:tcBorders>
            <w:shd w:val="clear" w:color="auto" w:fill="EEE8F4"/>
            <w:tcMar>
              <w:top w:w="140" w:type="dxa"/>
              <w:left w:w="220" w:type="dxa"/>
              <w:bottom w:w="140" w:type="dxa"/>
              <w:right w:w="220" w:type="dxa"/>
            </w:tcMar>
          </w:tcPr>
          <w:p w14:paraId="1052BDF2" w14:textId="77777777" w:rsidR="00E47694" w:rsidRDefault="00AC4DEF">
            <w:pPr>
              <w:spacing w:after="40"/>
            </w:pPr>
            <w:r>
              <w:rPr>
                <w:b/>
                <w:caps/>
                <w:color w:val="340873"/>
              </w:rPr>
              <w:t>Demande du régime de chômage avec complément du FSE</w:t>
            </w:r>
          </w:p>
          <w:p w14:paraId="514DB0CC" w14:textId="77777777" w:rsidR="00E47694" w:rsidRDefault="00AC4DEF">
            <w:pPr>
              <w:spacing w:after="0"/>
            </w:pPr>
            <w:r>
              <w:rPr>
                <w:sz w:val="20"/>
              </w:rPr>
              <w:t xml:space="preserve">La personne soussignée formule par la présente son désir de pouvoir bénéficier du régime de chômage avec complément du FSE en vertu des modalités prévues par la Sous-commission paritaire pour les entreprises de travail adapté de la Région wallonne et de la Communauté germanophone (SCP 327.03).</w:t>
            </w:r>
          </w:p>
        </w:tc>
      </w:tr>
    </w:tbl>
    <w:p w14:paraId="7009E571" w14:textId="77777777" w:rsidR="00E47694" w:rsidRDefault="00E47694">
      <w:pPr>
        <w:spacing w:after="80"/>
      </w:pPr>
    </w:p>
    <w:p w14:paraId="46B419F6" w14:textId="77777777" w:rsidR="00E47694" w:rsidRDefault="00AC4DEF">
      <w:pPr>
        <w:spacing w:after="280"/>
      </w:pPr>
      <w:r>
        <w:rPr>
          <w:b/>
        </w:rPr>
        <w:t xml:space="preserve">DATE : </w:t>
      </w:r>
      <w:r>
        <w:fldChar w:fldCharType="begin">
          <w:ffData>
            <w:name w:val="Champ40"/>
            <w:enabled/>
            <w:calcOnExit w:val="0"/>
            <w:textInput/>
          </w:ffData>
        </w:fldChar>
      </w:r>
      <w:r>
        <w:instrText xml:space="preserve"> FORMTEXT </w:instrText>
      </w:r>
      <w:r>
        <w:fldChar w:fldCharType="separate"/>
      </w:r>
      <w:r>
        <w:rPr>
          <w:color w:val="01869B"/>
          <w:u w:val="single" w:color="01869B"/>
        </w:rPr>
        <w:t>          </w:t>
      </w:r>
      <w:r>
        <w:fldChar w:fldCharType="end"/>
      </w:r>
      <w:r>
        <w:rPr>
          <w:b/>
        </w:rPr>
        <w:t xml:space="preserve">                              SIGNATURE DU TRAVAILLEUR OU DE LA TRAVAILLEUSE</w:t>
      </w:r>
    </w:p>
    <w:tbl>
      <w:tblPr>
        <w:tblW w:w="0" w:type="auto"/>
        <w:jc w:val="center"/>
        <w:tblLook w:val="04A0" w:firstRow="1" w:lastRow="0" w:firstColumn="1" w:lastColumn="0" w:noHBand="0" w:noVBand="1"/>
      </w:tblPr>
      <w:tblGrid>
        <w:gridCol w:w="9628"/>
      </w:tblGrid>
      <w:tr w:rsidR="00E47694" w14:paraId="6BB3BDBA" w14:textId="77777777">
        <w:trPr>
          <w:jc w:val="center"/>
        </w:trPr>
        <w:tc>
          <w:tcPr>
            <w:tcW w:w="9638" w:type="dxa"/>
            <w:tcBorders>
              <w:top w:val="single" w:sz="4" w:space="0" w:color="FFFFFF"/>
              <w:left w:val="single" w:sz="4" w:space="0" w:color="FFFFFF"/>
              <w:bottom w:val="single" w:sz="4" w:space="0" w:color="FFFFFF"/>
              <w:right w:val="single" w:sz="4" w:space="0" w:color="FFFFFF"/>
            </w:tcBorders>
            <w:shd w:val="clear" w:color="auto" w:fill="E6F3F5"/>
            <w:tcMar>
              <w:top w:w="140" w:type="dxa"/>
              <w:left w:w="220" w:type="dxa"/>
              <w:bottom w:w="140" w:type="dxa"/>
              <w:right w:w="220" w:type="dxa"/>
            </w:tcMar>
          </w:tcPr>
          <w:p w14:paraId="0654BA3A" w14:textId="77777777" w:rsidR="00E47694" w:rsidRDefault="00AC4DEF">
            <w:pPr>
              <w:spacing w:after="40"/>
            </w:pPr>
            <w:r>
              <w:rPr>
                <w:b/>
                <w:caps/>
                <w:color w:val="01869B"/>
              </w:rPr>
              <w:t>Bon à savoir</w:t>
            </w:r>
          </w:p>
          <w:p w14:paraId="7B78FDF6" w14:textId="77777777" w:rsidR="00E47694" w:rsidRDefault="00AC4DEF">
            <w:pPr>
              <w:spacing w:after="0"/>
            </w:pPr>
            <w:r>
              <w:rPr>
                <w:sz w:val="20"/>
              </w:rPr>
              <w:t xml:space="preserve">Les données sont traitées et conservées de façon automatisée par le Fonds de sécurité d'existence. Conformément au Règlement général sur la protection des données (RGPD), vous avez le droit d'en obtenir communication ou rectification.</w:t>
            </w:r>
          </w:p>
        </w:tc>
      </w:tr>
    </w:tbl>
    <w:p w14:paraId="6982700B" w14:textId="77777777" w:rsidR="00E47694" w:rsidRDefault="00E47694">
      <w:pPr>
        <w:spacing w:after="80"/>
      </w:pPr>
    </w:p>
    <w:p w14:paraId="4C11505B" w14:textId="77777777" w:rsidR="00E47694" w:rsidRDefault="00AC4DEF">
      <w:pPr>
        <w:pageBreakBefore/>
        <w:spacing w:before="240" w:after="120"/>
      </w:pPr>
      <w:r>
        <w:rPr>
          <w:b/>
          <w:caps/>
          <w:color w:val="01869B"/>
          <w:sz w:val="26"/>
        </w:rPr>
        <w:lastRenderedPageBreak/>
        <w:t>Renseignements à communiquer par l'employeur actuel</w:t>
      </w:r>
    </w:p>
    <w:p w14:paraId="4F447E49" w14:textId="77777777" w:rsidR="00E47694" w:rsidRDefault="00AC4DEF">
      <w:pPr>
        <w:spacing w:after="160"/>
      </w:pPr>
      <w:r>
        <w:rPr>
          <w:b/>
        </w:rPr>
        <w:t xml:space="preserve">Nom de l'employeur : </w:t>
      </w:r>
      <w:r>
        <w:fldChar w:fldCharType="begin">
          <w:ffData>
            <w:name w:val="Champ41"/>
            <w:enabled/>
            <w:calcOnExit w:val="0"/>
            <w:textInput/>
          </w:ffData>
        </w:fldChar>
      </w:r>
      <w:r>
        <w:instrText xml:space="preserve"> FORMTEXT </w:instrText>
      </w:r>
      <w:r>
        <w:fldChar w:fldCharType="separate"/>
      </w:r>
      <w:r>
        <w:rPr>
          <w:color w:val="01869B"/>
          <w:u w:val="single" w:color="01869B"/>
        </w:rPr>
        <w:t>                                   </w:t>
      </w:r>
      <w:r>
        <w:fldChar w:fldCharType="end"/>
      </w:r>
    </w:p>
    <w:p w14:paraId="11AD9E73" w14:textId="77777777" w:rsidR="00E47694" w:rsidRDefault="00AC4DEF">
      <w:pPr>
        <w:spacing w:after="160"/>
      </w:pPr>
      <w:r>
        <w:rPr>
          <w:b/>
        </w:rPr>
        <w:t xml:space="preserve">Adresse de l'employeur : </w:t>
      </w:r>
      <w:r>
        <w:fldChar w:fldCharType="begin">
          <w:ffData>
            <w:name w:val="Champ42"/>
            <w:enabled/>
            <w:calcOnExit w:val="0"/>
            <w:textInput/>
          </w:ffData>
        </w:fldChar>
      </w:r>
      <w:r>
        <w:instrText xml:space="preserve"> FORMTEXT </w:instrText>
      </w:r>
      <w:r>
        <w:fldChar w:fldCharType="separate"/>
      </w:r>
      <w:r>
        <w:rPr>
          <w:color w:val="01869B"/>
          <w:u w:val="single" w:color="01869B"/>
        </w:rPr>
        <w:t>                                   </w:t>
      </w:r>
      <w:r>
        <w:fldChar w:fldCharType="end"/>
      </w:r>
    </w:p>
    <w:p w14:paraId="4CA452C8" w14:textId="77777777" w:rsidR="00E47694" w:rsidRDefault="00AC4DEF">
      <w:pPr>
        <w:spacing w:after="160"/>
      </w:pPr>
      <w:r>
        <w:rPr>
          <w:b/>
        </w:rPr>
        <w:t xml:space="preserve">Personne de contact : </w:t>
      </w:r>
      <w:r>
        <w:fldChar w:fldCharType="begin">
          <w:ffData>
            <w:name w:val="Champ43"/>
            <w:enabled/>
            <w:calcOnExit w:val="0"/>
            <w:textInput/>
          </w:ffData>
        </w:fldChar>
      </w:r>
      <w:r>
        <w:instrText xml:space="preserve"> FORMTEXT </w:instrText>
      </w:r>
      <w:r>
        <w:fldChar w:fldCharType="separate"/>
      </w:r>
      <w:r>
        <w:rPr>
          <w:color w:val="01869B"/>
          <w:u w:val="single" w:color="01869B"/>
        </w:rPr>
        <w:t>                      </w:t>
      </w:r>
      <w:r>
        <w:fldChar w:fldCharType="end"/>
      </w:r>
    </w:p>
    <w:p w14:paraId="5708948D" w14:textId="77777777" w:rsidR="00E47694" w:rsidRDefault="00AC4DEF">
      <w:pPr>
        <w:spacing w:after="160"/>
      </w:pPr>
      <w:r>
        <w:rPr>
          <w:b/>
        </w:rPr>
        <w:t xml:space="preserve">Numéro de tél. : </w:t>
      </w:r>
      <w:r>
        <w:fldChar w:fldCharType="begin">
          <w:ffData>
            <w:name w:val="Champ44"/>
            <w:enabled/>
            <w:calcOnExit w:val="0"/>
            <w:textInput/>
          </w:ffData>
        </w:fldChar>
      </w:r>
      <w:r>
        <w:instrText xml:space="preserve"> FORMTEXT </w:instrText>
      </w:r>
      <w:r>
        <w:fldChar w:fldCharType="separate"/>
      </w:r>
      <w:r>
        <w:rPr>
          <w:color w:val="01869B"/>
          <w:u w:val="single" w:color="01869B"/>
        </w:rPr>
        <w:t>                </w:t>
      </w:r>
      <w:r>
        <w:fldChar w:fldCharType="end"/>
      </w:r>
    </w:p>
    <w:p w14:paraId="7F37D383" w14:textId="77777777" w:rsidR="00E47694" w:rsidRDefault="00AC4DEF">
      <w:pPr>
        <w:spacing w:after="160"/>
      </w:pPr>
      <w:r>
        <w:rPr>
          <w:b/>
        </w:rPr>
        <w:t xml:space="preserve">N° ONSS de l'employeur : </w:t>
      </w:r>
      <w:r>
        <w:fldChar w:fldCharType="begin">
          <w:ffData>
            <w:name w:val="Champ45"/>
            <w:enabled/>
            <w:calcOnExit w:val="0"/>
            <w:textInput/>
          </w:ffData>
        </w:fldChar>
      </w:r>
      <w:r>
        <w:instrText xml:space="preserve"> FORMTEXT </w:instrText>
      </w:r>
      <w:r>
        <w:fldChar w:fldCharType="separate"/>
      </w:r>
      <w:r>
        <w:rPr>
          <w:color w:val="01869B"/>
          <w:u w:val="single" w:color="01869B"/>
        </w:rPr>
        <w:t>                </w:t>
      </w:r>
      <w:r>
        <w:fldChar w:fldCharType="end"/>
      </w:r>
    </w:p>
    <w:p w14:paraId="1BBA572E" w14:textId="77777777" w:rsidR="00E47694" w:rsidRDefault="00AC4DEF">
      <w:pPr>
        <w:spacing w:after="120"/>
      </w:pPr>
      <w:r>
        <w:t xml:space="preserve">Je déclare avoir occupé Monsieur/Madame </w:t>
      </w:r>
      <w:r>
        <w:fldChar w:fldCharType="begin">
          <w:ffData>
            <w:name w:val="Champ46"/>
            <w:enabled/>
            <w:calcOnExit w:val="0"/>
            <w:textInput/>
          </w:ffData>
        </w:fldChar>
      </w:r>
      <w:r>
        <w:instrText xml:space="preserve"> FORMTEXT </w:instrText>
      </w:r>
      <w:r>
        <w:fldChar w:fldCharType="separate"/>
      </w:r>
      <w:r>
        <w:rPr>
          <w:color w:val="01869B"/>
          <w:u w:val="single" w:color="01869B"/>
        </w:rPr>
        <w:t>                              </w:t>
      </w:r>
      <w:r>
        <w:fldChar w:fldCharType="end"/>
      </w:r>
    </w:p>
    <w:p w14:paraId="56AF4CA9" w14:textId="77777777" w:rsidR="00E47694" w:rsidRDefault="00AC4DEF">
      <w:r>
        <w:t xml:space="preserve">Depuis le </w:t>
      </w:r>
      <w:r>
        <w:fldChar w:fldCharType="begin">
          <w:ffData>
            <w:name w:val="Champ47"/>
            <w:enabled/>
            <w:calcOnExit w:val="0"/>
            <w:textInput/>
          </w:ffData>
        </w:fldChar>
      </w:r>
      <w:r>
        <w:instrText xml:space="preserve"> FORMTEXT </w:instrText>
      </w:r>
      <w:r>
        <w:fldChar w:fldCharType="separate"/>
      </w:r>
      <w:r>
        <w:rPr>
          <w:color w:val="01869B"/>
          <w:u w:val="single" w:color="01869B"/>
        </w:rPr>
        <w:t>          </w:t>
      </w:r>
      <w:r>
        <w:fldChar w:fldCharType="end"/>
      </w:r>
      <w:r>
        <w:t xml:space="preserve">  pour une durée de </w:t>
      </w:r>
      <w:r>
        <w:fldChar w:fldCharType="begin">
          <w:ffData>
            <w:name w:val="Champ48"/>
            <w:enabled/>
            <w:calcOnExit w:val="0"/>
            <w:textInput/>
          </w:ffData>
        </w:fldChar>
      </w:r>
      <w:r>
        <w:instrText xml:space="preserve"> FORMTEXT </w:instrText>
      </w:r>
      <w:r>
        <w:fldChar w:fldCharType="separate"/>
      </w:r>
      <w:r>
        <w:rPr>
          <w:color w:val="01869B"/>
          <w:u w:val="single" w:color="01869B"/>
        </w:rPr>
        <w:t>    </w:t>
      </w:r>
      <w:r>
        <w:fldChar w:fldCharType="end"/>
      </w:r>
      <w:r>
        <w:t xml:space="preserve"> heures par semaine.</w:t>
      </w:r>
    </w:p>
    <w:p w14:paraId="1E1CDE24" w14:textId="77777777" w:rsidR="00E47694" w:rsidRDefault="00AC4DEF">
      <w:pPr>
        <w:spacing w:after="80"/>
      </w:pPr>
      <w:r>
        <w:t xml:space="preserve">Le travailleur ou la travailleuse preste l'horaire repris ci-dessus depuis le </w:t>
      </w:r>
      <w:r>
        <w:fldChar w:fldCharType="begin">
          <w:ffData>
            <w:name w:val="Champ49"/>
            <w:enabled/>
            <w:calcOnExit w:val="0"/>
            <w:textInput/>
          </w:ffData>
        </w:fldChar>
      </w:r>
      <w:r>
        <w:instrText xml:space="preserve"> FORMTEXT </w:instrText>
      </w:r>
      <w:r>
        <w:fldChar w:fldCharType="separate"/>
      </w:r>
      <w:r>
        <w:rPr>
          <w:color w:val="01869B"/>
          <w:u w:val="single" w:color="01869B"/>
        </w:rPr>
        <w:t>          </w:t>
      </w:r>
      <w:r>
        <w:fldChar w:fldCharType="end"/>
      </w:r>
    </w:p>
    <w:p w14:paraId="5482D063" w14:textId="77777777" w:rsidR="00E47694" w:rsidRDefault="00AC4DEF">
      <w:pPr>
        <w:spacing w:after="80"/>
      </w:pPr>
      <w:r>
        <w:t xml:space="preserve">OU le travailleur ou la travailleuse est en crédit temps depuis le </w:t>
      </w:r>
      <w:r>
        <w:fldChar w:fldCharType="begin">
          <w:ffData>
            <w:name w:val="Champ50"/>
            <w:enabled/>
            <w:calcOnExit w:val="0"/>
            <w:textInput/>
          </w:ffData>
        </w:fldChar>
      </w:r>
      <w:r>
        <w:instrText xml:space="preserve"> FORMTEXT </w:instrText>
      </w:r>
      <w:r>
        <w:fldChar w:fldCharType="separate"/>
      </w:r>
      <w:r>
        <w:rPr>
          <w:color w:val="01869B"/>
          <w:u w:val="single" w:color="01869B"/>
        </w:rPr>
        <w:t>          </w:t>
      </w:r>
      <w:r>
        <w:fldChar w:fldCharType="end"/>
      </w:r>
    </w:p>
    <w:p w14:paraId="3981407B" w14:textId="77777777" w:rsidR="00E47694" w:rsidRDefault="00AC4DEF">
      <w:r>
        <w:t xml:space="preserve">Précisez le régime : </w:t>
      </w:r>
      <w:r>
        <w:fldChar w:fldCharType="begin">
          <w:ffData>
            <w:name w:val="Champ51"/>
            <w:enabled/>
            <w:calcOnExit w:val="0"/>
            <w:textInput/>
          </w:ffData>
        </w:fldChar>
      </w:r>
      <w:r>
        <w:instrText xml:space="preserve"> FORMTEXT </w:instrText>
      </w:r>
      <w:r>
        <w:fldChar w:fldCharType="separate"/>
      </w:r>
      <w:r>
        <w:rPr>
          <w:color w:val="01869B"/>
          <w:u w:val="single" w:color="01869B"/>
        </w:rPr>
        <w:t>                        </w:t>
      </w:r>
      <w:r>
        <w:fldChar w:fldCharType="end"/>
      </w:r>
    </w:p>
    <w:p w14:paraId="2E937258" w14:textId="77777777" w:rsidR="00E47694" w:rsidRDefault="00AC4DEF">
      <w:pPr>
        <w:spacing w:after="240"/>
      </w:pPr>
      <w:r>
        <w:t xml:space="preserve">Salaire horaire : </w:t>
      </w:r>
      <w:r>
        <w:fldChar w:fldCharType="begin">
          <w:ffData>
            <w:name w:val="Champ52"/>
            <w:enabled/>
            <w:calcOnExit w:val="0"/>
            <w:textInput/>
          </w:ffData>
        </w:fldChar>
      </w:r>
      <w:r>
        <w:instrText xml:space="preserve"> FORMTEXT </w:instrText>
      </w:r>
      <w:r>
        <w:fldChar w:fldCharType="separate"/>
      </w:r>
      <w:r>
        <w:rPr>
          <w:color w:val="01869B"/>
          <w:u w:val="single" w:color="01869B"/>
        </w:rPr>
        <w:t>        </w:t>
      </w:r>
      <w:r>
        <w:fldChar w:fldCharType="end"/>
      </w:r>
      <w:r>
        <w:t xml:space="preserve"> (régime OUVRIER)      Salaire mensuel : </w:t>
      </w:r>
      <w:r>
        <w:fldChar w:fldCharType="begin">
          <w:ffData>
            <w:name w:val="Champ53"/>
            <w:enabled/>
            <w:calcOnExit w:val="0"/>
            <w:textInput/>
          </w:ffData>
        </w:fldChar>
      </w:r>
      <w:r>
        <w:instrText xml:space="preserve"> FORMTEXT </w:instrText>
      </w:r>
      <w:r>
        <w:fldChar w:fldCharType="separate"/>
      </w:r>
      <w:r>
        <w:rPr>
          <w:color w:val="01869B"/>
          <w:u w:val="single" w:color="01869B"/>
        </w:rPr>
        <w:t>        </w:t>
      </w:r>
      <w:r>
        <w:fldChar w:fldCharType="end"/>
      </w:r>
      <w:r>
        <w:t xml:space="preserve"> (régime EMPLOYÉ)</w:t>
      </w:r>
    </w:p>
    <w:tbl>
      <w:tblPr>
        <w:tblW w:w="0" w:type="auto"/>
        <w:jc w:val="center"/>
        <w:tblLook w:val="04A0" w:firstRow="1" w:lastRow="0" w:firstColumn="1" w:lastColumn="0" w:noHBand="0" w:noVBand="1"/>
      </w:tblPr>
      <w:tblGrid>
        <w:gridCol w:w="9628"/>
      </w:tblGrid>
      <w:tr w:rsidR="00E47694" w14:paraId="7FECDA32" w14:textId="77777777">
        <w:trPr>
          <w:jc w:val="center"/>
        </w:trPr>
        <w:tc>
          <w:tcPr>
            <w:tcW w:w="9638" w:type="dxa"/>
            <w:tcBorders>
              <w:top w:val="single" w:sz="4" w:space="0" w:color="FFFFFF"/>
              <w:left w:val="single" w:sz="4" w:space="0" w:color="FFFFFF"/>
              <w:bottom w:val="single" w:sz="4" w:space="0" w:color="FFFFFF"/>
              <w:right w:val="single" w:sz="4" w:space="0" w:color="FFFFFF"/>
            </w:tcBorders>
            <w:shd w:val="clear" w:color="auto" w:fill="FFF4E5"/>
            <w:tcMar>
              <w:top w:w="140" w:type="dxa"/>
              <w:left w:w="220" w:type="dxa"/>
              <w:bottom w:w="140" w:type="dxa"/>
              <w:right w:w="220" w:type="dxa"/>
            </w:tcMar>
          </w:tcPr>
          <w:p w14:paraId="699674A1" w14:textId="77777777" w:rsidR="00E47694" w:rsidRDefault="00AC4DEF">
            <w:pPr>
              <w:spacing w:after="40"/>
            </w:pPr>
            <w:r>
              <w:rPr>
                <w:b/>
                <w:caps/>
                <w:color w:val="D97706"/>
              </w:rPr>
              <w:t>Engagement de l'employeur</w:t>
            </w:r>
          </w:p>
          <w:p w14:paraId="4C053C73" w14:textId="77777777" w:rsidR="00E47694" w:rsidRDefault="00AC4DEF">
            <w:pPr>
              <w:spacing w:after="0"/>
            </w:pPr>
            <w:r>
              <w:rPr>
                <w:sz w:val="20"/>
              </w:rPr>
              <w:t>Je m'engage à remplacer le travailleur ou la travailleuse aux conditions prévues par la convention collective de travail en matière de RCC du FSE conclue au sein de la SCP 327.03 (et à prendre connaissance de la procédure du FSE).</w:t>
            </w:r>
          </w:p>
        </w:tc>
      </w:tr>
    </w:tbl>
    <w:p w14:paraId="3C7BA8E0" w14:textId="77777777" w:rsidR="00E47694" w:rsidRDefault="00E47694">
      <w:pPr>
        <w:spacing w:after="80"/>
      </w:pPr>
    </w:p>
    <w:p w14:paraId="6F0A64D3" w14:textId="77777777" w:rsidR="00E47694" w:rsidRDefault="00AC4DEF">
      <w:pPr>
        <w:spacing w:after="0"/>
        <w:jc w:val="center"/>
      </w:pPr>
      <w:r>
        <w:rPr>
          <w:b/>
        </w:rPr>
        <w:t>SIGNATURE DE L'EMPLOYEUR</w:t>
      </w:r>
    </w:p>
    <w:p w14:paraId="7CCAEF7B" w14:textId="77777777" w:rsidR="00E47694" w:rsidRDefault="00AC4DEF">
      <w:pPr>
        <w:spacing w:after="400"/>
        <w:jc w:val="center"/>
      </w:pPr>
      <w:r>
        <w:rPr>
          <w:i/>
          <w:color w:val="6B6B70"/>
          <w:sz w:val="19"/>
        </w:rPr>
        <w:t>ou de la personne qui le représente</w:t>
      </w:r>
    </w:p>
    <w:tbl>
      <w:tblPr>
        <w:tblW w:w="0" w:type="auto"/>
        <w:tblLayout w:type="fixed"/>
        <w:tblLook w:val="04A0" w:firstRow="1" w:lastRow="0" w:firstColumn="1" w:lastColumn="0" w:noHBand="0" w:noVBand="1"/>
      </w:tblPr>
      <w:tblGrid>
        <w:gridCol w:w="4819"/>
        <w:gridCol w:w="4819"/>
      </w:tblGrid>
      <w:tr w:rsidR="00E47694" w14:paraId="4533DF2F" w14:textId="77777777">
        <w:tc>
          <w:tcPr>
            <w:tcW w:w="4819" w:type="dxa"/>
          </w:tcPr>
          <w:p w14:paraId="10523334" w14:textId="77777777" w:rsidR="00E47694" w:rsidRDefault="00AC4DEF">
            <w:r>
              <w:rPr>
                <w:b/>
              </w:rPr>
              <w:t xml:space="preserve">Date : </w:t>
            </w:r>
            <w:r>
              <w:fldChar w:fldCharType="begin">
                <w:ffData>
                  <w:name w:val="Champ54"/>
                  <w:enabled/>
                  <w:calcOnExit w:val="0"/>
                  <w:textInput/>
                </w:ffData>
              </w:fldChar>
            </w:r>
            <w:r>
              <w:instrText xml:space="preserve"> FORMTEXT </w:instrText>
            </w:r>
            <w:r>
              <w:fldChar w:fldCharType="separate"/>
            </w:r>
            <w:r>
              <w:rPr>
                <w:color w:val="01869B"/>
                <w:u w:val="single" w:color="01869B"/>
              </w:rPr>
              <w:t>            </w:t>
            </w:r>
            <w:r>
              <w:fldChar w:fldCharType="end"/>
            </w:r>
          </w:p>
        </w:tc>
        <w:tc>
          <w:tcPr>
            <w:tcW w:w="4819" w:type="dxa"/>
            <w:tcBorders>
              <w:top w:val="single" w:sz="4" w:space="0" w:color="D9CCE8"/>
              <w:left w:val="single" w:sz="4" w:space="0" w:color="D9CCE8"/>
              <w:bottom w:val="single" w:sz="4" w:space="0" w:color="D9CCE8"/>
              <w:right w:val="single" w:sz="4" w:space="0" w:color="D9CCE8"/>
            </w:tcBorders>
            <w:shd w:val="clear" w:color="auto" w:fill="EEE8F4"/>
            <w:vAlign w:val="center"/>
          </w:tcPr>
          <w:p w14:paraId="3C830C8F" w14:textId="77777777" w:rsidR="00E47694" w:rsidRDefault="00AC4DEF">
            <w:pPr>
              <w:jc w:val="center"/>
            </w:pPr>
            <w:r>
              <w:rPr>
                <w:b/>
                <w:color w:val="340873"/>
                <w:sz w:val="19"/>
              </w:rPr>
              <w:t>Cachet de l'employeur</w:t>
            </w:r>
          </w:p>
          <w:p w14:paraId="0A85AC69" w14:textId="77777777" w:rsidR="00E47694" w:rsidRDefault="00E47694">
            <w:pPr>
              <w:spacing w:before="800"/>
              <w:jc w:val="center"/>
            </w:pPr>
          </w:p>
        </w:tc>
      </w:tr>
    </w:tbl>
    <w:p w14:paraId="7205D9E6" w14:textId="77777777" w:rsidR="00E47694" w:rsidRDefault="00AC4DEF">
      <w:pPr>
        <w:pageBreakBefore/>
        <w:spacing w:before="280" w:after="160"/>
      </w:pPr>
      <w:r>
        <w:rPr>
          <w:rFonts w:ascii="Aptos Display" w:eastAsia="Aptos Display" w:hAnsi="Aptos Display" w:cs="Aptos Display"/>
          <w:b/>
          <w:color w:val="340873"/>
          <w:sz w:val="36"/>
        </w:rPr>
        <w:lastRenderedPageBreak/>
        <w:t>Procédure de demande du régime de chômage avec complément du FSE</w:t>
      </w:r>
    </w:p>
    <w:tbl>
      <w:tblPr>
        <w:tblW w:w="0" w:type="auto"/>
        <w:tblLayout w:type="fixed"/>
        <w:tblLook w:val="04A0" w:firstRow="1" w:lastRow="0" w:firstColumn="1" w:lastColumn="0" w:noHBand="0" w:noVBand="1"/>
      </w:tblPr>
      <w:tblGrid>
        <w:gridCol w:w="624"/>
        <w:gridCol w:w="9014"/>
      </w:tblGrid>
      <w:tr w:rsidR="00E47694" w14:paraId="107EE2A1" w14:textId="77777777">
        <w:tc>
          <w:tcPr>
            <w:tcW w:w="624" w:type="dxa"/>
            <w:shd w:val="clear" w:color="auto" w:fill="01869B"/>
            <w:vAlign w:val="center"/>
          </w:tcPr>
          <w:p w14:paraId="658545DD" w14:textId="77777777" w:rsidR="00E47694" w:rsidRDefault="00AC4DEF">
            <w:pPr>
              <w:jc w:val="center"/>
            </w:pPr>
            <w:r>
              <w:rPr>
                <w:rFonts w:ascii="Aptos Display" w:eastAsia="Aptos Display" w:hAnsi="Aptos Display" w:cs="Aptos Display"/>
                <w:b/>
                <w:color w:val="FFFFFF"/>
                <w:sz w:val="26"/>
              </w:rPr>
              <w:t>1</w:t>
            </w:r>
          </w:p>
        </w:tc>
        <w:tc>
          <w:tcPr>
            <w:tcW w:w="9014" w:type="dxa"/>
            <w:tcMar>
              <w:top w:w="40" w:type="dxa"/>
              <w:left w:w="220" w:type="dxa"/>
              <w:bottom w:w="40" w:type="dxa"/>
              <w:right w:w="0" w:type="dxa"/>
            </w:tcMar>
            <w:vAlign w:val="center"/>
          </w:tcPr>
          <w:p w14:paraId="44D60C1F" w14:textId="77777777" w:rsidR="00E47694" w:rsidRDefault="00AC4DEF">
            <w:pPr>
              <w:spacing w:after="40"/>
            </w:pPr>
            <w:r>
              <w:rPr>
                <w:b/>
                <w:color w:val="340873"/>
                <w:sz w:val="22"/>
              </w:rPr>
              <w:t>Introduction de la demande via le formulaire « Demande du RCC du FSE »</w:t>
            </w:r>
          </w:p>
          <w:p w14:paraId="629BDD1F" w14:textId="77777777" w:rsidR="00E47694" w:rsidRDefault="00AC4DEF">
            <w:pPr>
              <w:spacing w:after="40"/>
            </w:pPr>
            <w:r>
              <w:rPr>
                <w:sz w:val="19"/>
              </w:rPr>
              <w:t xml:space="preserve">Le travailleur ou la travailleuse introduit sa demande par l'intermédiaire de son employeur ou de son organisation syndicale, qui transmet au FSE le formulaire dûment complété, daté et signé, accompagné du formulaire C17 passé professionnel-réponse (accord de l'ONEM) et de la dernière fiche de salaire.</w:t>
            </w:r>
          </w:p>
        </w:tc>
      </w:tr>
    </w:tbl>
    <w:p w14:paraId="6EC8F155" w14:textId="77777777" w:rsidR="00E47694" w:rsidRDefault="00E47694">
      <w:pPr>
        <w:spacing w:after="120"/>
      </w:pPr>
    </w:p>
    <w:tbl>
      <w:tblPr>
        <w:tblW w:w="0" w:type="auto"/>
        <w:tblLayout w:type="fixed"/>
        <w:tblLook w:val="04A0" w:firstRow="1" w:lastRow="0" w:firstColumn="1" w:lastColumn="0" w:noHBand="0" w:noVBand="1"/>
      </w:tblPr>
      <w:tblGrid>
        <w:gridCol w:w="624"/>
        <w:gridCol w:w="9014"/>
      </w:tblGrid>
      <w:tr w:rsidR="00E47694" w14:paraId="65093BD8" w14:textId="77777777">
        <w:tc>
          <w:tcPr>
            <w:tcW w:w="624" w:type="dxa"/>
            <w:shd w:val="clear" w:color="auto" w:fill="01869B"/>
            <w:vAlign w:val="center"/>
          </w:tcPr>
          <w:p w14:paraId="2DDF4896" w14:textId="77777777" w:rsidR="00E47694" w:rsidRDefault="00AC4DEF">
            <w:pPr>
              <w:jc w:val="center"/>
            </w:pPr>
            <w:r>
              <w:rPr>
                <w:rFonts w:ascii="Aptos Display" w:eastAsia="Aptos Display" w:hAnsi="Aptos Display" w:cs="Aptos Display"/>
                <w:b/>
                <w:color w:val="FFFFFF"/>
                <w:sz w:val="26"/>
              </w:rPr>
              <w:t>2</w:t>
            </w:r>
          </w:p>
        </w:tc>
        <w:tc>
          <w:tcPr>
            <w:tcW w:w="9014" w:type="dxa"/>
            <w:tcMar>
              <w:top w:w="40" w:type="dxa"/>
              <w:left w:w="220" w:type="dxa"/>
              <w:bottom w:w="40" w:type="dxa"/>
              <w:right w:w="0" w:type="dxa"/>
            </w:tcMar>
            <w:vAlign w:val="center"/>
          </w:tcPr>
          <w:p w14:paraId="69F05BF6" w14:textId="77777777" w:rsidR="00E47694" w:rsidRDefault="00AC4DEF">
            <w:pPr>
              <w:spacing w:after="40"/>
            </w:pPr>
            <w:r>
              <w:rPr>
                <w:b/>
                <w:color w:val="340873"/>
                <w:sz w:val="22"/>
              </w:rPr>
              <w:t>Traitement de la demande</w:t>
            </w:r>
          </w:p>
          <w:p w14:paraId="4504D26B" w14:textId="77777777" w:rsidR="00E47694" w:rsidRDefault="00AC4DEF">
            <w:pPr>
              <w:spacing w:after="40"/>
            </w:pPr>
            <w:r>
              <w:rPr>
                <w:sz w:val="19"/>
              </w:rPr>
              <w:t xml:space="preserve">Le FSE examine la demande et statue sur sa recevabilité (sur demande, une simulation sera effectuée). Le FSE confirme son accord écrit à l'employeur, qui peut alors — et alors seulement — procéder au licenciement dans le cadre des dispositions légales de ce régime et envoyer la copie de la notification du préavis au Fonds. Dès la fin du préavis, une copie du C4-RCC (en complétant la partie « je demande l'indemnité en compensation du licenciement » appelée ICL, pour le personnel ouvrier) doit impérativement </w:t>
            </w:r>
            <w:r>
              <w:rPr>
                <w:sz w:val="19"/>
              </w:rPr>
              <w:t>être transmise au FSE, ainsi que la dernière fiche de salaire.</w:t>
            </w:r>
          </w:p>
        </w:tc>
      </w:tr>
    </w:tbl>
    <w:p w14:paraId="2E49B9AB" w14:textId="77777777" w:rsidR="00E47694" w:rsidRDefault="00E47694">
      <w:pPr>
        <w:spacing w:after="120"/>
      </w:pPr>
    </w:p>
    <w:tbl>
      <w:tblPr>
        <w:tblW w:w="0" w:type="auto"/>
        <w:tblLayout w:type="fixed"/>
        <w:tblLook w:val="04A0" w:firstRow="1" w:lastRow="0" w:firstColumn="1" w:lastColumn="0" w:noHBand="0" w:noVBand="1"/>
      </w:tblPr>
      <w:tblGrid>
        <w:gridCol w:w="624"/>
        <w:gridCol w:w="9014"/>
      </w:tblGrid>
      <w:tr w:rsidR="00E47694" w14:paraId="5E14CCAC" w14:textId="77777777">
        <w:tc>
          <w:tcPr>
            <w:tcW w:w="624" w:type="dxa"/>
            <w:shd w:val="clear" w:color="auto" w:fill="01869B"/>
            <w:vAlign w:val="center"/>
          </w:tcPr>
          <w:p w14:paraId="5D6493AF" w14:textId="77777777" w:rsidR="00E47694" w:rsidRDefault="00AC4DEF">
            <w:pPr>
              <w:jc w:val="center"/>
            </w:pPr>
            <w:r>
              <w:rPr>
                <w:rFonts w:ascii="Aptos Display" w:eastAsia="Aptos Display" w:hAnsi="Aptos Display" w:cs="Aptos Display"/>
                <w:b/>
                <w:color w:val="FFFFFF"/>
                <w:sz w:val="26"/>
              </w:rPr>
              <w:t>3</w:t>
            </w:r>
          </w:p>
        </w:tc>
        <w:tc>
          <w:tcPr>
            <w:tcW w:w="9014" w:type="dxa"/>
            <w:tcMar>
              <w:top w:w="40" w:type="dxa"/>
              <w:left w:w="220" w:type="dxa"/>
              <w:bottom w:w="40" w:type="dxa"/>
              <w:right w:w="0" w:type="dxa"/>
            </w:tcMar>
            <w:vAlign w:val="center"/>
          </w:tcPr>
          <w:p w14:paraId="7682941C" w14:textId="77777777" w:rsidR="00E47694" w:rsidRDefault="00AC4DEF">
            <w:pPr>
              <w:spacing w:after="40"/>
            </w:pPr>
            <w:r>
              <w:rPr>
                <w:b/>
                <w:color w:val="340873"/>
                <w:sz w:val="22"/>
              </w:rPr>
              <w:t>Démarche pour la demande d'allocations de chômage</w:t>
            </w:r>
          </w:p>
          <w:p w14:paraId="0A78F9D3" w14:textId="77777777" w:rsidR="00E47694" w:rsidRDefault="00AC4DEF">
            <w:pPr>
              <w:spacing w:after="40"/>
            </w:pPr>
            <w:r>
              <w:rPr>
                <w:sz w:val="19"/>
              </w:rPr>
              <w:t>La personne concernée doit introduire, dans les plus brefs délais, une demande d'allocations de chômage auprès d'un organisme de paiement (syndicat ou CAPAC).</w:t>
            </w:r>
          </w:p>
        </w:tc>
      </w:tr>
    </w:tbl>
    <w:p w14:paraId="5EFCC517" w14:textId="77777777" w:rsidR="00E47694" w:rsidRDefault="00E47694">
      <w:pPr>
        <w:spacing w:after="120"/>
      </w:pPr>
    </w:p>
    <w:tbl>
      <w:tblPr>
        <w:tblW w:w="0" w:type="auto"/>
        <w:tblLayout w:type="fixed"/>
        <w:tblLook w:val="04A0" w:firstRow="1" w:lastRow="0" w:firstColumn="1" w:lastColumn="0" w:noHBand="0" w:noVBand="1"/>
      </w:tblPr>
      <w:tblGrid>
        <w:gridCol w:w="624"/>
        <w:gridCol w:w="9014"/>
      </w:tblGrid>
      <w:tr w:rsidR="00E47694" w14:paraId="5FD1E1A1" w14:textId="77777777">
        <w:tc>
          <w:tcPr>
            <w:tcW w:w="624" w:type="dxa"/>
            <w:shd w:val="clear" w:color="auto" w:fill="01869B"/>
            <w:vAlign w:val="center"/>
          </w:tcPr>
          <w:p w14:paraId="2221DEB2" w14:textId="77777777" w:rsidR="00E47694" w:rsidRDefault="00AC4DEF">
            <w:pPr>
              <w:jc w:val="center"/>
            </w:pPr>
            <w:r>
              <w:rPr>
                <w:rFonts w:ascii="Aptos Display" w:eastAsia="Aptos Display" w:hAnsi="Aptos Display" w:cs="Aptos Display"/>
                <w:b/>
                <w:color w:val="FFFFFF"/>
                <w:sz w:val="26"/>
              </w:rPr>
              <w:t>4</w:t>
            </w:r>
          </w:p>
        </w:tc>
        <w:tc>
          <w:tcPr>
            <w:tcW w:w="9014" w:type="dxa"/>
            <w:tcMar>
              <w:top w:w="40" w:type="dxa"/>
              <w:left w:w="220" w:type="dxa"/>
              <w:bottom w:w="40" w:type="dxa"/>
              <w:right w:w="0" w:type="dxa"/>
            </w:tcMar>
            <w:vAlign w:val="center"/>
          </w:tcPr>
          <w:p w14:paraId="08691641" w14:textId="77777777" w:rsidR="00E47694" w:rsidRDefault="00AC4DEF">
            <w:pPr>
              <w:spacing w:after="40"/>
            </w:pPr>
            <w:r>
              <w:rPr>
                <w:b/>
                <w:color w:val="340873"/>
                <w:sz w:val="22"/>
              </w:rPr>
              <w:t>Calcul et paiement du complément du FSE</w:t>
            </w:r>
          </w:p>
          <w:p w14:paraId="428768F2" w14:textId="77777777" w:rsidR="00E47694" w:rsidRDefault="00AC4DEF">
            <w:pPr>
              <w:spacing w:after="40"/>
            </w:pPr>
            <w:r>
              <w:rPr>
                <w:sz w:val="19"/>
              </w:rPr>
              <w:t>Après avoir calculé le montant définitif du complément du FSE sur base des données reçues, le Fonds procède au premier paiement en fin de mois.</w:t>
            </w:r>
          </w:p>
        </w:tc>
      </w:tr>
    </w:tbl>
    <w:p w14:paraId="11C9D5E7" w14:textId="77777777" w:rsidR="00E47694" w:rsidRDefault="00E47694">
      <w:pPr>
        <w:spacing w:after="120"/>
      </w:pPr>
    </w:p>
    <w:p w14:paraId="071FAE6D" w14:textId="77777777" w:rsidR="00E47694" w:rsidRDefault="00AC4DEF">
      <w:pPr>
        <w:spacing w:before="160" w:after="80"/>
      </w:pPr>
      <w:r>
        <w:rPr>
          <w:b/>
          <w:color w:val="340873"/>
          <w:sz w:val="23"/>
        </w:rPr>
        <w:t xml:space="preserve">Documents à fournir au Fonds</w:t>
      </w:r>
    </w:p>
    <w:p w14:paraId="65734537" w14:textId="77777777" w:rsidR="00E47694" w:rsidRDefault="00AC4DEF">
      <w:pPr>
        <w:spacing w:after="40"/>
        <w:ind w:left="283"/>
      </w:pPr>
      <w:r>
        <w:rPr>
          <w:b/>
          <w:sz w:val="20"/>
          <w:color w:val="340873"/>
        </w:rPr>
        <w:t xml:space="preserve">Avec la demande</w:t>
      </w:r>
    </w:p>
    <w:p w14:paraId="65734537" w14:textId="77777777" w:rsidR="00E47694" w:rsidRDefault="00AC4DEF">
      <w:pPr>
        <w:spacing w:after="40"/>
        <w:ind w:left="283"/>
      </w:pPr>
      <w:r>
        <w:rPr>
          <w:sz w:val="20"/>
        </w:rPr>
        <w:t xml:space="preserve">—  Formulaire de demande complété, daté et signé</w:t>
      </w:r>
    </w:p>
    <w:p w14:paraId="65734537" w14:textId="77777777" w:rsidR="00E47694" w:rsidRDefault="00AC4DEF">
      <w:pPr>
        <w:spacing w:after="40"/>
        <w:ind w:left="283"/>
      </w:pPr>
      <w:r>
        <w:rPr>
          <w:sz w:val="20"/>
        </w:rPr>
        <w:t xml:space="preserve">—  Formulaire C17 passé professionnel-réponse (accord ONEM)</w:t>
      </w:r>
    </w:p>
    <w:p w14:paraId="65734537" w14:textId="77777777" w:rsidR="00E47694" w:rsidRDefault="00AC4DEF">
      <w:pPr>
        <w:spacing w:after="40"/>
        <w:ind w:left="283"/>
      </w:pPr>
      <w:r>
        <w:rPr>
          <w:sz w:val="20"/>
        </w:rPr>
        <w:t xml:space="preserve">—  Dernière fiche de salaire</w:t>
      </w:r>
    </w:p>
    <w:p w14:paraId="65734537" w14:textId="77777777" w:rsidR="00E47694" w:rsidRDefault="00AC4DEF">
      <w:pPr>
        <w:spacing w:after="40"/>
        <w:ind w:left="283"/>
      </w:pPr>
      <w:r>
        <w:rPr>
          <w:b/>
          <w:sz w:val="20"/>
          <w:color w:val="340873"/>
        </w:rPr>
        <w:t xml:space="preserve">Après l'accord du Fonds</w:t>
      </w:r>
    </w:p>
    <w:p w14:paraId="65734537" w14:textId="77777777" w:rsidR="00E47694" w:rsidRDefault="00AC4DEF">
      <w:pPr>
        <w:spacing w:after="40"/>
        <w:ind w:left="283"/>
      </w:pPr>
      <w:r>
        <w:rPr>
          <w:sz w:val="20"/>
        </w:rPr>
        <w:t xml:space="preserve">—  Copie de la notification du préavis</w:t>
      </w:r>
    </w:p>
    <w:p w14:paraId="65734537" w14:textId="77777777" w:rsidR="00E47694" w:rsidRDefault="00AC4DEF">
      <w:pPr>
        <w:spacing w:after="40"/>
        <w:ind w:left="283"/>
      </w:pPr>
      <w:r>
        <w:rPr>
          <w:b/>
          <w:sz w:val="20"/>
          <w:color w:val="340873"/>
        </w:rPr>
        <w:t xml:space="preserve">À la fin du préavis</w:t>
      </w:r>
    </w:p>
    <w:p w14:paraId="65734537" w14:textId="77777777" w:rsidR="00E47694" w:rsidRDefault="00AC4DEF">
      <w:pPr>
        <w:spacing w:after="40"/>
        <w:ind w:left="283"/>
      </w:pPr>
      <w:r>
        <w:rPr>
          <w:sz w:val="20"/>
        </w:rPr>
        <w:t xml:space="preserve">—  Formulaire C4-RCC (avec la partie ICL complétée pour le personnel ouvrier)</w:t>
      </w:r>
    </w:p>
    <w:p w14:paraId="65734537" w14:textId="77777777" w:rsidR="00E47694" w:rsidRDefault="00AC4DEF">
      <w:pPr>
        <w:spacing w:after="40"/>
        <w:ind w:left="283"/>
      </w:pPr>
      <w:r>
        <w:rPr>
          <w:sz w:val="20"/>
        </w:rPr>
        <w:t xml:space="preserve">—  Dernière fiche de salaire</w:t>
      </w:r>
    </w:p>
    <w:p w14:paraId="65734537" w14:textId="77777777" w:rsidR="00E47694" w:rsidRDefault="00AC4DEF">
      <w:pPr>
        <w:spacing w:after="40"/>
        <w:ind w:left="283"/>
      </w:pPr>
      <w:r>
        <w:rPr>
          <w:sz w:val="20"/>
        </w:rPr>
        <w:t xml:space="preserve">—  Copie de la carte d'identité</w:t>
      </w:r>
    </w:p>
    <w:p w14:paraId="49CEFF99" w14:textId="77777777" w:rsidR="00E47694" w:rsidRDefault="00E47694">
      <w:pPr>
        <w:spacing w:after="160"/>
      </w:pPr>
    </w:p>
    <w:tbl>
      <w:tblPr>
        <w:tblW w:w="0" w:type="auto"/>
        <w:jc w:val="center"/>
        <w:tblLook w:val="04A0" w:firstRow="1" w:lastRow="0" w:firstColumn="1" w:lastColumn="0" w:noHBand="0" w:noVBand="1"/>
      </w:tblPr>
      <w:tblGrid>
        <w:gridCol w:w="9628"/>
      </w:tblGrid>
      <w:tr w:rsidR="00E47694" w14:paraId="0CD82DC5" w14:textId="77777777">
        <w:trPr>
          <w:jc w:val="center"/>
        </w:trPr>
        <w:tc>
          <w:tcPr>
            <w:tcW w:w="9638" w:type="dxa"/>
            <w:tcBorders>
              <w:top w:val="single" w:sz="4" w:space="0" w:color="FFFFFF"/>
              <w:left w:val="single" w:sz="4" w:space="0" w:color="FFFFFF"/>
              <w:bottom w:val="single" w:sz="4" w:space="0" w:color="FFFFFF"/>
              <w:right w:val="single" w:sz="4" w:space="0" w:color="FFFFFF"/>
            </w:tcBorders>
            <w:shd w:val="clear" w:color="auto" w:fill="FFF4E5"/>
            <w:tcMar>
              <w:top w:w="140" w:type="dxa"/>
              <w:left w:w="220" w:type="dxa"/>
              <w:bottom w:w="140" w:type="dxa"/>
              <w:right w:w="220" w:type="dxa"/>
            </w:tcMar>
          </w:tcPr>
          <w:p w14:paraId="25306E78" w14:textId="77777777" w:rsidR="00E47694" w:rsidRDefault="00AC4DEF">
            <w:pPr>
              <w:spacing w:after="40"/>
            </w:pPr>
            <w:r>
              <w:rPr>
                <w:b/>
                <w:caps/>
                <w:color w:val="D97706"/>
              </w:rPr>
              <w:t>Que faire maintenant ?</w:t>
            </w:r>
          </w:p>
          <w:p w14:paraId="4E0ABBEC" w14:textId="77777777" w:rsidR="00E47694" w:rsidRDefault="00AC4DEF">
            <w:pPr>
              <w:spacing w:after="0"/>
            </w:pPr>
            <w:r>
              <w:rPr>
                <w:sz w:val="20"/>
              </w:rPr>
              <w:t xml:space="preserve">Complétez ce formulaire avec le travailleur ou la travailleuse et l'employeur et faites-le signer par les deux parties. L'employeur ou l'organisation syndicale le transmet ensuite au Fonds, accompagné du C17 passé professionnel-réponse et de la dernière fiche de salaire.</w:t>
            </w:r>
          </w:p>
        </w:tc>
      </w:tr>
    </w:tbl>
    <w:p w14:paraId="5C609AA8" w14:textId="77777777" w:rsidR="00E47694" w:rsidRDefault="00E47694">
      <w:pPr>
        <w:spacing w:after="80"/>
      </w:pPr>
    </w:p>
    <w:p w14:paraId="011A12CD" w14:textId="77777777" w:rsidR="00E47694" w:rsidRDefault="00AC4DEF">
      <w:pPr>
        <w:spacing w:before="160" w:after="80"/>
      </w:pPr>
      <w:r>
        <w:rPr>
          <w:b/>
          <w:color w:val="340873"/>
          <w:sz w:val="23"/>
        </w:rPr>
        <w:t>Remarques éventuelles</w:t>
      </w:r>
    </w:p>
    <w:p w14:paraId="604FE7EF" w14:textId="77777777" w:rsidR="00E47694" w:rsidRDefault="00AC4DEF">
      <w:r>
        <w:fldChar w:fldCharType="begin">
          <w:ffData>
            <w:name w:val="Champ55"/>
            <w:enabled/>
            <w:calcOnExit w:val="0"/>
            <w:textInput/>
          </w:ffData>
        </w:fldChar>
      </w:r>
      <w:r>
        <w:instrText xml:space="preserve"> FORMTEXT </w:instrText>
      </w:r>
      <w:r>
        <w:fldChar w:fldCharType="separate"/>
      </w:r>
      <w:r>
        <w:rPr>
          <w:sz w:val="20"/>
          <w:u w:val="single" w:color="01869B"/>
        </w:rPr>
        <w:t>                                                                                          </w:t>
      </w:r>
      <w:r>
        <w:fldChar w:fldCharType="end"/>
      </w:r>
    </w:p>
    <w:p w14:paraId="7481B522" w14:textId="77777777" w:rsidR="00E47694" w:rsidRDefault="00E47694">
      <w:pPr>
        <w:spacing w:after="160"/>
      </w:pPr>
    </w:p>
    <w:p w14:paraId="2F0EC194" w14:textId="77777777" w:rsidR="00E47694" w:rsidRDefault="00AC4DEF">
      <w:pPr>
        <w:spacing w:before="160" w:after="80"/>
      </w:pPr>
      <w:r>
        <w:rPr>
          <w:b/>
          <w:color w:val="340873"/>
          <w:sz w:val="23"/>
        </w:rPr>
        <w:t>Carrière professionnelle</w:t>
      </w:r>
    </w:p>
    <w:p w14:paraId="642517B7" w14:textId="77777777" w:rsidR="00E47694" w:rsidRDefault="00AC4DEF">
      <w:pPr>
        <w:spacing w:after="80"/>
      </w:pPr>
      <w:r>
        <w:t>Le C17 passé professionnel peut être obtenu via :</w:t>
      </w:r>
    </w:p>
    <w:p w14:paraId="7E0BB639" w14:textId="77777777" w:rsidR="00E47694" w:rsidRDefault="00AC4DEF">
      <w:pPr>
        <w:spacing w:after="40"/>
        <w:ind w:left="283"/>
      </w:pPr>
      <w:r>
        <w:rPr>
          <w:sz w:val="20"/>
        </w:rPr>
        <w:t>—  Le syndicat</w:t>
      </w:r>
    </w:p>
    <w:p w14:paraId="225A9462" w14:textId="77777777" w:rsidR="00E47694" w:rsidRDefault="00AC4DEF">
      <w:pPr>
        <w:spacing w:after="40"/>
        <w:ind w:left="283"/>
      </w:pPr>
      <w:r>
        <w:rPr>
          <w:sz w:val="20"/>
        </w:rPr>
        <w:t>—  Le site de l'ONEM (www.onem.be)</w:t>
      </w:r>
    </w:p>
    <w:sectPr w:rsidR="00E47694" w:rsidSect="00034616">
      <w:headerReference w:type="default" r:id="rId8"/>
      <w:footerReference w:type="default" r:id="rId9"/>
      <w:pgSz w:w="11906" w:h="16838"/>
      <w:pgMar w:top="907" w:right="1134" w:bottom="964" w:left="1134"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09A16" w14:textId="77777777" w:rsidR="00AC4DEF" w:rsidRDefault="00AC4DEF">
      <w:pPr>
        <w:spacing w:after="0" w:line="240" w:lineRule="auto"/>
      </w:pPr>
      <w:r>
        <w:separator/>
      </w:r>
    </w:p>
  </w:endnote>
  <w:endnote w:type="continuationSeparator" w:id="0">
    <w:p w14:paraId="34674BF4" w14:textId="77777777" w:rsidR="00AC4DEF" w:rsidRDefault="00AC4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2DE1" w14:textId="77777777" w:rsidR="00E47694" w:rsidRDefault="00E47694">
    <w:pPr>
      <w:pStyle w:val="Pieddepage"/>
    </w:pPr>
  </w:p>
  <w:tbl>
    <w:tblPr>
      <w:tblW w:w="0" w:type="auto"/>
      <w:tblLayout w:type="fixed"/>
      <w:tblLook w:val="04A0" w:firstRow="1" w:lastRow="0" w:firstColumn="1" w:lastColumn="0" w:noHBand="0" w:noVBand="1"/>
    </w:tblPr>
    <w:tblGrid>
      <w:gridCol w:w="7937"/>
      <w:gridCol w:w="1701"/>
    </w:tblGrid>
    <w:tr w:rsidR="00E47694" w14:paraId="196C6853" w14:textId="77777777">
      <w:tc>
        <w:tcPr>
          <w:tcW w:w="7937" w:type="dxa"/>
          <w:vAlign w:val="center"/>
        </w:tcPr>
        <w:p w14:paraId="07B8CD82" w14:textId="77777777" w:rsidR="00E47694" w:rsidRDefault="00AC4DEF">
          <w:pPr>
            <w:spacing w:after="0"/>
          </w:pPr>
          <w:r>
            <w:rPr>
              <w:color w:val="6B6B70"/>
              <w:sz w:val="16"/>
            </w:rPr>
            <w:t xml:space="preserve">FSE </w:t>
          </w:r>
          <w:proofErr w:type="gramStart"/>
          <w:r>
            <w:rPr>
              <w:color w:val="6B6B70"/>
              <w:sz w:val="16"/>
            </w:rPr>
            <w:t>ETAW  ·</w:t>
          </w:r>
          <w:proofErr w:type="gramEnd"/>
          <w:r>
            <w:rPr>
              <w:color w:val="6B6B70"/>
              <w:sz w:val="16"/>
            </w:rPr>
            <w:t xml:space="preserve">  Tél. +32 2 250 37 </w:t>
          </w:r>
          <w:proofErr w:type="gramStart"/>
          <w:r>
            <w:rPr>
              <w:color w:val="6B6B70"/>
              <w:sz w:val="16"/>
            </w:rPr>
            <w:t>87  ·</w:t>
          </w:r>
          <w:proofErr w:type="gramEnd"/>
          <w:r>
            <w:rPr>
              <w:color w:val="6B6B70"/>
              <w:sz w:val="16"/>
            </w:rPr>
            <w:t xml:space="preserve">  fondsdeseta@apefasbl.org</w:t>
          </w:r>
        </w:p>
        <w:p w14:paraId="57B0B39D" w14:textId="77777777" w:rsidR="00E47694" w:rsidRDefault="00AC4DEF">
          <w:r>
            <w:rPr>
              <w:color w:val="6B6B70"/>
              <w:sz w:val="16"/>
            </w:rPr>
            <w:t xml:space="preserve">Square Sainctelette 13-15, 1000 </w:t>
          </w:r>
          <w:proofErr w:type="gramStart"/>
          <w:r>
            <w:rPr>
              <w:color w:val="6B6B70"/>
              <w:sz w:val="16"/>
            </w:rPr>
            <w:t>Bruxelles  ·</w:t>
          </w:r>
          <w:proofErr w:type="gramEnd"/>
          <w:r>
            <w:rPr>
              <w:color w:val="6B6B70"/>
              <w:sz w:val="16"/>
            </w:rPr>
            <w:t xml:space="preserve">  www.apefasbl.org</w:t>
          </w:r>
        </w:p>
        <w:p w14:paraId="30E78180" w14:textId="77777777" w:rsidR="00E47694" w:rsidRDefault="00AC4DEF">
          <w:r>
            <w:rPr>
              <w:i/>
              <w:color w:val="01869B"/>
              <w:sz w:val="16"/>
            </w:rPr>
            <w:t>Merci de toujours indiquer le n° de votre dossier dans toutes vos communications avec le Fonds</w:t>
          </w:r>
        </w:p>
      </w:tc>
      <w:tc>
        <w:tcPr>
          <w:tcW w:w="1701" w:type="dxa"/>
          <w:vAlign w:val="center"/>
        </w:tcPr>
        <w:p w14:paraId="3C5FE1D1" w14:textId="77777777" w:rsidR="00E47694" w:rsidRDefault="00AC4DEF">
          <w:pPr>
            <w:jc w:val="right"/>
          </w:pPr>
          <w:r>
            <w:rPr>
              <w:rFonts w:ascii="Aptos Display" w:eastAsia="Aptos Display" w:hAnsi="Aptos Display" w:cs="Aptos Display"/>
              <w:b/>
              <w:color w:val="340873"/>
              <w:sz w:val="18"/>
            </w:rPr>
            <w:t>APEF</w:t>
          </w:r>
        </w:p>
        <w:p w14:paraId="4566F25B" w14:textId="77777777" w:rsidR="00E47694" w:rsidRDefault="00AC4DEF">
          <w:pPr>
            <w:jc w:val="right"/>
          </w:pPr>
          <w:r>
            <w:fldChar w:fldCharType="begin"/>
          </w:r>
          <w:r>
            <w:instrText>PAGE</w:instrText>
          </w:r>
          <w:r>
            <w:fldChar w:fldCharType="separate"/>
          </w:r>
          <w: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8295B" w14:textId="77777777" w:rsidR="00AC4DEF" w:rsidRDefault="00AC4DEF">
      <w:pPr>
        <w:spacing w:after="0" w:line="240" w:lineRule="auto"/>
      </w:pPr>
      <w:r>
        <w:separator/>
      </w:r>
    </w:p>
  </w:footnote>
  <w:footnote w:type="continuationSeparator" w:id="0">
    <w:p w14:paraId="0A3E1B9C" w14:textId="77777777" w:rsidR="00AC4DEF" w:rsidRDefault="00AC4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1D91" w14:textId="77777777" w:rsidR="00E47694" w:rsidRDefault="00E47694">
    <w:pPr>
      <w:pStyle w:val="En-tte"/>
    </w:pPr>
  </w:p>
  <w:tbl>
    <w:tblPr>
      <w:tblW w:w="0" w:type="auto"/>
      <w:tblLayout w:type="fixed"/>
      <w:tblLook w:val="04A0" w:firstRow="1" w:lastRow="0" w:firstColumn="1" w:lastColumn="0" w:noHBand="0" w:noVBand="1"/>
    </w:tblPr>
    <w:tblGrid>
      <w:gridCol w:w="6520"/>
      <w:gridCol w:w="3118"/>
    </w:tblGrid>
    <w:tr w:rsidR="00E47694" w14:paraId="2F858D19" w14:textId="77777777">
      <w:tc>
        <w:tcPr>
          <w:tcW w:w="6520" w:type="dxa"/>
          <w:vAlign w:val="center"/>
        </w:tcPr>
        <w:p w14:paraId="59060B02" w14:textId="77777777" w:rsidR="00E47694" w:rsidRDefault="00AC4DEF">
          <w:pPr>
            <w:spacing w:after="0"/>
          </w:pPr>
          <w:r>
            <w:rPr>
              <w:noProof/>
            </w:rPr>
            <w:drawing>
              <wp:inline distT="0" distB="0" distL="0" distR="0" wp14:anchorId="5BEAE1F2" wp14:editId="5CEAD67B">
                <wp:extent cx="1383231" cy="4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se.png"/>
                        <pic:cNvPicPr/>
                      </pic:nvPicPr>
                      <pic:blipFill>
                        <a:blip r:embed="rId1"/>
                        <a:stretch>
                          <a:fillRect/>
                        </a:stretch>
                      </pic:blipFill>
                      <pic:spPr>
                        <a:xfrm>
                          <a:off x="0" y="0"/>
                          <a:ext cx="1383231" cy="486000"/>
                        </a:xfrm>
                        <a:prstGeom prst="rect">
                          <a:avLst/>
                        </a:prstGeom>
                      </pic:spPr>
                    </pic:pic>
                  </a:graphicData>
                </a:graphic>
              </wp:inline>
            </w:drawing>
          </w:r>
        </w:p>
      </w:tc>
      <w:tc>
        <w:tcPr>
          <w:tcW w:w="3118" w:type="dxa"/>
          <w:vAlign w:val="center"/>
        </w:tcPr>
        <w:p w14:paraId="57E12291" w14:textId="77777777" w:rsidR="00E47694" w:rsidRDefault="00AC4DEF">
          <w:pPr>
            <w:spacing w:after="0"/>
            <w:jc w:val="right"/>
          </w:pPr>
          <w:r>
            <w:rPr>
              <w:b/>
              <w:caps/>
              <w:color w:val="340873"/>
            </w:rPr>
            <w:t>FORMULAIRE</w:t>
          </w:r>
        </w:p>
        <w:p w14:paraId="72F80285" w14:textId="77777777" w:rsidR="00E47694" w:rsidRDefault="00AC4DEF">
          <w:pPr>
            <w:jc w:val="right"/>
          </w:pPr>
          <w:r>
            <w:rPr>
              <w:b/>
              <w:color w:val="01869B"/>
              <w:sz w:val="19"/>
            </w:rPr>
            <w:t>RCC DU FSE — 2026</w:t>
          </w:r>
        </w:p>
      </w:tc>
    </w:tr>
  </w:tbl>
  <w:p w14:paraId="3182B766" w14:textId="77777777" w:rsidR="00E47694" w:rsidRDefault="00E47694">
    <w:pPr>
      <w:pBdr>
        <w:bottom w:val="single" w:sz="6" w:space="1" w:color="01869B"/>
      </w:pBdr>
      <w:spacing w:before="8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39099229">
    <w:abstractNumId w:val="8"/>
  </w:num>
  <w:num w:numId="2" w16cid:durableId="1907182611">
    <w:abstractNumId w:val="6"/>
  </w:num>
  <w:num w:numId="3" w16cid:durableId="533690746">
    <w:abstractNumId w:val="5"/>
  </w:num>
  <w:num w:numId="4" w16cid:durableId="103162062">
    <w:abstractNumId w:val="4"/>
  </w:num>
  <w:num w:numId="5" w16cid:durableId="1786464240">
    <w:abstractNumId w:val="7"/>
  </w:num>
  <w:num w:numId="6" w16cid:durableId="573660548">
    <w:abstractNumId w:val="3"/>
  </w:num>
  <w:num w:numId="7" w16cid:durableId="252520891">
    <w:abstractNumId w:val="2"/>
  </w:num>
  <w:num w:numId="8" w16cid:durableId="784544514">
    <w:abstractNumId w:val="1"/>
  </w:num>
  <w:num w:numId="9" w16cid:durableId="93378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227A5"/>
    <w:rsid w:val="00AA1D8D"/>
    <w:rsid w:val="00AC4DEF"/>
    <w:rsid w:val="00B47730"/>
    <w:rsid w:val="00CB0664"/>
    <w:rsid w:val="00CF3B9A"/>
    <w:rsid w:val="00E476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0C37A5"/>
  <w14:defaultImageDpi w14:val="300"/>
  <w15:docId w15:val="{1DC46303-C4DE-44E8-974D-34FD0D2B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s="Aptos"/>
      <w:color w:val="2F2F33"/>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1046</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Christine Baudechon</cp:lastModifiedBy>
  <cp:revision>2</cp:revision>
  <dcterms:created xsi:type="dcterms:W3CDTF">2026-09-22T14:41:00Z</dcterms:created>
  <dcterms:modified xsi:type="dcterms:W3CDTF">2026-09-22T14:41:00Z</dcterms:modified>
  <cp:category/>
</cp:coreProperties>
</file>