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60"/>
      </w:pPr>
      <w:r>
        <w:rPr>
          <w:b/>
          <w:bCs/>
          <w:i w:val="0"/>
          <w:color w:val="01869B"/>
          <w:sz w:val="18"/>
          <w:szCs w:val="18"/>
        </w:rPr>
        <w:t xml:space="preserve">FORMULAIRE  ·  FORMATION  ·  2026</w:t>
      </w:r>
    </w:p>
    <w:p>
      <w:pPr>
        <w:spacing w:before="0" w:after="40" w:line="240" w:lineRule="auto"/>
      </w:pPr>
      <w:r>
        <w:rPr>
          <w:rFonts w:ascii="Aptos Display" w:hAnsi="Aptos Display" w:cs="Aptos Display"/>
          <w:b/>
          <w:bCs/>
          <w:i w:val="0"/>
          <w:color w:val="340873"/>
          <w:sz w:val="52"/>
          <w:szCs w:val="52"/>
        </w:rPr>
        <w:t xml:space="preserve">Demande d’intervention</w:t>
      </w:r>
    </w:p>
    <w:p>
      <w:pPr>
        <w:spacing w:before="0" w:after="280"/>
      </w:pPr>
      <w:r>
        <w:rPr>
          <w:i w:val="0"/>
          <w:color w:val="01869B"/>
          <w:sz w:val="26"/>
          <w:szCs w:val="26"/>
        </w:rPr>
        <w:t xml:space="preserve">Financement d’une formation par le FSE ETA wallon</w:t>
      </w:r>
    </w:p>
    <w:tbl>
      <w:tblPr>
        <w:tblW w:w="9638" w:type="dxa"/>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110"/>
        <w:gridCol w:w="9528"/>
      </w:tblGrid>
      <w:tr>
        <w:trPr>
          <w:cantSplit/>
        </w:trPr>
        <w:tc>
          <w:tcPr>
            <w:tcW w:w="110" w:type="dxa"/>
            <w:shd w:val="clear" w:color="auto" w:fill="01869B"/>
            <w:vAlign w:val="center"/>
          </w:tcPr>
          <w:p>
            <w:pPr>
              <w:spacing w:before="0" w:after="0"/>
            </w:pPr>
          </w:p>
        </w:tc>
        <w:tc>
          <w:tcPr>
            <w:tcW w:w="9528" w:type="dxa"/>
            <w:shd w:val="clear" w:color="auto" w:fill="E6F3F5"/>
            <w:tcMar>
              <w:top w:w="140" w:type="dxa"/>
              <w:left w:w="220" w:type="dxa"/>
              <w:bottom w:w="140" w:type="dxa"/>
              <w:right w:w="220" w:type="dxa"/>
            </w:tcMar>
            <w:vAlign w:val="center"/>
          </w:tcPr>
          <w:p>
            <w:pPr>
              <w:keepNext/>
              <w:keepLines/>
              <w:spacing w:before="0" w:after="60"/>
            </w:pPr>
            <w:r>
              <w:rPr>
                <w:b/>
                <w:bCs/>
                <w:i w:val="0"/>
                <w:color w:val="01869B"/>
                <w:sz w:val="19"/>
                <w:szCs w:val="19"/>
              </w:rPr>
              <w:t xml:space="preserve">LA PLATEFORME EXTRANET : LA VOIE RECOMMANDÉE</w:t>
            </w:r>
          </w:p>
          <w:p>
            <w:pPr>
              <w:spacing w:before="0" w:after="100"/>
            </w:pPr>
            <w:r>
              <w:rPr>
                <w:i w:val="0"/>
                <w:color w:val="2F2F33"/>
                <w:sz w:val="21"/>
                <w:szCs w:val="21"/>
              </w:rPr>
              <w:t xml:space="preserve">Pour introduire votre demande, </w:t>
            </w:r>
            <w:r>
              <w:rPr>
                <w:b/>
                <w:bCs/>
                <w:i w:val="0"/>
                <w:color w:val="340873"/>
                <w:sz w:val="21"/>
                <w:szCs w:val="21"/>
              </w:rPr>
              <w:t xml:space="preserve">privilégiez la plateforme extranet</w:t>
            </w:r>
            <w:r>
              <w:rPr>
                <w:i w:val="0"/>
                <w:color w:val="2F2F33"/>
                <w:sz w:val="21"/>
                <w:szCs w:val="21"/>
              </w:rPr>
              <w:t xml:space="preserve"> : vous y encodez directement votre demande de financement. Utilisez ce formulaire Word uniquement si vous ne pouvez pas encore passer par la plateforme.</w:t>
            </w:r>
          </w:p>
          <w:p>
            <w:pPr>
              <w:numPr>
                <w:ilvl w:val="0"/>
                <w:numId w:val="1"/>
              </w:numPr>
              <w:spacing w:before="0" w:after="40"/>
            </w:pPr>
            <w:r>
              <w:rPr>
                <w:b/>
                <w:bCs/>
                <w:i w:val="0"/>
                <w:color w:val="2F2F33"/>
                <w:sz w:val="20"/>
                <w:szCs w:val="20"/>
              </w:rPr>
              <w:t xml:space="preserve">Accès à la plateforme : </w:t>
            </w:r>
            <w:hyperlink r:id="rId9">
              <w:r>
                <w:rPr>
                  <w:rStyle w:val="Hyperlink"/>
                  <w:b/>
                  <w:color w:val="01869B"/>
                  <w:sz w:val="20"/>
                  <w:szCs w:val="20"/>
                  <w:u w:val="single"/>
                </w:rPr>
                <w:t xml:space="preserve">http://training.afosoc-vesofo.org/login</w:t>
              </w:r>
            </w:hyperlink>
          </w:p>
          <w:p>
            <w:pPr>
              <w:numPr>
                <w:ilvl w:val="0"/>
                <w:numId w:val="1"/>
              </w:numPr>
              <w:spacing w:before="0" w:after="40"/>
            </w:pPr>
            <w:r>
              <w:rPr>
                <w:b/>
                <w:bCs/>
                <w:i w:val="0"/>
                <w:color w:val="2F2F33"/>
                <w:sz w:val="20"/>
                <w:szCs w:val="20"/>
              </w:rPr>
              <w:t xml:space="preserve">Pas encore d’accès ? </w:t>
            </w:r>
            <w:r>
              <w:rPr>
                <w:i w:val="0"/>
                <w:color w:val="2F2F33"/>
                <w:sz w:val="20"/>
                <w:szCs w:val="20"/>
              </w:rPr>
              <w:t xml:space="preserve">Demandez à nos services de vous créer un ou plusieurs accès, via le formulaire prévu à cet effet ou par e-mail à </w:t>
            </w:r>
            <w:hyperlink r:id="rId10">
              <w:r>
                <w:rPr>
                  <w:rStyle w:val="Hyperlink"/>
                  <w:color w:val="01869B"/>
                  <w:sz w:val="20"/>
                  <w:szCs w:val="20"/>
                  <w:u w:val="single"/>
                </w:rPr>
                <w:t xml:space="preserve">fondsdeseta@apefasbl.org</w:t>
              </w:r>
            </w:hyperlink>
            <w:r>
              <w:rPr>
                <w:i w:val="0"/>
                <w:color w:val="2F2F33"/>
                <w:sz w:val="20"/>
                <w:szCs w:val="20"/>
              </w:rPr>
              <w:t xml:space="preserve">.</w:t>
            </w:r>
          </w:p>
          <w:p>
            <w:pPr>
              <w:numPr>
                <w:ilvl w:val="0"/>
                <w:numId w:val="1"/>
              </w:numPr>
              <w:spacing w:before="0" w:after="0"/>
            </w:pPr>
            <w:r>
              <w:rPr>
                <w:b/>
                <w:bCs/>
                <w:i w:val="0"/>
                <w:color w:val="2F2F33"/>
                <w:sz w:val="20"/>
                <w:szCs w:val="20"/>
              </w:rPr>
              <w:t xml:space="preserve">Règlement de l’action Formation : </w:t>
            </w:r>
            <w:r>
              <w:rPr>
                <w:i w:val="0"/>
                <w:color w:val="2F2F33"/>
                <w:sz w:val="20"/>
                <w:szCs w:val="20"/>
              </w:rPr>
              <w:t xml:space="preserve">à consulter sur </w:t>
            </w:r>
            <w:hyperlink r:id="rId11">
              <w:r>
                <w:rPr>
                  <w:rStyle w:val="Hyperlink"/>
                  <w:color w:val="01869B"/>
                  <w:sz w:val="20"/>
                  <w:szCs w:val="20"/>
                  <w:u w:val="single"/>
                </w:rPr>
                <w:t xml:space="preserve">https://apefasbl.org/fonds/fonds-de-formation/fonds-eta-region-wallonne/</w:t>
              </w:r>
            </w:hyperlink>
          </w:p>
        </w:tc>
      </w:tr>
    </w:tbl>
    <w:p>
      <w:pPr>
        <w:spacing w:before="0" w:after="160" w:line="120" w:lineRule="auto"/>
      </w:pPr>
    </w:p>
    <w:tbl>
      <w:tblPr>
        <w:tblW w:w="9638" w:type="dxa"/>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110"/>
        <w:gridCol w:w="9528"/>
      </w:tblGrid>
      <w:tr>
        <w:trPr>
          <w:cantSplit/>
        </w:trPr>
        <w:tc>
          <w:tcPr>
            <w:tcW w:w="110" w:type="dxa"/>
            <w:shd w:val="clear" w:color="auto" w:fill="340873"/>
            <w:vAlign w:val="center"/>
          </w:tcPr>
          <w:p>
            <w:pPr>
              <w:spacing w:before="0" w:after="0"/>
            </w:pPr>
          </w:p>
        </w:tc>
        <w:tc>
          <w:tcPr>
            <w:tcW w:w="9528" w:type="dxa"/>
            <w:shd w:val="clear" w:color="auto" w:fill="EEE8F4"/>
            <w:tcMar>
              <w:top w:w="140" w:type="dxa"/>
              <w:left w:w="220" w:type="dxa"/>
              <w:bottom w:w="140" w:type="dxa"/>
              <w:right w:w="220" w:type="dxa"/>
            </w:tcMar>
            <w:vAlign w:val="center"/>
          </w:tcPr>
          <w:p>
            <w:pPr>
              <w:keepNext/>
              <w:keepLines/>
              <w:spacing w:before="0" w:after="60"/>
            </w:pPr>
            <w:r>
              <w:rPr>
                <w:b/>
                <w:bCs/>
                <w:i w:val="0"/>
                <w:color w:val="340873"/>
                <w:sz w:val="19"/>
                <w:szCs w:val="19"/>
              </w:rPr>
              <w:t xml:space="preserve">COMMENT COMPLÉTER CE FORMULAIRE ?</w:t>
            </w:r>
          </w:p>
          <w:p>
            <w:pPr>
              <w:spacing w:before="0" w:after="0"/>
            </w:pPr>
            <w:r>
              <w:rPr>
                <w:i w:val="0"/>
                <w:color w:val="2F2F33"/>
                <w:sz w:val="20"/>
                <w:szCs w:val="20"/>
              </w:rPr>
              <w:t xml:space="preserve">Cliquez sur les zones grises pour saisir vos réponses et sur les cases ☐ pour les cocher. Les textes fixes sont protégés : le formulaire se complète sans rien déplacer.</w:t>
            </w:r>
          </w:p>
        </w:tc>
      </w:tr>
    </w:tbl>
    <w:p>
      <w:pPr>
        <w:pStyle w:val="Heading1"/>
        <w:keepNext/>
        <w:keepLines/>
        <w:pBdr>
          <w:bottom w:val="single" w:sz="6" w:space="4" w:color="01869B"/>
        </w:pBdr>
        <w:spacing w:before="360" w:after="160"/>
      </w:pPr>
      <w:r>
        <w:rPr>
          <w:rFonts w:ascii="Aptos Display" w:hAnsi="Aptos Display" w:cs="Aptos Display"/>
          <w:b/>
          <w:bCs/>
          <w:i w:val="0"/>
          <w:color w:val="01869B"/>
          <w:sz w:val="32"/>
          <w:szCs w:val="32"/>
        </w:rPr>
        <w:t xml:space="preserve">1.  </w:t>
      </w:r>
      <w:r>
        <w:rPr>
          <w:rFonts w:ascii="Aptos Display" w:hAnsi="Aptos Display" w:cs="Aptos Display"/>
          <w:b/>
          <w:bCs/>
          <w:i w:val="0"/>
          <w:color w:val="340873"/>
          <w:sz w:val="32"/>
          <w:szCs w:val="32"/>
        </w:rPr>
        <w:t xml:space="preserve">VOTRE ETA</w:t>
      </w:r>
    </w:p>
    <w:p>
      <w:pPr>
        <w:pStyle w:val="Heading2"/>
        <w:keepNext/>
        <w:keepLines/>
        <w:spacing w:before="0" w:after="100"/>
      </w:pPr>
      <w:r>
        <w:rPr>
          <w:b/>
          <w:bCs/>
          <w:i w:val="0"/>
          <w:color w:val="01869B"/>
          <w:sz w:val="24"/>
          <w:szCs w:val="24"/>
        </w:rPr>
        <w:t xml:space="preserve">1.1  Fiche signalétique</w:t>
      </w:r>
    </w:p>
    <w:tbl>
      <w:tblPr>
        <w:tblW w:w="9638" w:type="dxa"/>
        <w:tblBorders>
          <w:top w:val="single" w:sz="4" w:color="B3DAE0"/>
          <w:left w:val="single" w:sz="4" w:color="B3DAE0"/>
          <w:bottom w:val="single" w:sz="4" w:color="B3DAE0"/>
          <w:right w:val="single" w:sz="4" w:color="B3DAE0"/>
          <w:insideH w:val="single" w:sz="4" w:color="B3DAE0"/>
          <w:insideV w:val="single" w:sz="4" w:color="B3DAE0"/>
        </w:tblBorders>
        <w:tblLayout w:type="fixed"/>
        <w:tblCellMar>
          <w:top w:w="70" w:type="dxa"/>
          <w:left w:w="110" w:type="dxa"/>
          <w:bottom w:w="70" w:type="dxa"/>
          <w:right w:w="110" w:type="dxa"/>
        </w:tblCellMar>
        <w:tblLook w:val="0000" w:firstRow="0" w:lastRow="0" w:firstColumn="0" w:lastColumn="0" w:noHBand="1" w:noVBand="1"/>
      </w:tblPr>
      <w:tblGrid>
        <w:gridCol w:w="3100"/>
        <w:gridCol w:w="2769"/>
        <w:gridCol w:w="1500"/>
        <w:gridCol w:w="2269"/>
      </w:tblGrid>
      <w:tr>
        <w:trPr>
          <w:cantSplit/>
          <w:trHeight w:val="440" w:hRule="atLeast"/>
        </w:trPr>
        <w:tc>
          <w:tcPr>
            <w:tcW w:w="3100" w:type="dxa"/>
            <w:shd w:val="clear" w:color="auto" w:fill="E6F3F5"/>
            <w:vAlign w:val="center"/>
          </w:tcPr>
          <w:p>
            <w:pPr>
              <w:spacing w:before="0" w:after="0"/>
            </w:pPr>
            <w:r>
              <w:rPr>
                <w:b/>
                <w:bCs/>
                <w:i w:val="0"/>
                <w:color w:val="2F2F33"/>
                <w:sz w:val="20"/>
                <w:szCs w:val="20"/>
              </w:rPr>
              <w:t xml:space="preserve">Nom de l’association</w:t>
            </w:r>
          </w:p>
        </w:tc>
        <w:tc>
          <w:tcPr>
            <w:tcW w:w="6538" w:type="dxa"/>
            <w:gridSpan w:val="3"/>
            <w:vAlign w:val="center"/>
          </w:tcPr>
          <w:p>
            <w:pPr>
              <w:spacing w:before="0" w:after="0"/>
            </w:pPr>
            <w:sdt>
              <w:sdtPr>
                <w:rPr>
                  <w:color w:val="2F2F33"/>
                  <w:sz w:val="21"/>
                  <w:szCs w:val="21"/>
                </w:rPr>
                <w:alias w:val="ETA - Nom de l association"/>
                <w:tag w:val="ETA - Nom de l association"/>
                <w:id w:val="501234"/>
                <w:lock w:val="sdtLocked"/>
                <w:showingPlcHdr/>
                <w:text/>
              </w:sdtPr>
              <w:sdtContent>
                <w:r>
                  <w:rPr>
                    <w:i w:val="0"/>
                    <w:color w:val="7A7A80"/>
                    <w:sz w:val="21"/>
                    <w:szCs w:val="21"/>
                  </w:rPr>
                  <w:t xml:space="preserve">Cliquez ici pour saisir</w:t>
                </w:r>
              </w:sdtContent>
            </w:sdt>
          </w:p>
        </w:tc>
      </w:tr>
      <w:tr>
        <w:trPr>
          <w:cantSplit/>
          <w:trHeight w:val="440" w:hRule="atLeast"/>
        </w:trPr>
        <w:tc>
          <w:tcPr>
            <w:tcW w:w="3100" w:type="dxa"/>
            <w:shd w:val="clear" w:color="auto" w:fill="E6F3F5"/>
            <w:vAlign w:val="center"/>
          </w:tcPr>
          <w:p>
            <w:pPr>
              <w:spacing w:before="0" w:after="0"/>
            </w:pPr>
            <w:r>
              <w:rPr>
                <w:b/>
                <w:bCs/>
                <w:i w:val="0"/>
                <w:color w:val="2F2F33"/>
                <w:sz w:val="20"/>
                <w:szCs w:val="20"/>
              </w:rPr>
              <w:t xml:space="preserve">Numéro de l’ETA</w:t>
            </w:r>
          </w:p>
        </w:tc>
        <w:tc>
          <w:tcPr>
            <w:tcW w:w="6538" w:type="dxa"/>
            <w:gridSpan w:val="3"/>
            <w:vAlign w:val="center"/>
          </w:tcPr>
          <w:p>
            <w:pPr>
              <w:spacing w:before="0" w:after="0"/>
            </w:pPr>
            <w:sdt>
              <w:sdtPr>
                <w:rPr>
                  <w:color w:val="2F2F33"/>
                  <w:sz w:val="21"/>
                  <w:szCs w:val="21"/>
                </w:rPr>
                <w:alias w:val="ETA - Numero"/>
                <w:tag w:val="ETA - Numero"/>
                <w:id w:val="501235"/>
                <w:lock w:val="sdtLocked"/>
                <w:showingPlcHdr/>
                <w:text/>
              </w:sdtPr>
              <w:sdtContent>
                <w:r>
                  <w:rPr>
                    <w:i w:val="0"/>
                    <w:color w:val="7A7A80"/>
                    <w:sz w:val="21"/>
                    <w:szCs w:val="21"/>
                  </w:rPr>
                  <w:t xml:space="preserve">Cliquez ici pour saisir</w:t>
                </w:r>
              </w:sdtContent>
            </w:sdt>
          </w:p>
        </w:tc>
      </w:tr>
      <w:tr>
        <w:trPr>
          <w:cantSplit/>
          <w:trHeight w:val="440" w:hRule="atLeast"/>
        </w:trPr>
        <w:tc>
          <w:tcPr>
            <w:tcW w:w="3100" w:type="dxa"/>
            <w:shd w:val="clear" w:color="auto" w:fill="E6F3F5"/>
            <w:vAlign w:val="center"/>
          </w:tcPr>
          <w:p>
            <w:pPr>
              <w:spacing w:before="0" w:after="0"/>
            </w:pPr>
            <w:r>
              <w:rPr>
                <w:b/>
                <w:bCs/>
                <w:i w:val="0"/>
                <w:color w:val="2F2F33"/>
                <w:sz w:val="20"/>
                <w:szCs w:val="20"/>
              </w:rPr>
              <w:t xml:space="preserve">Adresse</w:t>
            </w:r>
          </w:p>
        </w:tc>
        <w:tc>
          <w:tcPr>
            <w:tcW w:w="6538" w:type="dxa"/>
            <w:gridSpan w:val="3"/>
            <w:vAlign w:val="center"/>
          </w:tcPr>
          <w:p>
            <w:pPr>
              <w:spacing w:before="0" w:after="0"/>
            </w:pPr>
            <w:sdt>
              <w:sdtPr>
                <w:rPr>
                  <w:color w:val="2F2F33"/>
                  <w:sz w:val="21"/>
                  <w:szCs w:val="21"/>
                </w:rPr>
                <w:alias w:val="ETA - Adresse"/>
                <w:tag w:val="ETA - Adresse"/>
                <w:id w:val="501236"/>
                <w:lock w:val="sdtLocked"/>
                <w:showingPlcHdr/>
                <w:text/>
              </w:sdtPr>
              <w:sdtContent>
                <w:r>
                  <w:rPr>
                    <w:i w:val="0"/>
                    <w:color w:val="7A7A80"/>
                    <w:sz w:val="21"/>
                    <w:szCs w:val="21"/>
                  </w:rPr>
                  <w:t xml:space="preserve">Cliquez ici pour saisir</w:t>
                </w:r>
              </w:sdtContent>
            </w:sdt>
          </w:p>
        </w:tc>
      </w:tr>
      <w:tr>
        <w:trPr>
          <w:cantSplit/>
          <w:trHeight w:val="440" w:hRule="atLeast"/>
        </w:trPr>
        <w:tc>
          <w:tcPr>
            <w:tcW w:w="3100" w:type="dxa"/>
            <w:shd w:val="clear" w:color="auto" w:fill="E6F3F5"/>
            <w:vAlign w:val="center"/>
          </w:tcPr>
          <w:p>
            <w:pPr>
              <w:spacing w:before="0" w:after="0"/>
            </w:pPr>
            <w:r>
              <w:rPr>
                <w:b/>
                <w:bCs/>
                <w:i w:val="0"/>
                <w:color w:val="2F2F33"/>
                <w:sz w:val="20"/>
                <w:szCs w:val="20"/>
              </w:rPr>
              <w:t xml:space="preserve">Code postal</w:t>
            </w:r>
          </w:p>
        </w:tc>
        <w:tc>
          <w:tcPr>
            <w:tcW w:w="2769" w:type="dxa"/>
            <w:vAlign w:val="center"/>
          </w:tcPr>
          <w:p>
            <w:pPr>
              <w:spacing w:before="0" w:after="0"/>
            </w:pPr>
            <w:sdt>
              <w:sdtPr>
                <w:rPr>
                  <w:color w:val="2F2F33"/>
                  <w:sz w:val="21"/>
                  <w:szCs w:val="21"/>
                </w:rPr>
                <w:alias w:val="ETA - Code postal"/>
                <w:tag w:val="ETA - Code postal"/>
                <w:id w:val="501237"/>
                <w:lock w:val="sdtLocked"/>
                <w:showingPlcHdr/>
                <w:text/>
              </w:sdtPr>
              <w:sdtContent>
                <w:r>
                  <w:rPr>
                    <w:i w:val="0"/>
                    <w:color w:val="7A7A80"/>
                    <w:sz w:val="21"/>
                    <w:szCs w:val="21"/>
                  </w:rPr>
                  <w:t xml:space="preserve">Saisir</w:t>
                </w:r>
              </w:sdtContent>
            </w:sdt>
          </w:p>
        </w:tc>
        <w:tc>
          <w:tcPr>
            <w:tcW w:w="1500" w:type="dxa"/>
            <w:shd w:val="clear" w:color="auto" w:fill="E6F3F5"/>
            <w:vAlign w:val="center"/>
          </w:tcPr>
          <w:p>
            <w:pPr>
              <w:spacing w:before="0" w:after="0"/>
            </w:pPr>
            <w:r>
              <w:rPr>
                <w:b/>
                <w:bCs/>
                <w:i w:val="0"/>
                <w:color w:val="2F2F33"/>
                <w:sz w:val="20"/>
                <w:szCs w:val="20"/>
              </w:rPr>
              <w:t xml:space="preserve">Localité</w:t>
            </w:r>
          </w:p>
        </w:tc>
        <w:tc>
          <w:tcPr>
            <w:tcW w:w="2269" w:type="dxa"/>
            <w:vAlign w:val="center"/>
          </w:tcPr>
          <w:p>
            <w:pPr>
              <w:spacing w:before="0" w:after="0"/>
            </w:pPr>
            <w:sdt>
              <w:sdtPr>
                <w:rPr>
                  <w:color w:val="2F2F33"/>
                  <w:sz w:val="21"/>
                  <w:szCs w:val="21"/>
                </w:rPr>
                <w:alias w:val="ETA - Localite"/>
                <w:tag w:val="ETA - Localite"/>
                <w:id w:val="501238"/>
                <w:lock w:val="sdtLocked"/>
                <w:showingPlcHdr/>
                <w:text/>
              </w:sdtPr>
              <w:sdtContent>
                <w:r>
                  <w:rPr>
                    <w:i w:val="0"/>
                    <w:color w:val="7A7A80"/>
                    <w:sz w:val="21"/>
                    <w:szCs w:val="21"/>
                  </w:rPr>
                  <w:t xml:space="preserve">Saisir</w:t>
                </w:r>
              </w:sdtContent>
            </w:sdt>
          </w:p>
        </w:tc>
      </w:tr>
      <w:tr>
        <w:trPr>
          <w:cantSplit/>
          <w:trHeight w:val="440" w:hRule="atLeast"/>
        </w:trPr>
        <w:tc>
          <w:tcPr>
            <w:tcW w:w="3100" w:type="dxa"/>
            <w:shd w:val="clear" w:color="auto" w:fill="E6F3F5"/>
            <w:vAlign w:val="center"/>
          </w:tcPr>
          <w:p>
            <w:pPr>
              <w:spacing w:before="0" w:after="0"/>
            </w:pPr>
            <w:r>
              <w:rPr>
                <w:b/>
                <w:bCs/>
                <w:i w:val="0"/>
                <w:color w:val="2F2F33"/>
                <w:sz w:val="20"/>
                <w:szCs w:val="20"/>
              </w:rPr>
              <w:t xml:space="preserve">Téléphone</w:t>
            </w:r>
          </w:p>
        </w:tc>
        <w:tc>
          <w:tcPr>
            <w:tcW w:w="2769" w:type="dxa"/>
            <w:vAlign w:val="center"/>
          </w:tcPr>
          <w:p>
            <w:pPr>
              <w:spacing w:before="0" w:after="0"/>
            </w:pPr>
            <w:sdt>
              <w:sdtPr>
                <w:rPr>
                  <w:color w:val="2F2F33"/>
                  <w:sz w:val="21"/>
                  <w:szCs w:val="21"/>
                </w:rPr>
                <w:alias w:val="ETA - Telephone"/>
                <w:tag w:val="ETA - Telephone"/>
                <w:id w:val="501239"/>
                <w:lock w:val="sdtLocked"/>
                <w:showingPlcHdr/>
                <w:text/>
              </w:sdtPr>
              <w:sdtContent>
                <w:r>
                  <w:rPr>
                    <w:i w:val="0"/>
                    <w:color w:val="7A7A80"/>
                    <w:sz w:val="21"/>
                    <w:szCs w:val="21"/>
                  </w:rPr>
                  <w:t xml:space="preserve">Saisir</w:t>
                </w:r>
              </w:sdtContent>
            </w:sdt>
          </w:p>
        </w:tc>
        <w:tc>
          <w:tcPr>
            <w:tcW w:w="1500" w:type="dxa"/>
            <w:shd w:val="clear" w:color="auto" w:fill="E6F3F5"/>
            <w:vAlign w:val="center"/>
          </w:tcPr>
          <w:p>
            <w:pPr>
              <w:spacing w:before="0" w:after="0"/>
            </w:pPr>
            <w:r>
              <w:rPr>
                <w:b/>
                <w:bCs/>
                <w:i w:val="0"/>
                <w:color w:val="2F2F33"/>
                <w:sz w:val="20"/>
                <w:szCs w:val="20"/>
              </w:rPr>
              <w:t xml:space="preserve">E-mail général</w:t>
            </w:r>
          </w:p>
        </w:tc>
        <w:tc>
          <w:tcPr>
            <w:tcW w:w="2269" w:type="dxa"/>
            <w:vAlign w:val="center"/>
          </w:tcPr>
          <w:p>
            <w:pPr>
              <w:spacing w:before="0" w:after="0"/>
            </w:pPr>
            <w:sdt>
              <w:sdtPr>
                <w:rPr>
                  <w:color w:val="2F2F33"/>
                  <w:sz w:val="21"/>
                  <w:szCs w:val="21"/>
                </w:rPr>
                <w:alias w:val="ETA - E-mail"/>
                <w:tag w:val="ETA - E-mail"/>
                <w:id w:val="501240"/>
                <w:lock w:val="sdtLocked"/>
                <w:showingPlcHdr/>
                <w:text/>
              </w:sdtPr>
              <w:sdtContent>
                <w:r>
                  <w:rPr>
                    <w:i w:val="0"/>
                    <w:color w:val="7A7A80"/>
                    <w:sz w:val="21"/>
                    <w:szCs w:val="21"/>
                  </w:rPr>
                  <w:t xml:space="preserve">Saisir</w:t>
                </w:r>
              </w:sdtContent>
            </w:sdt>
          </w:p>
        </w:tc>
      </w:tr>
      <w:tr>
        <w:trPr>
          <w:cantSplit/>
          <w:trHeight w:val="440" w:hRule="atLeast"/>
        </w:trPr>
        <w:tc>
          <w:tcPr>
            <w:tcW w:w="3100" w:type="dxa"/>
            <w:shd w:val="clear" w:color="auto" w:fill="E6F3F5"/>
            <w:vAlign w:val="center"/>
          </w:tcPr>
          <w:p>
            <w:pPr>
              <w:spacing w:before="0" w:after="0"/>
            </w:pPr>
            <w:r>
              <w:rPr>
                <w:b/>
                <w:bCs/>
                <w:i w:val="0"/>
                <w:color w:val="2F2F33"/>
                <w:sz w:val="20"/>
                <w:szCs w:val="20"/>
              </w:rPr>
              <w:t xml:space="preserve">Numéro de compte bancaire</w:t>
            </w:r>
          </w:p>
        </w:tc>
        <w:tc>
          <w:tcPr>
            <w:tcW w:w="6538" w:type="dxa"/>
            <w:gridSpan w:val="3"/>
            <w:vAlign w:val="center"/>
          </w:tcPr>
          <w:p>
            <w:pPr>
              <w:spacing w:before="0" w:after="0"/>
            </w:pPr>
            <w:r>
              <w:rPr>
                <w:b/>
                <w:bCs/>
                <w:i w:val="0"/>
                <w:color w:val="2F2F33"/>
                <w:sz w:val="21"/>
                <w:szCs w:val="21"/>
              </w:rPr>
              <w:t xml:space="preserve">BE </w:t>
            </w:r>
            <w:sdt>
              <w:sdtPr>
                <w:rPr>
                  <w:color w:val="2F2F33"/>
                  <w:sz w:val="21"/>
                  <w:szCs w:val="21"/>
                </w:rPr>
                <w:alias w:val="ETA - IBAN"/>
                <w:tag w:val="ETA - IBAN"/>
                <w:id w:val="501241"/>
                <w:lock w:val="sdtLocked"/>
                <w:showingPlcHdr/>
                <w:text/>
              </w:sdtPr>
              <w:sdtContent>
                <w:r>
                  <w:rPr>
                    <w:i w:val="0"/>
                    <w:color w:val="7A7A80"/>
                    <w:sz w:val="21"/>
                    <w:szCs w:val="21"/>
                  </w:rPr>
                  <w:t xml:space="preserve">Saisir le numéro IBAN</w:t>
                </w:r>
              </w:sdtContent>
            </w:sdt>
          </w:p>
        </w:tc>
      </w:tr>
    </w:tbl>
    <w:p>
      <w:pPr>
        <w:pStyle w:val="Heading2"/>
        <w:keepNext/>
        <w:keepLines/>
        <w:spacing w:before="200" w:after="100"/>
      </w:pPr>
      <w:r>
        <w:rPr>
          <w:b/>
          <w:bCs/>
          <w:i w:val="0"/>
          <w:color w:val="01869B"/>
          <w:sz w:val="24"/>
          <w:szCs w:val="24"/>
        </w:rPr>
        <w:t xml:space="preserve">1.2  Organe(s) de concertation sociale présent(s) dans votre ETA</w:t>
      </w:r>
    </w:p>
    <w:tbl>
      <w:tblPr>
        <w:tblW w:w="9638" w:type="dxa"/>
        <w:tblBorders>
          <w:top w:val="nil"/>
          <w:left w:val="nil"/>
          <w:bottom w:val="nil"/>
          <w:right w:val="nil"/>
          <w:insideH w:val="nil"/>
          <w:insideV w:val="nil"/>
        </w:tblBorders>
        <w:tblLayout w:type="fixed"/>
        <w:tblCellMar>
          <w:top w:w="50" w:type="dxa"/>
          <w:left w:w="0" w:type="dxa"/>
          <w:bottom w:w="50" w:type="dxa"/>
          <w:right w:w="0" w:type="dxa"/>
        </w:tblCellMar>
        <w:tblLook w:val="0000" w:firstRow="0" w:lastRow="0" w:firstColumn="0" w:lastColumn="0" w:noHBand="1" w:noVBand="1"/>
      </w:tblPr>
      <w:tblGrid>
        <w:gridCol w:w="4819"/>
        <w:gridCol w:w="4819"/>
      </w:tblGrid>
      <w:tr>
        <w:trPr>
          <w:cantSplit/>
        </w:trPr>
        <w:tc>
          <w:tcPr>
            <w:tcW w:w="4819" w:type="dxa"/>
            <w:vAlign w:val="center"/>
          </w:tcPr>
          <w:p>
            <w:pPr>
              <w:spacing w:before="0" w:after="0"/>
              <w:ind w:left="340" w:hanging="340"/>
            </w:pPr>
            <w:sdt>
              <w:sdtPr>
                <w:rPr>
                  <w:rFonts w:ascii="MS Gothic" w:eastAsia="MS Gothic" w:hAnsi="MS Gothic"/>
                  <w:color w:val="01869B"/>
                  <w:sz w:val="24"/>
                  <w:szCs w:val="24"/>
                </w:rPr>
                <w:alias w:val="CE"/>
                <w:tag w:val="CE"/>
                <w:id w:val="501242"/>
                <w14:checkbox>
                  <w14:checked w14:val="0"/>
                  <w14:checkedState w14:val="2612" w14:font="MS Gothic"/>
                  <w14:uncheckedState w14:val="2610" w14:font="MS Gothic"/>
                </w14:checkbox>
              </w:sdtPr>
              <w:sdtContent>
                <w:r>
                  <w:rPr>
                    <w:rFonts w:ascii="MS Gothic" w:eastAsia="MS Gothic" w:hAnsi="MS Gothic"/>
                    <w:color w:val="01869B"/>
                    <w:sz w:val="24"/>
                    <w:szCs w:val="24"/>
                  </w:rPr>
                  <w:t>☐</w:t>
                </w:r>
              </w:sdtContent>
            </w:sdt>
            <w:r>
              <w:rPr>
                <w:i w:val="0"/>
                <w:color w:val="2F2F33"/>
                <w:sz w:val="21"/>
                <w:szCs w:val="21"/>
              </w:rPr>
              <w:t xml:space="preserve">  Conseil d’entreprise (CE)</w:t>
            </w:r>
          </w:p>
        </w:tc>
        <w:tc>
          <w:tcPr>
            <w:tcW w:w="4819" w:type="dxa"/>
            <w:vAlign w:val="center"/>
          </w:tcPr>
          <w:p>
            <w:pPr>
              <w:spacing w:before="0" w:after="0"/>
              <w:ind w:left="340" w:hanging="340"/>
            </w:pPr>
            <w:sdt>
              <w:sdtPr>
                <w:rPr>
                  <w:rFonts w:ascii="MS Gothic" w:eastAsia="MS Gothic" w:hAnsi="MS Gothic"/>
                  <w:color w:val="01869B"/>
                  <w:sz w:val="24"/>
                  <w:szCs w:val="24"/>
                </w:rPr>
                <w:alias w:val="DS"/>
                <w:tag w:val="DS"/>
                <w:id w:val="501243"/>
                <w14:checkbox>
                  <w14:checked w14:val="0"/>
                  <w14:checkedState w14:val="2612" w14:font="MS Gothic"/>
                  <w14:uncheckedState w14:val="2610" w14:font="MS Gothic"/>
                </w14:checkbox>
              </w:sdtPr>
              <w:sdtContent>
                <w:r>
                  <w:rPr>
                    <w:rFonts w:ascii="MS Gothic" w:eastAsia="MS Gothic" w:hAnsi="MS Gothic"/>
                    <w:color w:val="01869B"/>
                    <w:sz w:val="24"/>
                    <w:szCs w:val="24"/>
                  </w:rPr>
                  <w:t>☐</w:t>
                </w:r>
              </w:sdtContent>
            </w:sdt>
            <w:r>
              <w:rPr>
                <w:i w:val="0"/>
                <w:color w:val="2F2F33"/>
                <w:sz w:val="21"/>
                <w:szCs w:val="21"/>
              </w:rPr>
              <w:t xml:space="preserve">  Délégation syndicale (DS)</w:t>
            </w:r>
          </w:p>
        </w:tc>
      </w:tr>
      <w:tr>
        <w:trPr>
          <w:cantSplit/>
        </w:trPr>
        <w:tc>
          <w:tcPr>
            <w:tcW w:w="4819" w:type="dxa"/>
            <w:vAlign w:val="center"/>
          </w:tcPr>
          <w:p>
            <w:pPr>
              <w:spacing w:before="0" w:after="0"/>
              <w:ind w:left="340" w:hanging="340"/>
            </w:pPr>
            <w:sdt>
              <w:sdtPr>
                <w:rPr>
                  <w:rFonts w:ascii="MS Gothic" w:eastAsia="MS Gothic" w:hAnsi="MS Gothic"/>
                  <w:color w:val="01869B"/>
                  <w:sz w:val="24"/>
                  <w:szCs w:val="24"/>
                </w:rPr>
                <w:alias w:val="CPPT"/>
                <w:tag w:val="CPPT"/>
                <w:id w:val="501244"/>
                <w14:checkbox>
                  <w14:checked w14:val="0"/>
                  <w14:checkedState w14:val="2612" w14:font="MS Gothic"/>
                  <w14:uncheckedState w14:val="2610" w14:font="MS Gothic"/>
                </w14:checkbox>
              </w:sdtPr>
              <w:sdtContent>
                <w:r>
                  <w:rPr>
                    <w:rFonts w:ascii="MS Gothic" w:eastAsia="MS Gothic" w:hAnsi="MS Gothic"/>
                    <w:color w:val="01869B"/>
                    <w:sz w:val="24"/>
                    <w:szCs w:val="24"/>
                  </w:rPr>
                  <w:t>☐</w:t>
                </w:r>
              </w:sdtContent>
            </w:sdt>
            <w:r>
              <w:rPr>
                <w:i w:val="0"/>
                <w:color w:val="2F2F33"/>
                <w:sz w:val="21"/>
                <w:szCs w:val="21"/>
              </w:rPr>
              <w:t xml:space="preserve">  Comité pour la prévention et la protection au travail (CPPT)</w:t>
            </w:r>
          </w:p>
        </w:tc>
        <w:tc>
          <w:tcPr>
            <w:tcW w:w="4819" w:type="dxa"/>
            <w:vAlign w:val="center"/>
          </w:tcPr>
          <w:p>
            <w:pPr>
              <w:spacing w:before="0" w:after="0"/>
              <w:ind w:left="340" w:hanging="340"/>
            </w:pPr>
            <w:sdt>
              <w:sdtPr>
                <w:rPr>
                  <w:rFonts w:ascii="MS Gothic" w:eastAsia="MS Gothic" w:hAnsi="MS Gothic"/>
                  <w:color w:val="01869B"/>
                  <w:sz w:val="24"/>
                  <w:szCs w:val="24"/>
                </w:rPr>
                <w:alias w:val="Aucun organe"/>
                <w:tag w:val="Aucun organe"/>
                <w:id w:val="501245"/>
                <w14:checkbox>
                  <w14:checked w14:val="0"/>
                  <w14:checkedState w14:val="2612" w14:font="MS Gothic"/>
                  <w14:uncheckedState w14:val="2610" w14:font="MS Gothic"/>
                </w14:checkbox>
              </w:sdtPr>
              <w:sdtContent>
                <w:r>
                  <w:rPr>
                    <w:rFonts w:ascii="MS Gothic" w:eastAsia="MS Gothic" w:hAnsi="MS Gothic"/>
                    <w:color w:val="01869B"/>
                    <w:sz w:val="24"/>
                    <w:szCs w:val="24"/>
                  </w:rPr>
                  <w:t>☐</w:t>
                </w:r>
              </w:sdtContent>
            </w:sdt>
            <w:r>
              <w:rPr>
                <w:i w:val="0"/>
                <w:color w:val="2F2F33"/>
                <w:sz w:val="21"/>
                <w:szCs w:val="21"/>
              </w:rPr>
              <w:t xml:space="preserve">  Aucun organe de concertation sociale</w:t>
            </w:r>
          </w:p>
        </w:tc>
      </w:tr>
    </w:tbl>
    <w:p>
      <w:pPr>
        <w:pStyle w:val="Heading2"/>
        <w:keepNext/>
        <w:keepLines/>
        <w:spacing w:before="200" w:after="100"/>
      </w:pPr>
      <w:r>
        <w:rPr>
          <w:b/>
          <w:bCs/>
          <w:i w:val="0"/>
          <w:color w:val="01869B"/>
          <w:sz w:val="24"/>
          <w:szCs w:val="24"/>
        </w:rPr>
        <w:t xml:space="preserve">1.3  Personne de contact</w:t>
      </w:r>
    </w:p>
    <w:tbl>
      <w:tblPr>
        <w:tblW w:w="9638" w:type="dxa"/>
        <w:tblBorders>
          <w:top w:val="single" w:sz="4" w:color="B3DAE0"/>
          <w:left w:val="single" w:sz="4" w:color="B3DAE0"/>
          <w:bottom w:val="single" w:sz="4" w:color="B3DAE0"/>
          <w:right w:val="single" w:sz="4" w:color="B3DAE0"/>
          <w:insideH w:val="single" w:sz="4" w:color="B3DAE0"/>
          <w:insideV w:val="single" w:sz="4" w:color="B3DAE0"/>
        </w:tblBorders>
        <w:tblLayout w:type="fixed"/>
        <w:tblCellMar>
          <w:top w:w="70" w:type="dxa"/>
          <w:left w:w="110" w:type="dxa"/>
          <w:bottom w:w="70" w:type="dxa"/>
          <w:right w:w="110" w:type="dxa"/>
        </w:tblCellMar>
        <w:tblLook w:val="0000" w:firstRow="0" w:lastRow="0" w:firstColumn="0" w:lastColumn="0" w:noHBand="1" w:noVBand="1"/>
      </w:tblPr>
      <w:tblGrid>
        <w:gridCol w:w="3100"/>
        <w:gridCol w:w="2769"/>
        <w:gridCol w:w="1500"/>
        <w:gridCol w:w="2269"/>
      </w:tblGrid>
      <w:tr>
        <w:trPr>
          <w:cantSplit/>
          <w:trHeight w:val="440" w:hRule="atLeast"/>
        </w:trPr>
        <w:tc>
          <w:tcPr>
            <w:tcW w:w="3100" w:type="dxa"/>
            <w:shd w:val="clear" w:color="auto" w:fill="E6F3F5"/>
            <w:vAlign w:val="center"/>
          </w:tcPr>
          <w:p>
            <w:pPr>
              <w:spacing w:before="0" w:after="0"/>
            </w:pPr>
            <w:r>
              <w:rPr>
                <w:b/>
                <w:bCs/>
                <w:i w:val="0"/>
                <w:color w:val="2F2F33"/>
                <w:sz w:val="20"/>
                <w:szCs w:val="20"/>
              </w:rPr>
              <w:t xml:space="preserve">Nom</w:t>
            </w:r>
          </w:p>
        </w:tc>
        <w:tc>
          <w:tcPr>
            <w:tcW w:w="2769" w:type="dxa"/>
            <w:vAlign w:val="center"/>
          </w:tcPr>
          <w:p>
            <w:pPr>
              <w:spacing w:before="0" w:after="0"/>
            </w:pPr>
            <w:sdt>
              <w:sdtPr>
                <w:rPr>
                  <w:color w:val="2F2F33"/>
                  <w:sz w:val="21"/>
                  <w:szCs w:val="21"/>
                </w:rPr>
                <w:alias w:val="Contact - Nom"/>
                <w:tag w:val="Contact - Nom"/>
                <w:id w:val="501246"/>
                <w:lock w:val="sdtLocked"/>
                <w:showingPlcHdr/>
                <w:text/>
              </w:sdtPr>
              <w:sdtContent>
                <w:r>
                  <w:rPr>
                    <w:i w:val="0"/>
                    <w:color w:val="7A7A80"/>
                    <w:sz w:val="21"/>
                    <w:szCs w:val="21"/>
                  </w:rPr>
                  <w:t xml:space="preserve">Saisir</w:t>
                </w:r>
              </w:sdtContent>
            </w:sdt>
          </w:p>
        </w:tc>
        <w:tc>
          <w:tcPr>
            <w:tcW w:w="1500" w:type="dxa"/>
            <w:shd w:val="clear" w:color="auto" w:fill="E6F3F5"/>
            <w:vAlign w:val="center"/>
          </w:tcPr>
          <w:p>
            <w:pPr>
              <w:spacing w:before="0" w:after="0"/>
            </w:pPr>
            <w:r>
              <w:rPr>
                <w:b/>
                <w:bCs/>
                <w:i w:val="0"/>
                <w:color w:val="2F2F33"/>
                <w:sz w:val="20"/>
                <w:szCs w:val="20"/>
              </w:rPr>
              <w:t xml:space="preserve">Prénom</w:t>
            </w:r>
          </w:p>
        </w:tc>
        <w:tc>
          <w:tcPr>
            <w:tcW w:w="2269" w:type="dxa"/>
            <w:vAlign w:val="center"/>
          </w:tcPr>
          <w:p>
            <w:pPr>
              <w:spacing w:before="0" w:after="0"/>
            </w:pPr>
            <w:sdt>
              <w:sdtPr>
                <w:rPr>
                  <w:color w:val="2F2F33"/>
                  <w:sz w:val="21"/>
                  <w:szCs w:val="21"/>
                </w:rPr>
                <w:alias w:val="Contact - Prenom"/>
                <w:tag w:val="Contact - Prenom"/>
                <w:id w:val="501247"/>
                <w:lock w:val="sdtLocked"/>
                <w:showingPlcHdr/>
                <w:text/>
              </w:sdtPr>
              <w:sdtContent>
                <w:r>
                  <w:rPr>
                    <w:i w:val="0"/>
                    <w:color w:val="7A7A80"/>
                    <w:sz w:val="21"/>
                    <w:szCs w:val="21"/>
                  </w:rPr>
                  <w:t xml:space="preserve">Saisir</w:t>
                </w:r>
              </w:sdtContent>
            </w:sdt>
          </w:p>
        </w:tc>
      </w:tr>
      <w:tr>
        <w:trPr>
          <w:cantSplit/>
          <w:trHeight w:val="440" w:hRule="atLeast"/>
        </w:trPr>
        <w:tc>
          <w:tcPr>
            <w:tcW w:w="3100" w:type="dxa"/>
            <w:shd w:val="clear" w:color="auto" w:fill="E6F3F5"/>
            <w:vAlign w:val="center"/>
          </w:tcPr>
          <w:p>
            <w:pPr>
              <w:spacing w:before="0" w:after="0"/>
            </w:pPr>
            <w:r>
              <w:rPr>
                <w:b/>
                <w:bCs/>
                <w:i w:val="0"/>
                <w:color w:val="2F2F33"/>
                <w:sz w:val="20"/>
                <w:szCs w:val="20"/>
              </w:rPr>
              <w:t xml:space="preserve">Fonction</w:t>
            </w:r>
          </w:p>
        </w:tc>
        <w:tc>
          <w:tcPr>
            <w:tcW w:w="6538" w:type="dxa"/>
            <w:gridSpan w:val="3"/>
            <w:vAlign w:val="center"/>
          </w:tcPr>
          <w:p>
            <w:pPr>
              <w:spacing w:before="0" w:after="0"/>
            </w:pPr>
            <w:sdt>
              <w:sdtPr>
                <w:rPr>
                  <w:color w:val="2F2F33"/>
                  <w:sz w:val="21"/>
                  <w:szCs w:val="21"/>
                </w:rPr>
                <w:alias w:val="Contact - Fonction"/>
                <w:tag w:val="Contact - Fonction"/>
                <w:id w:val="501248"/>
                <w:lock w:val="sdtLocked"/>
                <w:showingPlcHdr/>
                <w:text/>
              </w:sdtPr>
              <w:sdtContent>
                <w:r>
                  <w:rPr>
                    <w:i w:val="0"/>
                    <w:color w:val="7A7A80"/>
                    <w:sz w:val="21"/>
                    <w:szCs w:val="21"/>
                  </w:rPr>
                  <w:t xml:space="preserve">Cliquez ici pour saisir</w:t>
                </w:r>
              </w:sdtContent>
            </w:sdt>
          </w:p>
        </w:tc>
      </w:tr>
      <w:tr>
        <w:trPr>
          <w:cantSplit/>
          <w:trHeight w:val="440" w:hRule="atLeast"/>
        </w:trPr>
        <w:tc>
          <w:tcPr>
            <w:tcW w:w="3100" w:type="dxa"/>
            <w:shd w:val="clear" w:color="auto" w:fill="E6F3F5"/>
            <w:vAlign w:val="center"/>
          </w:tcPr>
          <w:p>
            <w:pPr>
              <w:spacing w:before="0" w:after="0"/>
            </w:pPr>
            <w:r>
              <w:rPr>
                <w:b/>
                <w:bCs/>
                <w:i w:val="0"/>
                <w:color w:val="2F2F33"/>
                <w:sz w:val="20"/>
                <w:szCs w:val="20"/>
              </w:rPr>
              <w:t xml:space="preserve">E-mail</w:t>
            </w:r>
          </w:p>
        </w:tc>
        <w:tc>
          <w:tcPr>
            <w:tcW w:w="2769" w:type="dxa"/>
            <w:vAlign w:val="center"/>
          </w:tcPr>
          <w:p>
            <w:pPr>
              <w:spacing w:before="0" w:after="0"/>
            </w:pPr>
            <w:sdt>
              <w:sdtPr>
                <w:rPr>
                  <w:color w:val="2F2F33"/>
                  <w:sz w:val="21"/>
                  <w:szCs w:val="21"/>
                </w:rPr>
                <w:alias w:val="Contact - E-mail"/>
                <w:tag w:val="Contact - E-mail"/>
                <w:id w:val="501249"/>
                <w:lock w:val="sdtLocked"/>
                <w:showingPlcHdr/>
                <w:text/>
              </w:sdtPr>
              <w:sdtContent>
                <w:r>
                  <w:rPr>
                    <w:i w:val="0"/>
                    <w:color w:val="7A7A80"/>
                    <w:sz w:val="21"/>
                    <w:szCs w:val="21"/>
                  </w:rPr>
                  <w:t xml:space="preserve">Saisir</w:t>
                </w:r>
              </w:sdtContent>
            </w:sdt>
          </w:p>
        </w:tc>
        <w:tc>
          <w:tcPr>
            <w:tcW w:w="1500" w:type="dxa"/>
            <w:shd w:val="clear" w:color="auto" w:fill="E6F3F5"/>
            <w:vAlign w:val="center"/>
          </w:tcPr>
          <w:p>
            <w:pPr>
              <w:spacing w:before="0" w:after="0"/>
            </w:pPr>
            <w:r>
              <w:rPr>
                <w:b/>
                <w:bCs/>
                <w:i w:val="0"/>
                <w:color w:val="2F2F33"/>
                <w:sz w:val="20"/>
                <w:szCs w:val="20"/>
              </w:rPr>
              <w:t xml:space="preserve">Téléphone</w:t>
            </w:r>
          </w:p>
        </w:tc>
        <w:tc>
          <w:tcPr>
            <w:tcW w:w="2269" w:type="dxa"/>
            <w:vAlign w:val="center"/>
          </w:tcPr>
          <w:p>
            <w:pPr>
              <w:spacing w:before="0" w:after="0"/>
            </w:pPr>
            <w:sdt>
              <w:sdtPr>
                <w:rPr>
                  <w:color w:val="2F2F33"/>
                  <w:sz w:val="21"/>
                  <w:szCs w:val="21"/>
                </w:rPr>
                <w:alias w:val="Contact - Telephone"/>
                <w:tag w:val="Contact - Telephone"/>
                <w:id w:val="501250"/>
                <w:lock w:val="sdtLocked"/>
                <w:showingPlcHdr/>
                <w:text/>
              </w:sdtPr>
              <w:sdtContent>
                <w:r>
                  <w:rPr>
                    <w:i w:val="0"/>
                    <w:color w:val="7A7A80"/>
                    <w:sz w:val="21"/>
                    <w:szCs w:val="21"/>
                  </w:rPr>
                  <w:t xml:space="preserve">Saisir</w:t>
                </w:r>
              </w:sdtContent>
            </w:sdt>
          </w:p>
        </w:tc>
      </w:tr>
    </w:tbl>
    <w:p>
      <w:pPr>
        <w:pStyle w:val="Heading1"/>
        <w:keepNext/>
        <w:keepLines/>
        <w:pBdr>
          <w:bottom w:val="single" w:sz="6" w:space="4" w:color="01869B"/>
        </w:pBdr>
        <w:spacing w:before="360" w:after="160"/>
      </w:pPr>
      <w:r>
        <w:rPr>
          <w:rFonts w:ascii="Aptos Display" w:hAnsi="Aptos Display" w:cs="Aptos Display"/>
          <w:b/>
          <w:bCs/>
          <w:i w:val="0"/>
          <w:color w:val="01869B"/>
          <w:sz w:val="32"/>
          <w:szCs w:val="32"/>
        </w:rPr>
        <w:t xml:space="preserve">2.  </w:t>
      </w:r>
      <w:r>
        <w:rPr>
          <w:rFonts w:ascii="Aptos Display" w:hAnsi="Aptos Display" w:cs="Aptos Display"/>
          <w:b/>
          <w:bCs/>
          <w:i w:val="0"/>
          <w:color w:val="340873"/>
          <w:sz w:val="32"/>
          <w:szCs w:val="32"/>
        </w:rPr>
        <w:t xml:space="preserve">VOTRE PLAN DE FORMATION</w:t>
      </w:r>
    </w:p>
    <w:tbl>
      <w:tblPr>
        <w:tblW w:w="9638" w:type="dxa"/>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110"/>
        <w:gridCol w:w="9528"/>
      </w:tblGrid>
      <w:tr>
        <w:trPr>
          <w:cantSplit/>
        </w:trPr>
        <w:tc>
          <w:tcPr>
            <w:tcW w:w="110" w:type="dxa"/>
            <w:shd w:val="clear" w:color="auto" w:fill="340873"/>
            <w:vAlign w:val="center"/>
          </w:tcPr>
          <w:p>
            <w:pPr>
              <w:spacing w:before="0" w:after="0"/>
            </w:pPr>
          </w:p>
        </w:tc>
        <w:tc>
          <w:tcPr>
            <w:tcW w:w="9528" w:type="dxa"/>
            <w:shd w:val="clear" w:color="auto" w:fill="EEE8F4"/>
            <w:tcMar>
              <w:top w:w="140" w:type="dxa"/>
              <w:left w:w="220" w:type="dxa"/>
              <w:bottom w:w="140" w:type="dxa"/>
              <w:right w:w="220" w:type="dxa"/>
            </w:tcMar>
            <w:vAlign w:val="center"/>
          </w:tcPr>
          <w:p>
            <w:pPr>
              <w:keepNext/>
              <w:keepLines/>
              <w:spacing w:before="0" w:after="60"/>
            </w:pPr>
            <w:r>
              <w:rPr>
                <w:b/>
                <w:bCs/>
                <w:i w:val="0"/>
                <w:color w:val="340873"/>
                <w:sz w:val="19"/>
                <w:szCs w:val="19"/>
              </w:rPr>
              <w:t xml:space="preserve">À RETENIR</w:t>
            </w:r>
          </w:p>
          <w:p>
            <w:pPr>
              <w:spacing w:before="0" w:after="80"/>
            </w:pPr>
            <w:r>
              <w:rPr>
                <w:i w:val="0"/>
                <w:color w:val="2F2F33"/>
                <w:sz w:val="21"/>
                <w:szCs w:val="21"/>
              </w:rPr>
              <w:t xml:space="preserve">Depuis le 1</w:t>
            </w:r>
            <w:r>
              <w:rPr>
                <w:color w:val="2F2F33"/>
                <w:sz w:val="21"/>
                <w:vertAlign w:val="superscript"/>
              </w:rPr>
              <w:t>er</w:t>
            </w:r>
            <w:r>
              <w:rPr>
                <w:b/>
                <w:bCs/>
                <w:i w:val="0"/>
                <w:color w:val="340873"/>
                <w:sz w:val="21"/>
                <w:szCs w:val="21"/>
              </w:rPr>
              <w:t xml:space="preserve"> janvier 2026, un plan de formation est obligatoire</w:t>
            </w:r>
            <w:r>
              <w:rPr>
                <w:i w:val="0"/>
                <w:color w:val="2F2F33"/>
                <w:sz w:val="21"/>
                <w:szCs w:val="21"/>
              </w:rPr>
              <w:t xml:space="preserve"> pour obtenir le financement des formations de l’année en cours.</w:t>
            </w:r>
          </w:p>
          <w:p>
            <w:pPr>
              <w:spacing w:before="0" w:after="0"/>
            </w:pPr>
            <w:r>
              <w:rPr>
                <w:i w:val="0"/>
                <w:color w:val="2F2F33"/>
                <w:sz w:val="21"/>
                <w:szCs w:val="21"/>
              </w:rPr>
              <w:t xml:space="preserve">Transmettez-le avec votre première demande de l’année, signé par la direction et par les partenaires sociaux (les trois organisations syndicales, pour autant qu’elles soient représentées dans votre ETA).</w:t>
            </w:r>
          </w:p>
        </w:tc>
      </w:tr>
    </w:tbl>
    <w:p>
      <w:pPr>
        <w:spacing w:before="0" w:after="120" w:line="120" w:lineRule="auto"/>
      </w:pPr>
    </w:p>
    <w:p>
      <w:pPr>
        <w:keepNext/>
        <w:keepLines/>
        <w:spacing w:before="0" w:after="60"/>
      </w:pPr>
      <w:r>
        <w:rPr>
          <w:b/>
          <w:bCs/>
          <w:i w:val="0"/>
          <w:color w:val="2F2F33"/>
          <w:sz w:val="21"/>
          <w:szCs w:val="21"/>
        </w:rPr>
        <w:t xml:space="preserve">Cette formation figure-t-elle dans votre plan de formation ?</w:t>
      </w:r>
    </w:p>
    <w:tbl>
      <w:tblPr>
        <w:tblW w:w="9638" w:type="dxa"/>
        <w:tblBorders>
          <w:top w:val="nil"/>
          <w:left w:val="nil"/>
          <w:bottom w:val="nil"/>
          <w:right w:val="nil"/>
          <w:insideH w:val="nil"/>
          <w:insideV w:val="nil"/>
        </w:tblBorders>
        <w:tblLayout w:type="fixed"/>
        <w:tblCellMar>
          <w:top w:w="30" w:type="dxa"/>
          <w:left w:w="0" w:type="dxa"/>
          <w:bottom w:w="30" w:type="dxa"/>
          <w:right w:w="0" w:type="dxa"/>
        </w:tblCellMar>
        <w:tblLook w:val="0000" w:firstRow="0" w:lastRow="0" w:firstColumn="0" w:lastColumn="0" w:noHBand="1" w:noVBand="1"/>
      </w:tblPr>
      <w:tblGrid>
        <w:gridCol w:w="1800"/>
        <w:gridCol w:w="7838"/>
      </w:tblGrid>
      <w:tr>
        <w:trPr>
          <w:cantSplit/>
        </w:trPr>
        <w:tc>
          <w:tcPr>
            <w:tcW w:w="1800" w:type="dxa"/>
            <w:vAlign w:val="center"/>
          </w:tcPr>
          <w:p>
            <w:pPr>
              <w:spacing w:before="0" w:after="0"/>
              <w:ind w:left="340" w:hanging="340"/>
            </w:pPr>
            <w:sdt>
              <w:sdtPr>
                <w:rPr>
                  <w:rFonts w:ascii="MS Gothic" w:eastAsia="MS Gothic" w:hAnsi="MS Gothic"/>
                  <w:color w:val="01869B"/>
                  <w:sz w:val="24"/>
                  <w:szCs w:val="24"/>
                </w:rPr>
                <w:alias w:val="Plan - Oui"/>
                <w:tag w:val="Plan - Oui"/>
                <w:id w:val="501251"/>
                <w14:checkbox>
                  <w14:checked w14:val="0"/>
                  <w14:checkedState w14:val="2612" w14:font="MS Gothic"/>
                  <w14:uncheckedState w14:val="2610" w14:font="MS Gothic"/>
                </w14:checkbox>
              </w:sdtPr>
              <w:sdtContent>
                <w:r>
                  <w:rPr>
                    <w:rFonts w:ascii="MS Gothic" w:eastAsia="MS Gothic" w:hAnsi="MS Gothic"/>
                    <w:color w:val="01869B"/>
                    <w:sz w:val="24"/>
                    <w:szCs w:val="24"/>
                  </w:rPr>
                  <w:t>☐</w:t>
                </w:r>
              </w:sdtContent>
            </w:sdt>
            <w:r>
              <w:rPr>
                <w:i w:val="0"/>
                <w:color w:val="2F2F33"/>
                <w:sz w:val="21"/>
                <w:szCs w:val="21"/>
              </w:rPr>
              <w:t xml:space="preserve">  Oui</w:t>
            </w:r>
          </w:p>
        </w:tc>
        <w:tc>
          <w:tcPr>
            <w:tcW w:w="7838" w:type="dxa"/>
            <w:vAlign w:val="center"/>
          </w:tcPr>
          <w:p>
            <w:pPr>
              <w:spacing w:before="0" w:after="0"/>
              <w:ind w:left="340" w:hanging="340"/>
            </w:pPr>
            <w:sdt>
              <w:sdtPr>
                <w:rPr>
                  <w:rFonts w:ascii="MS Gothic" w:eastAsia="MS Gothic" w:hAnsi="MS Gothic"/>
                  <w:color w:val="01869B"/>
                  <w:sz w:val="24"/>
                  <w:szCs w:val="24"/>
                </w:rPr>
                <w:alias w:val="Plan - Non"/>
                <w:tag w:val="Plan - Non"/>
                <w:id w:val="501252"/>
                <w14:checkbox>
                  <w14:checked w14:val="0"/>
                  <w14:checkedState w14:val="2612" w14:font="MS Gothic"/>
                  <w14:uncheckedState w14:val="2610" w14:font="MS Gothic"/>
                </w14:checkbox>
              </w:sdtPr>
              <w:sdtContent>
                <w:r>
                  <w:rPr>
                    <w:rFonts w:ascii="MS Gothic" w:eastAsia="MS Gothic" w:hAnsi="MS Gothic"/>
                    <w:color w:val="01869B"/>
                    <w:sz w:val="24"/>
                    <w:szCs w:val="24"/>
                  </w:rPr>
                  <w:t>☐</w:t>
                </w:r>
              </w:sdtContent>
            </w:sdt>
            <w:r>
              <w:rPr>
                <w:i w:val="0"/>
                <w:color w:val="2F2F33"/>
                <w:sz w:val="21"/>
                <w:szCs w:val="21"/>
              </w:rPr>
              <w:t xml:space="preserve">  Non  (des signatures syndicales sont nécessaires, voir point 5)</w:t>
            </w:r>
          </w:p>
        </w:tc>
      </w:tr>
    </w:tbl>
    <w:p>
      <w:pPr>
        <w:keepNext/>
        <w:keepLines/>
        <w:spacing w:before="120" w:after="60"/>
      </w:pPr>
      <w:r>
        <w:rPr>
          <w:b/>
          <w:bCs/>
          <w:i w:val="0"/>
          <w:color w:val="2F2F33"/>
          <w:sz w:val="21"/>
          <w:szCs w:val="21"/>
        </w:rPr>
        <w:t xml:space="preserve">Votre plan de formation signé :</w:t>
      </w:r>
    </w:p>
    <w:tbl>
      <w:tblPr>
        <w:tblW w:w="9638" w:type="dxa"/>
        <w:tblBorders>
          <w:top w:val="nil"/>
          <w:left w:val="nil"/>
          <w:bottom w:val="nil"/>
          <w:right w:val="nil"/>
          <w:insideH w:val="nil"/>
          <w:insideV w:val="nil"/>
        </w:tblBorders>
        <w:tblLayout w:type="fixed"/>
        <w:tblCellMar>
          <w:top w:w="30" w:type="dxa"/>
          <w:left w:w="0" w:type="dxa"/>
          <w:bottom w:w="30" w:type="dxa"/>
          <w:right w:w="0" w:type="dxa"/>
        </w:tblCellMar>
        <w:tblLook w:val="0000" w:firstRow="0" w:lastRow="0" w:firstColumn="0" w:lastColumn="0" w:noHBand="1" w:noVBand="1"/>
      </w:tblPr>
      <w:tblGrid>
        <w:gridCol w:w="4819"/>
        <w:gridCol w:w="4819"/>
      </w:tblGrid>
      <w:tr>
        <w:trPr>
          <w:cantSplit/>
        </w:trPr>
        <w:tc>
          <w:tcPr>
            <w:tcW w:w="4819" w:type="dxa"/>
            <w:vAlign w:val="center"/>
          </w:tcPr>
          <w:p>
            <w:pPr>
              <w:spacing w:before="0" w:after="0"/>
              <w:ind w:left="340" w:hanging="340"/>
            </w:pPr>
            <w:sdt>
              <w:sdtPr>
                <w:rPr>
                  <w:rFonts w:ascii="MS Gothic" w:eastAsia="MS Gothic" w:hAnsi="MS Gothic"/>
                  <w:color w:val="01869B"/>
                  <w:sz w:val="24"/>
                  <w:szCs w:val="24"/>
                </w:rPr>
                <w:alias w:val="Plan - Deja transmis"/>
                <w:tag w:val="Plan - Deja transmis"/>
                <w:id w:val="501253"/>
                <w14:checkbox>
                  <w14:checked w14:val="0"/>
                  <w14:checkedState w14:val="2612" w14:font="MS Gothic"/>
                  <w14:uncheckedState w14:val="2610" w14:font="MS Gothic"/>
                </w14:checkbox>
              </w:sdtPr>
              <w:sdtContent>
                <w:r>
                  <w:rPr>
                    <w:rFonts w:ascii="MS Gothic" w:eastAsia="MS Gothic" w:hAnsi="MS Gothic"/>
                    <w:color w:val="01869B"/>
                    <w:sz w:val="24"/>
                    <w:szCs w:val="24"/>
                  </w:rPr>
                  <w:t>☐</w:t>
                </w:r>
              </w:sdtContent>
            </w:sdt>
            <w:r>
              <w:rPr>
                <w:i w:val="0"/>
                <w:color w:val="2F2F33"/>
                <w:sz w:val="21"/>
                <w:szCs w:val="21"/>
              </w:rPr>
              <w:t xml:space="preserve">  a déjà été transmis au Fonds</w:t>
            </w:r>
          </w:p>
        </w:tc>
        <w:tc>
          <w:tcPr>
            <w:tcW w:w="4819" w:type="dxa"/>
            <w:vAlign w:val="center"/>
          </w:tcPr>
          <w:p>
            <w:pPr>
              <w:spacing w:before="0" w:after="0"/>
              <w:ind w:left="340" w:hanging="340"/>
            </w:pPr>
            <w:sdt>
              <w:sdtPr>
                <w:rPr>
                  <w:rFonts w:ascii="MS Gothic" w:eastAsia="MS Gothic" w:hAnsi="MS Gothic"/>
                  <w:color w:val="01869B"/>
                  <w:sz w:val="24"/>
                  <w:szCs w:val="24"/>
                </w:rPr>
                <w:alias w:val="Plan - Joint"/>
                <w:tag w:val="Plan - Joint"/>
                <w:id w:val="501254"/>
                <w14:checkbox>
                  <w14:checked w14:val="0"/>
                  <w14:checkedState w14:val="2612" w14:font="MS Gothic"/>
                  <w14:uncheckedState w14:val="2610" w14:font="MS Gothic"/>
                </w14:checkbox>
              </w:sdtPr>
              <w:sdtContent>
                <w:r>
                  <w:rPr>
                    <w:rFonts w:ascii="MS Gothic" w:eastAsia="MS Gothic" w:hAnsi="MS Gothic"/>
                    <w:color w:val="01869B"/>
                    <w:sz w:val="24"/>
                    <w:szCs w:val="24"/>
                  </w:rPr>
                  <w:t>☐</w:t>
                </w:r>
              </w:sdtContent>
            </w:sdt>
            <w:r>
              <w:rPr>
                <w:i w:val="0"/>
                <w:color w:val="2F2F33"/>
                <w:sz w:val="21"/>
                <w:szCs w:val="21"/>
              </w:rPr>
              <w:t xml:space="preserve">  est joint à la présente demande</w:t>
            </w:r>
          </w:p>
        </w:tc>
      </w:tr>
    </w:tbl>
    <w:p>
      <w:pPr>
        <w:pStyle w:val="Heading1"/>
        <w:keepNext/>
        <w:keepLines/>
        <w:pBdr>
          <w:bottom w:val="single" w:sz="6" w:space="4" w:color="01869B"/>
        </w:pBdr>
        <w:spacing w:before="360" w:after="160"/>
      </w:pPr>
      <w:r>
        <w:rPr>
          <w:rFonts w:ascii="Aptos Display" w:hAnsi="Aptos Display" w:cs="Aptos Display"/>
          <w:b/>
          <w:bCs/>
          <w:i w:val="0"/>
          <w:color w:val="01869B"/>
          <w:sz w:val="32"/>
          <w:szCs w:val="32"/>
        </w:rPr>
        <w:t xml:space="preserve">3.  </w:t>
      </w:r>
      <w:r>
        <w:rPr>
          <w:rFonts w:ascii="Aptos Display" w:hAnsi="Aptos Display" w:cs="Aptos Display"/>
          <w:b/>
          <w:bCs/>
          <w:i w:val="0"/>
          <w:color w:val="340873"/>
          <w:sz w:val="32"/>
          <w:szCs w:val="32"/>
        </w:rPr>
        <w:t xml:space="preserve">LA FORMATION</w:t>
      </w:r>
    </w:p>
    <w:p>
      <w:pPr>
        <w:pStyle w:val="Heading2"/>
        <w:keepNext/>
        <w:keepLines/>
        <w:spacing w:before="0" w:after="100"/>
      </w:pPr>
      <w:r>
        <w:rPr>
          <w:b/>
          <w:bCs/>
          <w:i w:val="0"/>
          <w:color w:val="01869B"/>
          <w:sz w:val="24"/>
          <w:szCs w:val="24"/>
        </w:rPr>
        <w:t xml:space="preserve">3.1  Descriptif</w:t>
      </w:r>
    </w:p>
    <w:tbl>
      <w:tblPr>
        <w:tblW w:w="9638" w:type="dxa"/>
        <w:tblBorders>
          <w:top w:val="single" w:sz="4" w:color="B3DAE0"/>
          <w:left w:val="single" w:sz="4" w:color="B3DAE0"/>
          <w:bottom w:val="single" w:sz="4" w:color="B3DAE0"/>
          <w:right w:val="single" w:sz="4" w:color="B3DAE0"/>
          <w:insideH w:val="single" w:sz="4" w:color="B3DAE0"/>
          <w:insideV w:val="single" w:sz="4" w:color="B3DAE0"/>
        </w:tblBorders>
        <w:tblLayout w:type="fixed"/>
        <w:tblCellMar>
          <w:top w:w="70" w:type="dxa"/>
          <w:left w:w="110" w:type="dxa"/>
          <w:bottom w:w="70" w:type="dxa"/>
          <w:right w:w="110" w:type="dxa"/>
        </w:tblCellMar>
        <w:tblLook w:val="0000" w:firstRow="0" w:lastRow="0" w:firstColumn="0" w:lastColumn="0" w:noHBand="1" w:noVBand="1"/>
      </w:tblPr>
      <w:tblGrid>
        <w:gridCol w:w="3100"/>
        <w:gridCol w:w="2769"/>
        <w:gridCol w:w="1500"/>
        <w:gridCol w:w="2269"/>
      </w:tblGrid>
      <w:tr>
        <w:trPr>
          <w:cantSplit/>
          <w:trHeight w:val="440" w:hRule="atLeast"/>
        </w:trPr>
        <w:tc>
          <w:tcPr>
            <w:tcW w:w="3100" w:type="dxa"/>
            <w:shd w:val="clear" w:color="auto" w:fill="E6F3F5"/>
            <w:vAlign w:val="center"/>
          </w:tcPr>
          <w:p>
            <w:pPr>
              <w:spacing w:before="0" w:after="0"/>
            </w:pPr>
            <w:r>
              <w:rPr>
                <w:b/>
                <w:bCs/>
                <w:i w:val="0"/>
                <w:color w:val="2F2F33"/>
                <w:sz w:val="20"/>
                <w:szCs w:val="20"/>
              </w:rPr>
              <w:t xml:space="preserve">Intitulé de la formation</w:t>
            </w:r>
          </w:p>
        </w:tc>
        <w:tc>
          <w:tcPr>
            <w:tcW w:w="6538" w:type="dxa"/>
            <w:gridSpan w:val="3"/>
            <w:vAlign w:val="center"/>
          </w:tcPr>
          <w:p>
            <w:pPr>
              <w:spacing w:before="0" w:after="0"/>
            </w:pPr>
            <w:sdt>
              <w:sdtPr>
                <w:rPr>
                  <w:color w:val="2F2F33"/>
                  <w:sz w:val="21"/>
                  <w:szCs w:val="21"/>
                </w:rPr>
                <w:alias w:val="Formation - Intitule"/>
                <w:tag w:val="Formation - Intitule"/>
                <w:id w:val="501255"/>
                <w:lock w:val="sdtLocked"/>
                <w:showingPlcHdr/>
                <w:text/>
              </w:sdtPr>
              <w:sdtContent>
                <w:r>
                  <w:rPr>
                    <w:i w:val="0"/>
                    <w:color w:val="7A7A80"/>
                    <w:sz w:val="21"/>
                    <w:szCs w:val="21"/>
                  </w:rPr>
                  <w:t xml:space="preserve">Cliquez ici pour saisir</w:t>
                </w:r>
              </w:sdtContent>
            </w:sdt>
          </w:p>
        </w:tc>
      </w:tr>
      <w:tr>
        <w:trPr>
          <w:cantSplit/>
          <w:trHeight w:val="440" w:hRule="atLeast"/>
        </w:trPr>
        <w:tc>
          <w:tcPr>
            <w:tcW w:w="3100" w:type="dxa"/>
            <w:shd w:val="clear" w:color="auto" w:fill="E6F3F5"/>
            <w:vAlign w:val="center"/>
          </w:tcPr>
          <w:p>
            <w:pPr>
              <w:spacing w:before="0" w:after="0"/>
            </w:pPr>
            <w:r>
              <w:rPr>
                <w:b/>
                <w:bCs/>
                <w:i w:val="0"/>
                <w:color w:val="2F2F33"/>
                <w:sz w:val="20"/>
                <w:szCs w:val="20"/>
              </w:rPr>
              <w:t xml:space="preserve">Date de début</w:t>
            </w:r>
          </w:p>
        </w:tc>
        <w:tc>
          <w:tcPr>
            <w:tcW w:w="2769" w:type="dxa"/>
            <w:vAlign w:val="center"/>
          </w:tcPr>
          <w:p>
            <w:pPr>
              <w:spacing w:before="0" w:after="0"/>
            </w:pPr>
            <w:sdt>
              <w:sdtPr>
                <w:rPr>
                  <w:color w:val="2F2F33"/>
                  <w:sz w:val="21"/>
                  <w:szCs w:val="21"/>
                </w:rPr>
                <w:alias w:val="Formation - Date debut"/>
                <w:tag w:val="Formation - Date debut"/>
                <w:id w:val="501256"/>
                <w:lock w:val="sdtLocked"/>
                <w:showingPlcHdr/>
                <w:date>
                  <w:dateFormat w:val="dd/MM/yyyy"/>
                  <w:lid w:val="fr-BE"/>
                  <w:storeMappedDataAs w:val="dateTime"/>
                  <w:calendar w:val="gregorian"/>
                </w:date>
              </w:sdtPr>
              <w:sdtContent>
                <w:r>
                  <w:rPr>
                    <w:i w:val="0"/>
                    <w:color w:val="7A7A80"/>
                    <w:sz w:val="21"/>
                    <w:szCs w:val="21"/>
                  </w:rPr>
                  <w:t xml:space="preserve">jj/mm/aaaa</w:t>
                </w:r>
              </w:sdtContent>
            </w:sdt>
          </w:p>
        </w:tc>
        <w:tc>
          <w:tcPr>
            <w:tcW w:w="1500" w:type="dxa"/>
            <w:shd w:val="clear" w:color="auto" w:fill="E6F3F5"/>
            <w:vAlign w:val="center"/>
          </w:tcPr>
          <w:p>
            <w:pPr>
              <w:spacing w:before="0" w:after="0"/>
            </w:pPr>
            <w:r>
              <w:rPr>
                <w:b/>
                <w:bCs/>
                <w:i w:val="0"/>
                <w:color w:val="2F2F33"/>
                <w:sz w:val="20"/>
                <w:szCs w:val="20"/>
              </w:rPr>
              <w:t xml:space="preserve">Date de fin</w:t>
            </w:r>
          </w:p>
        </w:tc>
        <w:tc>
          <w:tcPr>
            <w:tcW w:w="2269" w:type="dxa"/>
            <w:vAlign w:val="center"/>
          </w:tcPr>
          <w:p>
            <w:pPr>
              <w:spacing w:before="0" w:after="0"/>
            </w:pPr>
            <w:sdt>
              <w:sdtPr>
                <w:rPr>
                  <w:color w:val="2F2F33"/>
                  <w:sz w:val="21"/>
                  <w:szCs w:val="21"/>
                </w:rPr>
                <w:alias w:val="Formation - Date fin"/>
                <w:tag w:val="Formation - Date fin"/>
                <w:id w:val="501257"/>
                <w:lock w:val="sdtLocked"/>
                <w:showingPlcHdr/>
                <w:date>
                  <w:dateFormat w:val="dd/MM/yyyy"/>
                  <w:lid w:val="fr-BE"/>
                  <w:storeMappedDataAs w:val="dateTime"/>
                  <w:calendar w:val="gregorian"/>
                </w:date>
              </w:sdtPr>
              <w:sdtContent>
                <w:r>
                  <w:rPr>
                    <w:i w:val="0"/>
                    <w:color w:val="7A7A80"/>
                    <w:sz w:val="21"/>
                    <w:szCs w:val="21"/>
                  </w:rPr>
                  <w:t xml:space="preserve">jj/mm/aaaa</w:t>
                </w:r>
              </w:sdtContent>
            </w:sdt>
          </w:p>
        </w:tc>
      </w:tr>
    </w:tbl>
    <w:p>
      <w:pPr>
        <w:pStyle w:val="Heading2"/>
        <w:keepNext/>
        <w:keepLines/>
        <w:spacing w:before="200" w:after="100"/>
      </w:pPr>
      <w:r>
        <w:rPr>
          <w:b/>
          <w:bCs/>
          <w:i w:val="0"/>
          <w:color w:val="01869B"/>
          <w:sz w:val="24"/>
          <w:szCs w:val="24"/>
        </w:rPr>
        <w:t xml:space="preserve">3.2  Personnes formées</w:t>
      </w:r>
    </w:p>
    <w:p>
      <w:pPr>
        <w:keepNext/>
        <w:keepLines/>
        <w:spacing w:before="0" w:after="80"/>
      </w:pPr>
      <w:r>
        <w:rPr>
          <w:b/>
          <w:bCs/>
          <w:i w:val="0"/>
          <w:color w:val="D97706"/>
          <w:sz w:val="19"/>
          <w:szCs w:val="19"/>
        </w:rPr>
        <w:t xml:space="preserve">Information indispensable au traitement de votre demande.</w:t>
      </w:r>
    </w:p>
    <w:tbl>
      <w:tblPr>
        <w:tblW w:w="9638" w:type="dxa"/>
        <w:tblBorders>
          <w:top w:val="single" w:sz="4" w:color="D97706"/>
          <w:left w:val="single" w:sz="4" w:color="D97706"/>
          <w:bottom w:val="single" w:sz="4" w:color="D97706"/>
          <w:right w:val="single" w:sz="4" w:color="D97706"/>
          <w:insideH w:val="single" w:sz="4" w:color="D97706"/>
          <w:insideV w:val="single" w:sz="4" w:color="D97706"/>
        </w:tblBorders>
        <w:tblLayout w:type="fixed"/>
        <w:tblCellMar>
          <w:top w:w="70" w:type="dxa"/>
          <w:left w:w="110" w:type="dxa"/>
          <w:bottom w:w="70" w:type="dxa"/>
          <w:right w:w="110" w:type="dxa"/>
        </w:tblCellMar>
        <w:tblLook w:val="0000" w:firstRow="0" w:lastRow="0" w:firstColumn="0" w:lastColumn="0" w:noHBand="1" w:noVBand="1"/>
      </w:tblPr>
      <w:tblGrid>
        <w:gridCol w:w="4600"/>
        <w:gridCol w:w="5038"/>
      </w:tblGrid>
      <w:tr>
        <w:trPr>
          <w:cantSplit/>
          <w:trHeight w:val="520" w:hRule="atLeast"/>
        </w:trPr>
        <w:tc>
          <w:tcPr>
            <w:tcW w:w="4600" w:type="dxa"/>
            <w:shd w:val="clear" w:color="auto" w:fill="D97706"/>
            <w:vAlign w:val="center"/>
          </w:tcPr>
          <w:p>
            <w:pPr>
              <w:spacing w:before="0" w:after="0"/>
            </w:pPr>
            <w:r>
              <w:rPr>
                <w:b/>
                <w:bCs/>
                <w:i w:val="0"/>
                <w:color w:val="FFFFFF"/>
                <w:sz w:val="21"/>
                <w:szCs w:val="21"/>
              </w:rPr>
              <w:t xml:space="preserve">Nombre de personnes de production</w:t>
            </w:r>
          </w:p>
        </w:tc>
        <w:tc>
          <w:tcPr>
            <w:tcW w:w="5038" w:type="dxa"/>
            <w:shd w:val="clear" w:color="auto" w:fill="FFF4E5"/>
            <w:vAlign w:val="center"/>
          </w:tcPr>
          <w:p>
            <w:pPr>
              <w:spacing w:before="0" w:after="0"/>
            </w:pPr>
            <w:sdt>
              <w:sdtPr>
                <w:rPr>
                  <w:color w:val="2F2F33"/>
                  <w:sz w:val="22"/>
                  <w:szCs w:val="22"/>
                </w:rPr>
                <w:alias w:val="Participants - Production"/>
                <w:tag w:val="Participants - Production"/>
                <w:id w:val="501258"/>
                <w:lock w:val="sdtLocked"/>
                <w:showingPlcHdr/>
                <w:text/>
              </w:sdtPr>
              <w:sdtContent>
                <w:r>
                  <w:rPr>
                    <w:i w:val="0"/>
                    <w:color w:val="7A7A80"/>
                    <w:sz w:val="22"/>
                    <w:szCs w:val="22"/>
                  </w:rPr>
                  <w:t xml:space="preserve">Saisir le nombre</w:t>
                </w:r>
              </w:sdtContent>
            </w:sdt>
          </w:p>
        </w:tc>
      </w:tr>
      <w:tr>
        <w:trPr>
          <w:cantSplit/>
          <w:trHeight w:val="520" w:hRule="atLeast"/>
        </w:trPr>
        <w:tc>
          <w:tcPr>
            <w:tcW w:w="4600" w:type="dxa"/>
            <w:shd w:val="clear" w:color="auto" w:fill="D97706"/>
            <w:vAlign w:val="center"/>
          </w:tcPr>
          <w:p>
            <w:pPr>
              <w:spacing w:before="0" w:after="0"/>
            </w:pPr>
            <w:r>
              <w:rPr>
                <w:b/>
                <w:bCs/>
                <w:i w:val="0"/>
                <w:color w:val="FFFFFF"/>
                <w:sz w:val="21"/>
                <w:szCs w:val="21"/>
              </w:rPr>
              <w:t xml:space="preserve">Nombre de personnes encadrantes</w:t>
            </w:r>
          </w:p>
        </w:tc>
        <w:tc>
          <w:tcPr>
            <w:tcW w:w="5038" w:type="dxa"/>
            <w:shd w:val="clear" w:color="auto" w:fill="FFF4E5"/>
            <w:vAlign w:val="center"/>
          </w:tcPr>
          <w:p>
            <w:pPr>
              <w:spacing w:before="0" w:after="0"/>
            </w:pPr>
            <w:sdt>
              <w:sdtPr>
                <w:rPr>
                  <w:color w:val="2F2F33"/>
                  <w:sz w:val="22"/>
                  <w:szCs w:val="22"/>
                </w:rPr>
                <w:alias w:val="Participants - Encadrement"/>
                <w:tag w:val="Participants - Encadrement"/>
                <w:id w:val="501259"/>
                <w:lock w:val="sdtLocked"/>
                <w:showingPlcHdr/>
                <w:text/>
              </w:sdtPr>
              <w:sdtContent>
                <w:r>
                  <w:rPr>
                    <w:i w:val="0"/>
                    <w:color w:val="7A7A80"/>
                    <w:sz w:val="22"/>
                    <w:szCs w:val="22"/>
                  </w:rPr>
                  <w:t xml:space="preserve">Saisir le nombre</w:t>
                </w:r>
              </w:sdtContent>
            </w:sdt>
          </w:p>
        </w:tc>
      </w:tr>
    </w:tbl>
    <w:p>
      <w:pPr>
        <w:pStyle w:val="Heading2"/>
        <w:keepNext/>
        <w:keepLines/>
        <w:spacing w:before="200" w:after="100"/>
      </w:pPr>
      <w:r>
        <w:rPr>
          <w:b/>
          <w:bCs/>
          <w:i w:val="0"/>
          <w:color w:val="01869B"/>
          <w:sz w:val="24"/>
          <w:szCs w:val="24"/>
        </w:rPr>
        <w:t xml:space="preserve">3.3  Thématique de la formation</w:t>
      </w:r>
    </w:p>
    <w:p>
      <w:pPr>
        <w:keepNext/>
        <w:keepLines/>
        <w:spacing w:before="0" w:after="80"/>
      </w:pPr>
      <w:r>
        <w:rPr>
          <w:i/>
          <w:iCs/>
          <w:color w:val="7A7A80"/>
          <w:sz w:val="18"/>
          <w:szCs w:val="18"/>
        </w:rPr>
        <w:t xml:space="preserve">Cochez la ou les thématiques concernées.</w:t>
      </w:r>
    </w:p>
    <w:tbl>
      <w:tblPr>
        <w:tblW w:w="9638" w:type="dxa"/>
        <w:tblBorders>
          <w:top w:val="single" w:sz="4" w:color="FFFFFF"/>
          <w:left w:val="single" w:sz="4" w:color="FFFFFF"/>
          <w:bottom w:val="single" w:sz="4" w:color="FFFFFF"/>
          <w:right w:val="single" w:sz="4" w:color="FFFFFF"/>
          <w:insideH w:val="single" w:sz="4" w:color="FFFFFF"/>
          <w:insideV w:val="single" w:sz="4" w:color="FFFFFF"/>
        </w:tblBorders>
        <w:tblLayout w:type="fixed"/>
        <w:tblCellMar>
          <w:top w:w="0" w:type="dxa"/>
          <w:left w:w="0" w:type="dxa"/>
          <w:bottom w:w="0" w:type="dxa"/>
          <w:right w:w="0" w:type="dxa"/>
        </w:tblCellMar>
        <w:tblLook w:val="0000" w:firstRow="0" w:lastRow="0" w:firstColumn="0" w:lastColumn="0" w:noHBand="1" w:noVBand="1"/>
      </w:tblPr>
      <w:tblGrid>
        <w:gridCol w:w="3212"/>
        <w:gridCol w:w="3213"/>
        <w:gridCol w:w="3213"/>
      </w:tblGrid>
      <w:tr>
        <w:trPr>
          <w:cantSplit/>
        </w:trPr>
        <w:tc>
          <w:tcPr>
            <w:tcW w:w="3212" w:type="dxa"/>
            <w:shd w:val="clear" w:color="auto" w:fill="E6F3F5"/>
            <w:tcMar>
              <w:top w:w="140" w:type="dxa"/>
              <w:left w:w="160" w:type="dxa"/>
              <w:bottom w:w="140" w:type="dxa"/>
              <w:right w:w="140" w:type="dxa"/>
            </w:tcMar>
            <w:vAlign w:val="top"/>
          </w:tcPr>
          <w:p>
            <w:pPr>
              <w:keepNext/>
              <w:keepLines/>
              <w:spacing w:before="0" w:after="100"/>
            </w:pPr>
            <w:r>
              <w:rPr>
                <w:b/>
                <w:bCs/>
                <w:i w:val="0"/>
                <w:color w:val="340873"/>
                <w:sz w:val="20"/>
                <w:szCs w:val="20"/>
              </w:rPr>
              <w:t xml:space="preserve">1.  Bien-être</w:t>
            </w:r>
          </w:p>
          <w:p>
            <w:pPr>
              <w:spacing w:before="0" w:after="50"/>
              <w:ind w:left="340" w:hanging="340"/>
            </w:pPr>
            <w:sdt>
              <w:sdtPr>
                <w:rPr>
                  <w:rFonts w:ascii="MS Gothic" w:eastAsia="MS Gothic" w:hAnsi="MS Gothic"/>
                  <w:color w:val="01869B"/>
                  <w:sz w:val="24"/>
                  <w:szCs w:val="24"/>
                </w:rPr>
                <w:alias w:val="Theme BE - Gestion des conflits"/>
                <w:tag w:val="Theme BE - Gestion des conflits"/>
                <w:id w:val="501260"/>
                <w14:checkbox>
                  <w14:checked w14:val="0"/>
                  <w14:checkedState w14:val="2612" w14:font="MS Gothic"/>
                  <w14:uncheckedState w14:val="2610" w14:font="MS Gothic"/>
                </w14:checkbox>
              </w:sdtPr>
              <w:sdtContent>
                <w:r>
                  <w:rPr>
                    <w:rFonts w:ascii="MS Gothic" w:eastAsia="MS Gothic" w:hAnsi="MS Gothic"/>
                    <w:color w:val="01869B"/>
                    <w:sz w:val="24"/>
                    <w:szCs w:val="24"/>
                  </w:rPr>
                  <w:t>☐</w:t>
                </w:r>
              </w:sdtContent>
            </w:sdt>
            <w:r>
              <w:rPr>
                <w:i w:val="0"/>
                <w:color w:val="2F2F33"/>
                <w:sz w:val="20"/>
                <w:szCs w:val="20"/>
              </w:rPr>
              <w:t xml:space="preserve">  Gestion des conflits</w:t>
            </w:r>
          </w:p>
          <w:p>
            <w:pPr>
              <w:spacing w:before="0" w:after="50"/>
              <w:ind w:left="340" w:hanging="340"/>
            </w:pPr>
            <w:sdt>
              <w:sdtPr>
                <w:rPr>
                  <w:rFonts w:ascii="MS Gothic" w:eastAsia="MS Gothic" w:hAnsi="MS Gothic"/>
                  <w:color w:val="01869B"/>
                  <w:sz w:val="24"/>
                  <w:szCs w:val="24"/>
                </w:rPr>
                <w:alias w:val="Theme BE - Prévention du harcèl"/>
                <w:tag w:val="Theme BE - Prévention du harcèl"/>
                <w:id w:val="501261"/>
                <w14:checkbox>
                  <w14:checked w14:val="0"/>
                  <w14:checkedState w14:val="2612" w14:font="MS Gothic"/>
                  <w14:uncheckedState w14:val="2610" w14:font="MS Gothic"/>
                </w14:checkbox>
              </w:sdtPr>
              <w:sdtContent>
                <w:r>
                  <w:rPr>
                    <w:rFonts w:ascii="MS Gothic" w:eastAsia="MS Gothic" w:hAnsi="MS Gothic"/>
                    <w:color w:val="01869B"/>
                    <w:sz w:val="24"/>
                    <w:szCs w:val="24"/>
                  </w:rPr>
                  <w:t>☐</w:t>
                </w:r>
              </w:sdtContent>
            </w:sdt>
            <w:r>
              <w:rPr>
                <w:i w:val="0"/>
                <w:color w:val="2F2F33"/>
                <w:sz w:val="20"/>
                <w:szCs w:val="20"/>
              </w:rPr>
              <w:t xml:space="preserve">  Prévention du harcèlement</w:t>
            </w:r>
          </w:p>
          <w:p>
            <w:pPr>
              <w:spacing w:before="0" w:after="50"/>
              <w:ind w:left="340" w:hanging="340"/>
            </w:pPr>
            <w:sdt>
              <w:sdtPr>
                <w:rPr>
                  <w:rFonts w:ascii="MS Gothic" w:eastAsia="MS Gothic" w:hAnsi="MS Gothic"/>
                  <w:color w:val="01869B"/>
                  <w:sz w:val="24"/>
                  <w:szCs w:val="24"/>
                </w:rPr>
                <w:alias w:val="Theme BE - École du dos, hygièn"/>
                <w:tag w:val="Theme BE - École du dos, hygièn"/>
                <w:id w:val="501262"/>
                <w14:checkbox>
                  <w14:checked w14:val="0"/>
                  <w14:checkedState w14:val="2612" w14:font="MS Gothic"/>
                  <w14:uncheckedState w14:val="2610" w14:font="MS Gothic"/>
                </w14:checkbox>
              </w:sdtPr>
              <w:sdtContent>
                <w:r>
                  <w:rPr>
                    <w:rFonts w:ascii="MS Gothic" w:eastAsia="MS Gothic" w:hAnsi="MS Gothic"/>
                    <w:color w:val="01869B"/>
                    <w:sz w:val="24"/>
                    <w:szCs w:val="24"/>
                  </w:rPr>
                  <w:t>☐</w:t>
                </w:r>
              </w:sdtContent>
            </w:sdt>
            <w:r>
              <w:rPr>
                <w:i w:val="0"/>
                <w:color w:val="2F2F33"/>
                <w:sz w:val="20"/>
                <w:szCs w:val="20"/>
              </w:rPr>
              <w:t xml:space="preserve">  École du dos, hygiène, alimentation saine</w:t>
            </w:r>
          </w:p>
          <w:p>
            <w:pPr>
              <w:spacing w:before="0" w:after="0"/>
              <w:ind w:left="340" w:hanging="340"/>
            </w:pPr>
            <w:sdt>
              <w:sdtPr>
                <w:rPr>
                  <w:rFonts w:ascii="MS Gothic" w:eastAsia="MS Gothic" w:hAnsi="MS Gothic"/>
                  <w:color w:val="01869B"/>
                  <w:sz w:val="24"/>
                  <w:szCs w:val="24"/>
                </w:rPr>
                <w:alias w:val="Theme BE - Autres"/>
                <w:tag w:val="Theme BE - Autres"/>
                <w:id w:val="501264"/>
                <w14:checkbox>
                  <w14:checked w14:val="0"/>
                  <w14:checkedState w14:val="2612" w14:font="MS Gothic"/>
                  <w14:uncheckedState w14:val="2610" w14:font="MS Gothic"/>
                </w14:checkbox>
              </w:sdtPr>
              <w:sdtContent>
                <w:r>
                  <w:rPr>
                    <w:rFonts w:ascii="MS Gothic" w:eastAsia="MS Gothic" w:hAnsi="MS Gothic"/>
                    <w:color w:val="01869B"/>
                    <w:sz w:val="24"/>
                    <w:szCs w:val="24"/>
                  </w:rPr>
                  <w:t>☐</w:t>
                </w:r>
              </w:sdtContent>
            </w:sdt>
            <w:r>
              <w:rPr>
                <w:i w:val="0"/>
                <w:color w:val="2F2F33"/>
                <w:sz w:val="20"/>
                <w:szCs w:val="20"/>
              </w:rPr>
              <w:t xml:space="preserve">  Autres : </w:t>
            </w:r>
            <w:sdt>
              <w:sdtPr>
                <w:rPr>
                  <w:color w:val="2F2F33"/>
                  <w:sz w:val="20"/>
                  <w:szCs w:val="20"/>
                </w:rPr>
                <w:alias w:val="Theme BE - Autres precision"/>
                <w:tag w:val="Theme BE - Autres precision"/>
                <w:id w:val="501263"/>
                <w:lock w:val="sdtLocked"/>
                <w:showingPlcHdr/>
                <w:text/>
              </w:sdtPr>
              <w:sdtContent>
                <w:r>
                  <w:rPr>
                    <w:i w:val="0"/>
                    <w:color w:val="7A7A80"/>
                    <w:sz w:val="20"/>
                    <w:szCs w:val="20"/>
                  </w:rPr>
                  <w:t xml:space="preserve">préciser</w:t>
                </w:r>
              </w:sdtContent>
            </w:sdt>
          </w:p>
        </w:tc>
        <w:tc>
          <w:tcPr>
            <w:tcW w:w="3213" w:type="dxa"/>
            <w:shd w:val="clear" w:color="auto" w:fill="E6F3F5"/>
            <w:tcMar>
              <w:top w:w="140" w:type="dxa"/>
              <w:left w:w="160" w:type="dxa"/>
              <w:bottom w:w="140" w:type="dxa"/>
              <w:right w:w="140" w:type="dxa"/>
            </w:tcMar>
            <w:vAlign w:val="top"/>
          </w:tcPr>
          <w:p>
            <w:pPr>
              <w:keepNext/>
              <w:keepLines/>
              <w:spacing w:before="0" w:after="100"/>
            </w:pPr>
            <w:r>
              <w:rPr>
                <w:b/>
                <w:bCs/>
                <w:i w:val="0"/>
                <w:color w:val="340873"/>
                <w:sz w:val="20"/>
                <w:szCs w:val="20"/>
              </w:rPr>
              <w:t xml:space="preserve">2.  Compétences personnelles</w:t>
            </w:r>
          </w:p>
          <w:p>
            <w:pPr>
              <w:spacing w:before="0" w:after="50"/>
              <w:ind w:left="340" w:hanging="340"/>
            </w:pPr>
            <w:sdt>
              <w:sdtPr>
                <w:rPr>
                  <w:rFonts w:ascii="MS Gothic" w:eastAsia="MS Gothic" w:hAnsi="MS Gothic"/>
                  <w:color w:val="01869B"/>
                  <w:sz w:val="24"/>
                  <w:szCs w:val="24"/>
                </w:rPr>
                <w:alias w:val="Theme CP - Alphabétisation"/>
                <w:tag w:val="Theme CP - Alphabétisation"/>
                <w:id w:val="501265"/>
                <w14:checkbox>
                  <w14:checked w14:val="0"/>
                  <w14:checkedState w14:val="2612" w14:font="MS Gothic"/>
                  <w14:uncheckedState w14:val="2610" w14:font="MS Gothic"/>
                </w14:checkbox>
              </w:sdtPr>
              <w:sdtContent>
                <w:r>
                  <w:rPr>
                    <w:rFonts w:ascii="MS Gothic" w:eastAsia="MS Gothic" w:hAnsi="MS Gothic"/>
                    <w:color w:val="01869B"/>
                    <w:sz w:val="24"/>
                    <w:szCs w:val="24"/>
                  </w:rPr>
                  <w:t>☐</w:t>
                </w:r>
              </w:sdtContent>
            </w:sdt>
            <w:r>
              <w:rPr>
                <w:i w:val="0"/>
                <w:color w:val="2F2F33"/>
                <w:sz w:val="20"/>
                <w:szCs w:val="20"/>
              </w:rPr>
              <w:t xml:space="preserve">  Alphabétisation</w:t>
            </w:r>
          </w:p>
          <w:p>
            <w:pPr>
              <w:spacing w:before="0" w:after="50"/>
              <w:ind w:left="340" w:hanging="340"/>
            </w:pPr>
            <w:sdt>
              <w:sdtPr>
                <w:rPr>
                  <w:rFonts w:ascii="MS Gothic" w:eastAsia="MS Gothic" w:hAnsi="MS Gothic"/>
                  <w:color w:val="01869B"/>
                  <w:sz w:val="24"/>
                  <w:szCs w:val="24"/>
                </w:rPr>
                <w:alias w:val="Theme CP - Gestion de budget pe"/>
                <w:tag w:val="Theme CP - Gestion de budget pe"/>
                <w:id w:val="501266"/>
                <w14:checkbox>
                  <w14:checked w14:val="0"/>
                  <w14:checkedState w14:val="2612" w14:font="MS Gothic"/>
                  <w14:uncheckedState w14:val="2610" w14:font="MS Gothic"/>
                </w14:checkbox>
              </w:sdtPr>
              <w:sdtContent>
                <w:r>
                  <w:rPr>
                    <w:rFonts w:ascii="MS Gothic" w:eastAsia="MS Gothic" w:hAnsi="MS Gothic"/>
                    <w:color w:val="01869B"/>
                    <w:sz w:val="24"/>
                    <w:szCs w:val="24"/>
                  </w:rPr>
                  <w:t>☐</w:t>
                </w:r>
              </w:sdtContent>
            </w:sdt>
            <w:r>
              <w:rPr>
                <w:i w:val="0"/>
                <w:color w:val="2F2F33"/>
                <w:sz w:val="20"/>
                <w:szCs w:val="20"/>
              </w:rPr>
              <w:t xml:space="preserve">  Gestion de budget personnel</w:t>
            </w:r>
          </w:p>
          <w:p>
            <w:pPr>
              <w:spacing w:before="0" w:after="50"/>
              <w:ind w:left="340" w:hanging="340"/>
            </w:pPr>
            <w:sdt>
              <w:sdtPr>
                <w:rPr>
                  <w:rFonts w:ascii="MS Gothic" w:eastAsia="MS Gothic" w:hAnsi="MS Gothic"/>
                  <w:color w:val="01869B"/>
                  <w:sz w:val="24"/>
                  <w:szCs w:val="24"/>
                </w:rPr>
                <w:alias w:val="Theme CP - Langue des signes et"/>
                <w:tag w:val="Theme CP - Langue des signes et"/>
                <w:id w:val="501267"/>
                <w14:checkbox>
                  <w14:checked w14:val="0"/>
                  <w14:checkedState w14:val="2612" w14:font="MS Gothic"/>
                  <w14:uncheckedState w14:val="2610" w14:font="MS Gothic"/>
                </w14:checkbox>
              </w:sdtPr>
              <w:sdtContent>
                <w:r>
                  <w:rPr>
                    <w:rFonts w:ascii="MS Gothic" w:eastAsia="MS Gothic" w:hAnsi="MS Gothic"/>
                    <w:color w:val="01869B"/>
                    <w:sz w:val="24"/>
                    <w:szCs w:val="24"/>
                  </w:rPr>
                  <w:t>☐</w:t>
                </w:r>
              </w:sdtContent>
            </w:sdt>
            <w:r>
              <w:rPr>
                <w:i w:val="0"/>
                <w:color w:val="2F2F33"/>
                <w:sz w:val="20"/>
                <w:szCs w:val="20"/>
              </w:rPr>
              <w:t xml:space="preserve">  Langue des signes et écriture en FALC</w:t>
            </w:r>
          </w:p>
          <w:p>
            <w:pPr>
              <w:spacing w:before="0" w:after="50"/>
              <w:ind w:left="340" w:hanging="340"/>
            </w:pPr>
            <w:sdt>
              <w:sdtPr>
                <w:rPr>
                  <w:rFonts w:ascii="MS Gothic" w:eastAsia="MS Gothic" w:hAnsi="MS Gothic"/>
                  <w:color w:val="01869B"/>
                  <w:sz w:val="24"/>
                  <w:szCs w:val="24"/>
                </w:rPr>
                <w:alias w:val="Theme CP - Sécurité informatiqu"/>
                <w:tag w:val="Theme CP - Sécurité informatiqu"/>
                <w:id w:val="501268"/>
                <w14:checkbox>
                  <w14:checked w14:val="0"/>
                  <w14:checkedState w14:val="2612" w14:font="MS Gothic"/>
                  <w14:uncheckedState w14:val="2610" w14:font="MS Gothic"/>
                </w14:checkbox>
              </w:sdtPr>
              <w:sdtContent>
                <w:r>
                  <w:rPr>
                    <w:rFonts w:ascii="MS Gothic" w:eastAsia="MS Gothic" w:hAnsi="MS Gothic"/>
                    <w:color w:val="01869B"/>
                    <w:sz w:val="24"/>
                    <w:szCs w:val="24"/>
                  </w:rPr>
                  <w:t>☐</w:t>
                </w:r>
              </w:sdtContent>
            </w:sdt>
            <w:r>
              <w:rPr>
                <w:i w:val="0"/>
                <w:color w:val="2F2F33"/>
                <w:sz w:val="20"/>
                <w:szCs w:val="20"/>
              </w:rPr>
              <w:t xml:space="preserve">  Sécurité informatique</w:t>
            </w:r>
          </w:p>
          <w:p>
            <w:pPr>
              <w:spacing w:before="0" w:after="0"/>
              <w:ind w:left="340" w:hanging="340"/>
            </w:pPr>
            <w:sdt>
              <w:sdtPr>
                <w:rPr>
                  <w:rFonts w:ascii="MS Gothic" w:eastAsia="MS Gothic" w:hAnsi="MS Gothic"/>
                  <w:color w:val="01869B"/>
                  <w:sz w:val="24"/>
                  <w:szCs w:val="24"/>
                </w:rPr>
                <w:alias w:val="Theme CP - Autres"/>
                <w:tag w:val="Theme CP - Autres"/>
                <w:id w:val="501270"/>
                <w14:checkbox>
                  <w14:checked w14:val="0"/>
                  <w14:checkedState w14:val="2612" w14:font="MS Gothic"/>
                  <w14:uncheckedState w14:val="2610" w14:font="MS Gothic"/>
                </w14:checkbox>
              </w:sdtPr>
              <w:sdtContent>
                <w:r>
                  <w:rPr>
                    <w:rFonts w:ascii="MS Gothic" w:eastAsia="MS Gothic" w:hAnsi="MS Gothic"/>
                    <w:color w:val="01869B"/>
                    <w:sz w:val="24"/>
                    <w:szCs w:val="24"/>
                  </w:rPr>
                  <w:t>☐</w:t>
                </w:r>
              </w:sdtContent>
            </w:sdt>
            <w:r>
              <w:rPr>
                <w:i w:val="0"/>
                <w:color w:val="2F2F33"/>
                <w:sz w:val="20"/>
                <w:szCs w:val="20"/>
              </w:rPr>
              <w:t xml:space="preserve">  Autres : </w:t>
            </w:r>
            <w:sdt>
              <w:sdtPr>
                <w:rPr>
                  <w:color w:val="2F2F33"/>
                  <w:sz w:val="20"/>
                  <w:szCs w:val="20"/>
                </w:rPr>
                <w:alias w:val="Theme CP - Autres precision"/>
                <w:tag w:val="Theme CP - Autres precision"/>
                <w:id w:val="501269"/>
                <w:lock w:val="sdtLocked"/>
                <w:showingPlcHdr/>
                <w:text/>
              </w:sdtPr>
              <w:sdtContent>
                <w:r>
                  <w:rPr>
                    <w:i w:val="0"/>
                    <w:color w:val="7A7A80"/>
                    <w:sz w:val="20"/>
                    <w:szCs w:val="20"/>
                  </w:rPr>
                  <w:t xml:space="preserve">préciser</w:t>
                </w:r>
              </w:sdtContent>
            </w:sdt>
          </w:p>
        </w:tc>
        <w:tc>
          <w:tcPr>
            <w:tcW w:w="3213" w:type="dxa"/>
            <w:shd w:val="clear" w:color="auto" w:fill="E6F3F5"/>
            <w:tcMar>
              <w:top w:w="140" w:type="dxa"/>
              <w:left w:w="160" w:type="dxa"/>
              <w:bottom w:w="140" w:type="dxa"/>
              <w:right w:w="140" w:type="dxa"/>
            </w:tcMar>
            <w:vAlign w:val="top"/>
          </w:tcPr>
          <w:p>
            <w:pPr>
              <w:keepNext/>
              <w:keepLines/>
              <w:spacing w:before="0" w:after="100"/>
            </w:pPr>
            <w:r>
              <w:rPr>
                <w:b/>
                <w:bCs/>
                <w:i w:val="0"/>
                <w:color w:val="340873"/>
                <w:sz w:val="20"/>
                <w:szCs w:val="20"/>
              </w:rPr>
              <w:t xml:space="preserve">3.  Compétences professionnelles</w:t>
            </w:r>
          </w:p>
          <w:p>
            <w:pPr>
              <w:spacing w:before="0" w:after="50"/>
              <w:ind w:left="340" w:hanging="340"/>
            </w:pPr>
            <w:sdt>
              <w:sdtPr>
                <w:rPr>
                  <w:rFonts w:ascii="MS Gothic" w:eastAsia="MS Gothic" w:hAnsi="MS Gothic"/>
                  <w:color w:val="01869B"/>
                  <w:sz w:val="24"/>
                  <w:szCs w:val="24"/>
                </w:rPr>
                <w:alias w:val="Theme PRO - Techniques (soudure,"/>
                <w:tag w:val="Theme PRO - Techniques (soudure,"/>
                <w:id w:val="501271"/>
                <w14:checkbox>
                  <w14:checked w14:val="0"/>
                  <w14:checkedState w14:val="2612" w14:font="MS Gothic"/>
                  <w14:uncheckedState w14:val="2610" w14:font="MS Gothic"/>
                </w14:checkbox>
              </w:sdtPr>
              <w:sdtContent>
                <w:r>
                  <w:rPr>
                    <w:rFonts w:ascii="MS Gothic" w:eastAsia="MS Gothic" w:hAnsi="MS Gothic"/>
                    <w:color w:val="01869B"/>
                    <w:sz w:val="24"/>
                    <w:szCs w:val="24"/>
                  </w:rPr>
                  <w:t>☐</w:t>
                </w:r>
              </w:sdtContent>
            </w:sdt>
            <w:r>
              <w:rPr>
                <w:i w:val="0"/>
                <w:color w:val="2F2F33"/>
                <w:sz w:val="20"/>
                <w:szCs w:val="20"/>
              </w:rPr>
              <w:t xml:space="preserve">  Techniques (soudure, couture, cariste, etc.)</w:t>
            </w:r>
          </w:p>
          <w:p>
            <w:pPr>
              <w:spacing w:before="0" w:after="50"/>
              <w:ind w:left="340" w:hanging="340"/>
            </w:pPr>
            <w:sdt>
              <w:sdtPr>
                <w:rPr>
                  <w:rFonts w:ascii="MS Gothic" w:eastAsia="MS Gothic" w:hAnsi="MS Gothic"/>
                  <w:color w:val="01869B"/>
                  <w:sz w:val="24"/>
                  <w:szCs w:val="24"/>
                </w:rPr>
                <w:alias w:val="Theme PRO - Numériques (itsme, o"/>
                <w:tag w:val="Theme PRO - Numériques (itsme, o"/>
                <w:id w:val="501272"/>
                <w14:checkbox>
                  <w14:checked w14:val="0"/>
                  <w14:checkedState w14:val="2612" w14:font="MS Gothic"/>
                  <w14:uncheckedState w14:val="2610" w14:font="MS Gothic"/>
                </w14:checkbox>
              </w:sdtPr>
              <w:sdtContent>
                <w:r>
                  <w:rPr>
                    <w:rFonts w:ascii="MS Gothic" w:eastAsia="MS Gothic" w:hAnsi="MS Gothic"/>
                    <w:color w:val="01869B"/>
                    <w:sz w:val="24"/>
                    <w:szCs w:val="24"/>
                  </w:rPr>
                  <w:t>☐</w:t>
                </w:r>
              </w:sdtContent>
            </w:sdt>
            <w:r>
              <w:rPr>
                <w:i w:val="0"/>
                <w:color w:val="2F2F33"/>
                <w:sz w:val="20"/>
                <w:szCs w:val="20"/>
              </w:rPr>
              <w:t xml:space="preserve">  Numériques (itsme, outils bureautiques)</w:t>
            </w:r>
          </w:p>
          <w:p>
            <w:pPr>
              <w:spacing w:before="0" w:after="50"/>
              <w:ind w:left="340" w:hanging="340"/>
            </w:pPr>
            <w:sdt>
              <w:sdtPr>
                <w:rPr>
                  <w:rFonts w:ascii="MS Gothic" w:eastAsia="MS Gothic" w:hAnsi="MS Gothic"/>
                  <w:color w:val="01869B"/>
                  <w:sz w:val="24"/>
                  <w:szCs w:val="24"/>
                </w:rPr>
                <w:alias w:val="Theme PRO - Sensibilisation aux "/>
                <w:tag w:val="Theme PRO - Sensibilisation aux "/>
                <w:id w:val="501273"/>
                <w14:checkbox>
                  <w14:checked w14:val="0"/>
                  <w14:checkedState w14:val="2612" w14:font="MS Gothic"/>
                  <w14:uncheckedState w14:val="2610" w14:font="MS Gothic"/>
                </w14:checkbox>
              </w:sdtPr>
              <w:sdtContent>
                <w:r>
                  <w:rPr>
                    <w:rFonts w:ascii="MS Gothic" w:eastAsia="MS Gothic" w:hAnsi="MS Gothic"/>
                    <w:color w:val="01869B"/>
                    <w:sz w:val="24"/>
                    <w:szCs w:val="24"/>
                  </w:rPr>
                  <w:t>☐</w:t>
                </w:r>
              </w:sdtContent>
            </w:sdt>
            <w:r>
              <w:rPr>
                <w:i w:val="0"/>
                <w:color w:val="2F2F33"/>
                <w:sz w:val="20"/>
                <w:szCs w:val="20"/>
              </w:rPr>
              <w:t xml:space="preserve">  Sensibilisation aux spécificités des handicaps</w:t>
            </w:r>
          </w:p>
          <w:p>
            <w:pPr>
              <w:spacing w:before="0" w:after="0"/>
              <w:ind w:left="340" w:hanging="340"/>
            </w:pPr>
            <w:sdt>
              <w:sdtPr>
                <w:rPr>
                  <w:rFonts w:ascii="MS Gothic" w:eastAsia="MS Gothic" w:hAnsi="MS Gothic"/>
                  <w:color w:val="01869B"/>
                  <w:sz w:val="24"/>
                  <w:szCs w:val="24"/>
                </w:rPr>
                <w:alias w:val="Theme PRO - Autres"/>
                <w:tag w:val="Theme PRO - Autres"/>
                <w:id w:val="501275"/>
                <w14:checkbox>
                  <w14:checked w14:val="0"/>
                  <w14:checkedState w14:val="2612" w14:font="MS Gothic"/>
                  <w14:uncheckedState w14:val="2610" w14:font="MS Gothic"/>
                </w14:checkbox>
              </w:sdtPr>
              <w:sdtContent>
                <w:r>
                  <w:rPr>
                    <w:rFonts w:ascii="MS Gothic" w:eastAsia="MS Gothic" w:hAnsi="MS Gothic"/>
                    <w:color w:val="01869B"/>
                    <w:sz w:val="24"/>
                    <w:szCs w:val="24"/>
                  </w:rPr>
                  <w:t>☐</w:t>
                </w:r>
              </w:sdtContent>
            </w:sdt>
            <w:r>
              <w:rPr>
                <w:i w:val="0"/>
                <w:color w:val="2F2F33"/>
                <w:sz w:val="20"/>
                <w:szCs w:val="20"/>
              </w:rPr>
              <w:t xml:space="preserve">  Autres : </w:t>
            </w:r>
            <w:sdt>
              <w:sdtPr>
                <w:rPr>
                  <w:color w:val="2F2F33"/>
                  <w:sz w:val="20"/>
                  <w:szCs w:val="20"/>
                </w:rPr>
                <w:alias w:val="Theme PRO - Autres precision"/>
                <w:tag w:val="Theme PRO - Autres precision"/>
                <w:id w:val="501274"/>
                <w:lock w:val="sdtLocked"/>
                <w:showingPlcHdr/>
                <w:text/>
              </w:sdtPr>
              <w:sdtContent>
                <w:r>
                  <w:rPr>
                    <w:i w:val="0"/>
                    <w:color w:val="7A7A80"/>
                    <w:sz w:val="20"/>
                    <w:szCs w:val="20"/>
                  </w:rPr>
                  <w:t xml:space="preserve">préciser</w:t>
                </w:r>
              </w:sdtContent>
            </w:sdt>
          </w:p>
        </w:tc>
      </w:tr>
    </w:tbl>
    <w:p>
      <w:pPr>
        <w:pStyle w:val="Heading2"/>
        <w:keepNext/>
        <w:keepLines/>
        <w:spacing w:before="200" w:after="100"/>
      </w:pPr>
      <w:r>
        <w:rPr>
          <w:b/>
          <w:bCs/>
          <w:i w:val="0"/>
          <w:color w:val="01869B"/>
          <w:sz w:val="24"/>
          <w:szCs w:val="24"/>
        </w:rPr>
        <w:t xml:space="preserve">3.4  Opérateur de formation</w:t>
      </w:r>
    </w:p>
    <w:tbl>
      <w:tblPr>
        <w:tblW w:w="9638" w:type="dxa"/>
        <w:tblBorders>
          <w:top w:val="single" w:sz="4" w:color="B3DAE0"/>
          <w:left w:val="single" w:sz="4" w:color="B3DAE0"/>
          <w:bottom w:val="single" w:sz="4" w:color="B3DAE0"/>
          <w:right w:val="single" w:sz="4" w:color="B3DAE0"/>
          <w:insideH w:val="single" w:sz="4" w:color="B3DAE0"/>
          <w:insideV w:val="single" w:sz="4" w:color="B3DAE0"/>
        </w:tblBorders>
        <w:tblLayout w:type="fixed"/>
        <w:tblCellMar>
          <w:top w:w="70" w:type="dxa"/>
          <w:left w:w="110" w:type="dxa"/>
          <w:bottom w:w="70" w:type="dxa"/>
          <w:right w:w="110" w:type="dxa"/>
        </w:tblCellMar>
        <w:tblLook w:val="0000" w:firstRow="0" w:lastRow="0" w:firstColumn="0" w:lastColumn="0" w:noHBand="1" w:noVBand="1"/>
      </w:tblPr>
      <w:tblGrid>
        <w:gridCol w:w="3100"/>
        <w:gridCol w:w="2769"/>
        <w:gridCol w:w="1500"/>
        <w:gridCol w:w="2269"/>
      </w:tblGrid>
      <w:tr>
        <w:trPr>
          <w:cantSplit/>
          <w:trHeight w:val="440" w:hRule="atLeast"/>
        </w:trPr>
        <w:tc>
          <w:tcPr>
            <w:tcW w:w="3100" w:type="dxa"/>
            <w:shd w:val="clear" w:color="auto" w:fill="E6F3F5"/>
            <w:vAlign w:val="center"/>
          </w:tcPr>
          <w:p>
            <w:pPr>
              <w:spacing w:before="0" w:after="0"/>
            </w:pPr>
            <w:r>
              <w:rPr>
                <w:b/>
                <w:bCs/>
                <w:i w:val="0"/>
                <w:color w:val="2F2F33"/>
                <w:sz w:val="20"/>
                <w:szCs w:val="20"/>
              </w:rPr>
              <w:t xml:space="preserve">Nom de l’opérateur</w:t>
            </w:r>
          </w:p>
        </w:tc>
        <w:tc>
          <w:tcPr>
            <w:tcW w:w="6538" w:type="dxa"/>
            <w:gridSpan w:val="3"/>
            <w:vAlign w:val="center"/>
          </w:tcPr>
          <w:p>
            <w:pPr>
              <w:spacing w:before="0" w:after="0"/>
            </w:pPr>
            <w:sdt>
              <w:sdtPr>
                <w:rPr>
                  <w:color w:val="2F2F33"/>
                  <w:sz w:val="21"/>
                  <w:szCs w:val="21"/>
                </w:rPr>
                <w:alias w:val="Operateur - Nom"/>
                <w:tag w:val="Operateur - Nom"/>
                <w:id w:val="501276"/>
                <w:lock w:val="sdtLocked"/>
                <w:showingPlcHdr/>
                <w:text/>
              </w:sdtPr>
              <w:sdtContent>
                <w:r>
                  <w:rPr>
                    <w:i w:val="0"/>
                    <w:color w:val="7A7A80"/>
                    <w:sz w:val="21"/>
                    <w:szCs w:val="21"/>
                  </w:rPr>
                  <w:t xml:space="preserve">Cliquez ici pour saisir</w:t>
                </w:r>
              </w:sdtContent>
            </w:sdt>
          </w:p>
        </w:tc>
      </w:tr>
      <w:tr>
        <w:trPr>
          <w:cantSplit/>
          <w:trHeight w:val="440" w:hRule="atLeast"/>
        </w:trPr>
        <w:tc>
          <w:tcPr>
            <w:tcW w:w="3100" w:type="dxa"/>
            <w:shd w:val="clear" w:color="auto" w:fill="E6F3F5"/>
            <w:vAlign w:val="center"/>
          </w:tcPr>
          <w:p>
            <w:pPr>
              <w:spacing w:before="0" w:after="0"/>
            </w:pPr>
            <w:r>
              <w:rPr>
                <w:b/>
                <w:bCs/>
                <w:i w:val="0"/>
                <w:color w:val="2F2F33"/>
                <w:sz w:val="20"/>
                <w:szCs w:val="20"/>
              </w:rPr>
              <w:t xml:space="preserve">Adresse postale</w:t>
            </w:r>
          </w:p>
        </w:tc>
        <w:tc>
          <w:tcPr>
            <w:tcW w:w="6538" w:type="dxa"/>
            <w:gridSpan w:val="3"/>
            <w:vAlign w:val="center"/>
          </w:tcPr>
          <w:p>
            <w:pPr>
              <w:spacing w:before="0" w:after="0"/>
            </w:pPr>
            <w:sdt>
              <w:sdtPr>
                <w:rPr>
                  <w:color w:val="2F2F33"/>
                  <w:sz w:val="21"/>
                  <w:szCs w:val="21"/>
                </w:rPr>
                <w:alias w:val="Operateur - Adresse"/>
                <w:tag w:val="Operateur - Adresse"/>
                <w:id w:val="501277"/>
                <w:lock w:val="sdtLocked"/>
                <w:showingPlcHdr/>
                <w:text/>
              </w:sdtPr>
              <w:sdtContent>
                <w:r>
                  <w:rPr>
                    <w:i w:val="0"/>
                    <w:color w:val="7A7A80"/>
                    <w:sz w:val="21"/>
                    <w:szCs w:val="21"/>
                  </w:rPr>
                  <w:t xml:space="preserve">Cliquez ici pour saisir</w:t>
                </w:r>
              </w:sdtContent>
            </w:sdt>
          </w:p>
        </w:tc>
      </w:tr>
      <w:tr>
        <w:trPr>
          <w:cantSplit/>
          <w:trHeight w:val="440" w:hRule="atLeast"/>
        </w:trPr>
        <w:tc>
          <w:tcPr>
            <w:tcW w:w="3100" w:type="dxa"/>
            <w:shd w:val="clear" w:color="auto" w:fill="E6F3F5"/>
            <w:vAlign w:val="center"/>
          </w:tcPr>
          <w:p>
            <w:pPr>
              <w:spacing w:before="0" w:after="0"/>
            </w:pPr>
            <w:r>
              <w:rPr>
                <w:b/>
                <w:bCs/>
                <w:i w:val="0"/>
                <w:color w:val="2F2F33"/>
                <w:sz w:val="20"/>
                <w:szCs w:val="20"/>
              </w:rPr>
              <w:t xml:space="preserve">Site web</w:t>
            </w:r>
          </w:p>
        </w:tc>
        <w:tc>
          <w:tcPr>
            <w:tcW w:w="6538" w:type="dxa"/>
            <w:gridSpan w:val="3"/>
            <w:vAlign w:val="center"/>
          </w:tcPr>
          <w:p>
            <w:pPr>
              <w:spacing w:before="0" w:after="0"/>
            </w:pPr>
            <w:sdt>
              <w:sdtPr>
                <w:rPr>
                  <w:color w:val="2F2F33"/>
                  <w:sz w:val="21"/>
                  <w:szCs w:val="21"/>
                </w:rPr>
                <w:alias w:val="Operateur - Site web"/>
                <w:tag w:val="Operateur - Site web"/>
                <w:id w:val="501278"/>
                <w:lock w:val="sdtLocked"/>
                <w:showingPlcHdr/>
                <w:text/>
              </w:sdtPr>
              <w:sdtContent>
                <w:r>
                  <w:rPr>
                    <w:i w:val="0"/>
                    <w:color w:val="7A7A80"/>
                    <w:sz w:val="21"/>
                    <w:szCs w:val="21"/>
                  </w:rPr>
                  <w:t xml:space="preserve">Cliquez ici pour saisir</w:t>
                </w:r>
              </w:sdtContent>
            </w:sdt>
          </w:p>
        </w:tc>
      </w:tr>
      <w:tr>
        <w:trPr>
          <w:cantSplit/>
          <w:trHeight w:val="440" w:hRule="atLeast"/>
        </w:trPr>
        <w:tc>
          <w:tcPr>
            <w:tcW w:w="3100" w:type="dxa"/>
            <w:shd w:val="clear" w:color="auto" w:fill="E6F3F5"/>
            <w:vAlign w:val="center"/>
          </w:tcPr>
          <w:p>
            <w:pPr>
              <w:spacing w:before="0" w:after="0"/>
            </w:pPr>
            <w:r>
              <w:rPr>
                <w:b/>
                <w:bCs/>
                <w:i w:val="0"/>
                <w:color w:val="2F2F33"/>
                <w:sz w:val="20"/>
                <w:szCs w:val="20"/>
              </w:rPr>
              <w:t xml:space="preserve">Nom du formateur ou de la formatrice</w:t>
            </w:r>
          </w:p>
        </w:tc>
        <w:tc>
          <w:tcPr>
            <w:tcW w:w="6538" w:type="dxa"/>
            <w:gridSpan w:val="3"/>
            <w:vAlign w:val="center"/>
          </w:tcPr>
          <w:p>
            <w:pPr>
              <w:spacing w:before="0" w:after="0"/>
            </w:pPr>
            <w:sdt>
              <w:sdtPr>
                <w:rPr>
                  <w:color w:val="2F2F33"/>
                  <w:sz w:val="21"/>
                  <w:szCs w:val="21"/>
                </w:rPr>
                <w:alias w:val="Operateur - Formateur"/>
                <w:tag w:val="Operateur - Formateur"/>
                <w:id w:val="501279"/>
                <w:lock w:val="sdtLocked"/>
                <w:showingPlcHdr/>
                <w:text/>
              </w:sdtPr>
              <w:sdtContent>
                <w:r>
                  <w:rPr>
                    <w:i w:val="0"/>
                    <w:color w:val="7A7A80"/>
                    <w:sz w:val="21"/>
                    <w:szCs w:val="21"/>
                  </w:rPr>
                  <w:t xml:space="preserve">Cliquez ici pour saisir</w:t>
                </w:r>
              </w:sdtContent>
            </w:sdt>
          </w:p>
        </w:tc>
      </w:tr>
    </w:tbl>
    <w:p>
      <w:pPr>
        <w:pStyle w:val="Heading2"/>
        <w:keepNext/>
        <w:keepLines/>
        <w:spacing w:before="200" w:after="100"/>
      </w:pPr>
      <w:r>
        <w:rPr>
          <w:b/>
          <w:bCs/>
          <w:i w:val="0"/>
          <w:color w:val="01869B"/>
          <w:sz w:val="24"/>
          <w:szCs w:val="24"/>
        </w:rPr>
        <w:t xml:space="preserve">3.5  Objectifs et impact de la formation</w:t>
      </w:r>
    </w:p>
    <w:p>
      <w:pPr>
        <w:keepNext/>
        <w:keepLines/>
        <w:spacing w:before="0" w:after="60"/>
      </w:pPr>
      <w:r>
        <w:rPr>
          <w:b/>
          <w:bCs/>
          <w:i w:val="0"/>
          <w:color w:val="2F2F33"/>
          <w:sz w:val="21"/>
          <w:szCs w:val="21"/>
        </w:rPr>
        <w:t xml:space="preserve">Quels sont les objectifs de cette formation ?</w:t>
      </w:r>
    </w:p>
    <w:tbl>
      <w:tblPr>
        <w:tblW w:w="9638" w:type="dxa"/>
        <w:tblBorders>
          <w:top w:val="single" w:sz="4" w:color="B3DAE0"/>
          <w:left w:val="single" w:sz="4" w:color="B3DAE0"/>
          <w:bottom w:val="single" w:sz="4" w:color="B3DAE0"/>
          <w:right w:val="single" w:sz="4" w:color="B3DAE0"/>
          <w:insideH w:val="single" w:sz="4" w:color="B3DAE0"/>
          <w:insideV w:val="single" w:sz="4" w:color="B3DAE0"/>
        </w:tblBorders>
        <w:tblLayout w:type="fixed"/>
        <w:tblCellMar>
          <w:top w:w="70" w:type="dxa"/>
          <w:left w:w="110" w:type="dxa"/>
          <w:bottom w:w="70" w:type="dxa"/>
          <w:right w:w="110" w:type="dxa"/>
        </w:tblCellMar>
        <w:tblLook w:val="0000" w:firstRow="0" w:lastRow="0" w:firstColumn="0" w:lastColumn="0" w:noHBand="1" w:noVBand="1"/>
      </w:tblPr>
      <w:tblGrid>
        <w:gridCol w:w="9638"/>
      </w:tblGrid>
      <w:tr>
        <w:trPr>
          <w:cantSplit/>
          <w:trHeight w:val="1900" w:hRule="atLeast"/>
        </w:trPr>
        <w:tc>
          <w:tcPr>
            <w:tcW w:w="9638" w:type="dxa"/>
            <w:tcMar>
              <w:top w:w="120" w:type="dxa"/>
              <w:left w:w="160" w:type="dxa"/>
              <w:bottom w:w="120" w:type="dxa"/>
              <w:right w:w="160" w:type="dxa"/>
            </w:tcMar>
            <w:vAlign w:val="top"/>
          </w:tcPr>
          <w:p>
            <w:pPr>
              <w:spacing w:before="0" w:after="0"/>
            </w:pPr>
            <w:sdt>
              <w:sdtPr>
                <w:rPr>
                  <w:color w:val="2F2F33"/>
                  <w:sz w:val="21"/>
                  <w:szCs w:val="21"/>
                </w:rPr>
                <w:alias w:val="Objectifs"/>
                <w:tag w:val="Objectifs"/>
                <w:id w:val="501280"/>
                <w:lock w:val="sdtLocked"/>
                <w:showingPlcHdr/>
                <w:text w:multiLine="1"/>
              </w:sdtPr>
              <w:sdtContent>
                <w:r>
                  <w:rPr>
                    <w:i w:val="0"/>
                    <w:color w:val="7A7A80"/>
                    <w:sz w:val="21"/>
                    <w:szCs w:val="21"/>
                  </w:rPr>
                  <w:t xml:space="preserve">Cliquez ici pour saisir votre réponse</w:t>
                </w:r>
              </w:sdtContent>
            </w:sdt>
          </w:p>
        </w:tc>
      </w:tr>
    </w:tbl>
    <w:p>
      <w:pPr>
        <w:spacing w:before="0" w:after="120" w:line="120" w:lineRule="auto"/>
      </w:pPr>
    </w:p>
    <w:p>
      <w:pPr>
        <w:keepNext/>
        <w:keepLines/>
        <w:spacing w:before="0" w:after="60"/>
      </w:pPr>
      <w:r>
        <w:rPr>
          <w:b/>
          <w:bCs/>
          <w:i w:val="0"/>
          <w:color w:val="2F2F33"/>
          <w:sz w:val="21"/>
          <w:szCs w:val="21"/>
        </w:rPr>
        <w:t xml:space="preserve">Si la formation concerne des compétences professionnelles : en quoi permet-elle une actualisation des connaissances ou une évolution professionnelle ?</w:t>
      </w:r>
    </w:p>
    <w:p>
      <w:pPr>
        <w:spacing w:before="0" w:after="60"/>
      </w:pPr>
      <w:r>
        <w:rPr>
          <w:i/>
          <w:iCs/>
          <w:color w:val="7A7A80"/>
          <w:sz w:val="18"/>
          <w:szCs w:val="18"/>
        </w:rPr>
        <w:t xml:space="preserve">Précisez le changement attendu et si la formation amène à un changement de fonction.</w:t>
      </w:r>
    </w:p>
    <w:tbl>
      <w:tblPr>
        <w:tblW w:w="9638" w:type="dxa"/>
        <w:tblBorders>
          <w:top w:val="single" w:sz="4" w:color="B3DAE0"/>
          <w:left w:val="single" w:sz="4" w:color="B3DAE0"/>
          <w:bottom w:val="single" w:sz="4" w:color="B3DAE0"/>
          <w:right w:val="single" w:sz="4" w:color="B3DAE0"/>
          <w:insideH w:val="single" w:sz="4" w:color="B3DAE0"/>
          <w:insideV w:val="single" w:sz="4" w:color="B3DAE0"/>
        </w:tblBorders>
        <w:tblLayout w:type="fixed"/>
        <w:tblCellMar>
          <w:top w:w="70" w:type="dxa"/>
          <w:left w:w="110" w:type="dxa"/>
          <w:bottom w:w="70" w:type="dxa"/>
          <w:right w:w="110" w:type="dxa"/>
        </w:tblCellMar>
        <w:tblLook w:val="0000" w:firstRow="0" w:lastRow="0" w:firstColumn="0" w:lastColumn="0" w:noHBand="1" w:noVBand="1"/>
      </w:tblPr>
      <w:tblGrid>
        <w:gridCol w:w="9638"/>
      </w:tblGrid>
      <w:tr>
        <w:trPr>
          <w:cantSplit/>
          <w:trHeight w:val="1900" w:hRule="atLeast"/>
        </w:trPr>
        <w:tc>
          <w:tcPr>
            <w:tcW w:w="9638" w:type="dxa"/>
            <w:tcMar>
              <w:top w:w="120" w:type="dxa"/>
              <w:left w:w="160" w:type="dxa"/>
              <w:bottom w:w="120" w:type="dxa"/>
              <w:right w:w="160" w:type="dxa"/>
            </w:tcMar>
            <w:vAlign w:val="top"/>
          </w:tcPr>
          <w:p>
            <w:pPr>
              <w:spacing w:before="0" w:after="0"/>
            </w:pPr>
            <w:sdt>
              <w:sdtPr>
                <w:rPr>
                  <w:color w:val="2F2F33"/>
                  <w:sz w:val="21"/>
                  <w:szCs w:val="21"/>
                </w:rPr>
                <w:alias w:val="Impact professionnel"/>
                <w:tag w:val="Impact professionnel"/>
                <w:id w:val="501281"/>
                <w:lock w:val="sdtLocked"/>
                <w:showingPlcHdr/>
                <w:text w:multiLine="1"/>
              </w:sdtPr>
              <w:sdtContent>
                <w:r>
                  <w:rPr>
                    <w:i w:val="0"/>
                    <w:color w:val="7A7A80"/>
                    <w:sz w:val="21"/>
                    <w:szCs w:val="21"/>
                  </w:rPr>
                  <w:t xml:space="preserve">Cliquez ici pour saisir votre réponse</w:t>
                </w:r>
              </w:sdtContent>
            </w:sdt>
          </w:p>
        </w:tc>
      </w:tr>
    </w:tbl>
    <w:p>
      <w:pPr>
        <w:pStyle w:val="Heading1"/>
        <w:keepNext/>
        <w:keepLines/>
        <w:pBdr>
          <w:bottom w:val="single" w:sz="6" w:space="4" w:color="01869B"/>
        </w:pBdr>
        <w:spacing w:before="360" w:after="160"/>
      </w:pPr>
      <w:r>
        <w:rPr>
          <w:rFonts w:ascii="Aptos Display" w:hAnsi="Aptos Display" w:cs="Aptos Display"/>
          <w:b/>
          <w:bCs/>
          <w:i w:val="0"/>
          <w:color w:val="01869B"/>
          <w:sz w:val="32"/>
          <w:szCs w:val="32"/>
        </w:rPr>
        <w:t xml:space="preserve">4.  </w:t>
      </w:r>
      <w:r>
        <w:rPr>
          <w:rFonts w:ascii="Aptos Display" w:hAnsi="Aptos Display" w:cs="Aptos Display"/>
          <w:b/>
          <w:bCs/>
          <w:i w:val="0"/>
          <w:color w:val="340873"/>
          <w:sz w:val="32"/>
          <w:szCs w:val="32"/>
        </w:rPr>
        <w:t xml:space="preserve">BUDGET</w:t>
      </w:r>
    </w:p>
    <w:p>
      <w:pPr>
        <w:pStyle w:val="Heading2"/>
        <w:keepNext/>
        <w:keepLines/>
        <w:spacing w:before="0" w:after="100"/>
      </w:pPr>
      <w:r>
        <w:rPr>
          <w:b/>
          <w:bCs/>
          <w:i w:val="0"/>
          <w:color w:val="01869B"/>
          <w:sz w:val="24"/>
          <w:szCs w:val="24"/>
        </w:rPr>
        <w:t xml:space="preserve">4.1  Frais pris en charge par le Fonds</w:t>
      </w:r>
    </w:p>
    <w:tbl>
      <w:tblPr>
        <w:tblW w:w="9638" w:type="dxa"/>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4759"/>
        <w:gridCol w:w="120"/>
        <w:gridCol w:w="4759"/>
      </w:tblGrid>
      <w:tr>
        <w:trPr>
          <w:cantSplit/>
          <w:trHeight w:val="440" w:hRule="atLeast"/>
        </w:trPr>
        <w:tc>
          <w:tcPr>
            <w:tcW w:w="4759" w:type="dxa"/>
            <w:shd w:val="clear" w:color="auto" w:fill="01869B"/>
            <w:tcMar>
              <w:top w:w="120" w:type="dxa"/>
              <w:left w:w="160" w:type="dxa"/>
              <w:bottom w:w="140" w:type="dxa"/>
              <w:right w:w="140" w:type="dxa"/>
            </w:tcMar>
            <w:vAlign w:val="center"/>
          </w:tcPr>
          <w:p>
            <w:pPr>
              <w:spacing w:before="0" w:after="0"/>
            </w:pPr>
            <w:r>
              <w:rPr>
                <w:b/>
                <w:bCs/>
                <w:i w:val="0"/>
                <w:color w:val="FFFFFF"/>
                <w:sz w:val="19"/>
                <w:szCs w:val="19"/>
              </w:rPr>
              <w:t xml:space="preserve">+   LE FONDS PREND EN CHARGE</w:t>
            </w:r>
          </w:p>
        </w:tc>
        <w:tc>
          <w:tcPr>
            <w:tcW w:w="120" w:type="dxa"/>
            <w:vAlign w:val="center"/>
          </w:tcPr>
          <w:p>
            <w:pPr>
              <w:spacing w:before="0" w:after="0"/>
            </w:pPr>
          </w:p>
        </w:tc>
        <w:tc>
          <w:tcPr>
            <w:tcW w:w="4759" w:type="dxa"/>
            <w:shd w:val="clear" w:color="auto" w:fill="D97706"/>
            <w:tcMar>
              <w:top w:w="120" w:type="dxa"/>
              <w:left w:w="160" w:type="dxa"/>
              <w:bottom w:w="140" w:type="dxa"/>
              <w:right w:w="140" w:type="dxa"/>
            </w:tcMar>
            <w:vAlign w:val="center"/>
          </w:tcPr>
          <w:p>
            <w:pPr>
              <w:spacing w:before="0" w:after="0"/>
            </w:pPr>
            <w:r>
              <w:rPr>
                <w:b/>
                <w:bCs/>
                <w:i w:val="0"/>
                <w:color w:val="FFFFFF"/>
                <w:sz w:val="19"/>
                <w:szCs w:val="19"/>
              </w:rPr>
              <w:t xml:space="preserve">–   LE FONDS NE PREND PAS EN CHARGE</w:t>
            </w:r>
          </w:p>
        </w:tc>
      </w:tr>
      <w:tr>
        <w:trPr>
          <w:cantSplit/>
        </w:trPr>
        <w:tc>
          <w:tcPr>
            <w:tcW w:w="4759" w:type="dxa"/>
            <w:shd w:val="clear" w:color="auto" w:fill="E6F3F5"/>
            <w:tcMar>
              <w:top w:w="120" w:type="dxa"/>
              <w:left w:w="160" w:type="dxa"/>
              <w:bottom w:w="140" w:type="dxa"/>
              <w:right w:w="140" w:type="dxa"/>
            </w:tcMar>
            <w:vAlign w:val="top"/>
          </w:tcPr>
          <w:p>
            <w:pPr>
              <w:numPr>
                <w:ilvl w:val="0"/>
                <w:numId w:val="1"/>
              </w:numPr>
              <w:spacing w:before="0" w:after="40"/>
            </w:pPr>
            <w:r>
              <w:rPr>
                <w:i w:val="0"/>
                <w:color w:val="2F2F33"/>
                <w:sz w:val="20"/>
                <w:szCs w:val="20"/>
              </w:rPr>
              <w:t xml:space="preserve">Les frais d’inscription et/ou de prestation du formateur ou de la formatrice</w:t>
            </w:r>
          </w:p>
          <w:p>
            <w:pPr>
              <w:numPr>
                <w:ilvl w:val="0"/>
                <w:numId w:val="1"/>
              </w:numPr>
              <w:spacing w:before="0" w:after="40"/>
            </w:pPr>
            <w:r>
              <w:rPr>
                <w:i w:val="0"/>
                <w:color w:val="2F2F33"/>
                <w:sz w:val="20"/>
                <w:szCs w:val="20"/>
              </w:rPr>
              <w:t xml:space="preserve">Les frais de préparation</w:t>
            </w:r>
          </w:p>
          <w:p>
            <w:pPr>
              <w:numPr>
                <w:ilvl w:val="0"/>
                <w:numId w:val="1"/>
              </w:numPr>
              <w:spacing w:before="0" w:after="40"/>
            </w:pPr>
            <w:r>
              <w:rPr>
                <w:i w:val="0"/>
                <w:color w:val="2F2F33"/>
                <w:sz w:val="20"/>
                <w:szCs w:val="20"/>
              </w:rPr>
              <w:t xml:space="preserve">Les frais de déplacement du formateur ou de la formatrice</w:t>
            </w:r>
          </w:p>
          <w:p>
            <w:pPr>
              <w:numPr>
                <w:ilvl w:val="0"/>
                <w:numId w:val="1"/>
              </w:numPr>
              <w:spacing w:before="0" w:after="40"/>
            </w:pPr>
            <w:r>
              <w:rPr>
                <w:i w:val="0"/>
                <w:color w:val="2F2F33"/>
                <w:sz w:val="20"/>
                <w:szCs w:val="20"/>
              </w:rPr>
              <w:t xml:space="preserve">Les frais de location de salle facturés par un tiers</w:t>
            </w:r>
          </w:p>
          <w:p>
            <w:pPr>
              <w:numPr>
                <w:ilvl w:val="0"/>
                <w:numId w:val="1"/>
              </w:numPr>
              <w:spacing w:before="0" w:after="0"/>
            </w:pPr>
            <w:r>
              <w:rPr>
                <w:i w:val="0"/>
                <w:color w:val="2F2F33"/>
                <w:sz w:val="20"/>
                <w:szCs w:val="20"/>
              </w:rPr>
              <w:t xml:space="preserve">Les éventuels frais d’interprète en langue des signes</w:t>
            </w:r>
          </w:p>
          <w:p>
            <w:pPr>
              <w:numPr>
                <w:ilvl w:val="0"/>
                <w:numId w:val="1"/>
              </w:numPr>
              <w:spacing w:before="0" w:after="40"/>
            </w:pPr>
            <w:r>
              <w:rPr>
                <w:i w:val="0"/>
                <w:color w:val="2F2F33"/>
                <w:sz w:val="20"/>
                <w:szCs w:val="20"/>
              </w:rPr>
              <w:t xml:space="preserve">Les déplacements groupés des personnes formées</w:t>
            </w:r>
          </w:p>
        </w:tc>
        <w:tc>
          <w:tcPr>
            <w:tcW w:w="120" w:type="dxa"/>
            <w:vAlign w:val="center"/>
          </w:tcPr>
          <w:p>
            <w:pPr>
              <w:spacing w:before="0" w:after="0"/>
            </w:pPr>
          </w:p>
        </w:tc>
        <w:tc>
          <w:tcPr>
            <w:tcW w:w="4759" w:type="dxa"/>
            <w:shd w:val="clear" w:color="auto" w:fill="FFF4E5"/>
            <w:tcMar>
              <w:top w:w="120" w:type="dxa"/>
              <w:left w:w="160" w:type="dxa"/>
              <w:bottom w:w="140" w:type="dxa"/>
              <w:right w:w="140" w:type="dxa"/>
            </w:tcMar>
            <w:vAlign w:val="top"/>
          </w:tcPr>
          <w:p>
            <w:pPr>
              <w:numPr>
                <w:ilvl w:val="0"/>
                <w:numId w:val="1"/>
              </w:numPr>
              <w:spacing w:before="0" w:after="40"/>
            </w:pPr>
            <w:r>
              <w:rPr>
                <w:i w:val="0"/>
                <w:color w:val="2F2F33"/>
                <w:sz w:val="20"/>
                <w:szCs w:val="20"/>
              </w:rPr>
              <w:t xml:space="preserve">Les déplacements individuels des personnes formées</w:t>
            </w:r>
          </w:p>
          <w:p>
            <w:pPr>
              <w:numPr>
                <w:ilvl w:val="0"/>
                <w:numId w:val="1"/>
              </w:numPr>
              <w:spacing w:before="0" w:after="40"/>
            </w:pPr>
            <w:r>
              <w:rPr>
                <w:i w:val="0"/>
                <w:color w:val="2F2F33"/>
                <w:sz w:val="20"/>
                <w:szCs w:val="20"/>
              </w:rPr>
              <w:t xml:space="preserve">L’achat de matériel</w:t>
            </w:r>
          </w:p>
          <w:p>
            <w:pPr>
              <w:numPr>
                <w:ilvl w:val="0"/>
                <w:numId w:val="1"/>
              </w:numPr>
              <w:spacing w:before="0" w:after="40"/>
            </w:pPr>
            <w:r>
              <w:rPr>
                <w:i w:val="0"/>
                <w:color w:val="2F2F33"/>
                <w:sz w:val="20"/>
                <w:szCs w:val="20"/>
              </w:rPr>
              <w:t xml:space="preserve">Les frais logistiques (catering…)</w:t>
            </w:r>
          </w:p>
          <w:p>
            <w:pPr>
              <w:numPr>
                <w:ilvl w:val="0"/>
                <w:numId w:val="1"/>
              </w:numPr>
              <w:spacing w:before="0" w:after="0"/>
            </w:pPr>
            <w:r>
              <w:rPr>
                <w:i w:val="0"/>
                <w:color w:val="2F2F33"/>
                <w:sz w:val="20"/>
                <w:szCs w:val="20"/>
              </w:rPr>
              <w:t xml:space="preserve">Les frais subsidiés par ailleurs</w:t>
            </w:r>
          </w:p>
        </w:tc>
      </w:tr>
    </w:tbl>
    <w:p>
      <w:pPr>
        <w:spacing w:before="0" w:after="140" w:line="120" w:lineRule="auto"/>
      </w:pPr>
    </w:p>
    <w:tbl>
      <w:tblPr>
        <w:tblW w:w="9638" w:type="dxa"/>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110"/>
        <w:gridCol w:w="9528"/>
      </w:tblGrid>
      <w:tr>
        <w:trPr>
          <w:cantSplit/>
        </w:trPr>
        <w:tc>
          <w:tcPr>
            <w:tcW w:w="110" w:type="dxa"/>
            <w:shd w:val="clear" w:color="auto" w:fill="D97706"/>
            <w:vAlign w:val="center"/>
          </w:tcPr>
          <w:p>
            <w:pPr>
              <w:spacing w:before="0" w:after="0"/>
            </w:pPr>
          </w:p>
        </w:tc>
        <w:tc>
          <w:tcPr>
            <w:tcW w:w="9528" w:type="dxa"/>
            <w:shd w:val="clear" w:color="auto" w:fill="FFF4E5"/>
            <w:tcMar>
              <w:top w:w="140" w:type="dxa"/>
              <w:left w:w="220" w:type="dxa"/>
              <w:bottom w:w="140" w:type="dxa"/>
              <w:right w:w="220" w:type="dxa"/>
            </w:tcMar>
            <w:vAlign w:val="center"/>
          </w:tcPr>
          <w:p>
            <w:pPr>
              <w:keepNext/>
              <w:keepLines/>
              <w:spacing w:before="0" w:after="60"/>
            </w:pPr>
            <w:r>
              <w:rPr>
                <w:b/>
                <w:bCs/>
                <w:i w:val="0"/>
                <w:color w:val="D97706"/>
                <w:sz w:val="19"/>
                <w:szCs w:val="19"/>
              </w:rPr>
              <w:t xml:space="preserve">ATTENTION</w:t>
            </w:r>
          </w:p>
          <w:p>
            <w:pPr>
              <w:spacing w:before="0" w:after="0"/>
            </w:pPr>
            <w:r>
              <w:rPr>
                <w:i w:val="0"/>
                <w:color w:val="2F2F33"/>
                <w:sz w:val="21"/>
                <w:szCs w:val="21"/>
              </w:rPr>
              <w:t xml:space="preserve">Le Fonds prend en charge les montants </w:t>
            </w:r>
            <w:r>
              <w:rPr>
                <w:b/>
                <w:bCs/>
                <w:i w:val="0"/>
                <w:color w:val="D97706"/>
                <w:sz w:val="21"/>
                <w:szCs w:val="21"/>
              </w:rPr>
              <w:t xml:space="preserve">hors TVA</w:t>
            </w:r>
            <w:r>
              <w:rPr>
                <w:i w:val="0"/>
                <w:color w:val="2F2F33"/>
                <w:sz w:val="21"/>
                <w:szCs w:val="21"/>
              </w:rPr>
              <w:t xml:space="preserve">. Indiquez tous les montants HTVA.</w:t>
            </w:r>
          </w:p>
        </w:tc>
      </w:tr>
    </w:tbl>
    <w:p>
      <w:pPr>
        <w:pStyle w:val="Heading2"/>
        <w:keepNext/>
        <w:keepLines/>
        <w:spacing w:before="200" w:after="100"/>
      </w:pPr>
      <w:r>
        <w:rPr>
          <w:b/>
          <w:bCs/>
          <w:i w:val="0"/>
          <w:color w:val="01869B"/>
          <w:sz w:val="24"/>
          <w:szCs w:val="24"/>
        </w:rPr>
        <w:t xml:space="preserve">4.2  Budget de la formation</w:t>
      </w:r>
    </w:p>
    <w:tbl>
      <w:tblPr>
        <w:tblW w:w="9638" w:type="dxa"/>
        <w:tblBorders>
          <w:top w:val="single" w:sz="4" w:color="B3DAE0"/>
          <w:left w:val="single" w:sz="4" w:color="B3DAE0"/>
          <w:bottom w:val="single" w:sz="4" w:color="B3DAE0"/>
          <w:right w:val="single" w:sz="4" w:color="B3DAE0"/>
          <w:insideH w:val="single" w:sz="4" w:color="B3DAE0"/>
          <w:insideV w:val="single" w:sz="4" w:color="B3DAE0"/>
        </w:tblBorders>
        <w:tblLayout w:type="fixed"/>
        <w:tblCellMar>
          <w:top w:w="70" w:type="dxa"/>
          <w:left w:w="110" w:type="dxa"/>
          <w:bottom w:w="70" w:type="dxa"/>
          <w:right w:w="110" w:type="dxa"/>
        </w:tblCellMar>
        <w:tblLook w:val="0000" w:firstRow="0" w:lastRow="0" w:firstColumn="0" w:lastColumn="0" w:noHBand="1" w:noVBand="1"/>
      </w:tblPr>
      <w:tblGrid>
        <w:gridCol w:w="5600"/>
        <w:gridCol w:w="4038"/>
      </w:tblGrid>
      <w:tr>
        <w:trPr>
          <w:cantSplit/>
          <w:trHeight w:val="440" w:hRule="atLeast"/>
        </w:trPr>
        <w:tc>
          <w:tcPr>
            <w:tcW w:w="5600" w:type="dxa"/>
            <w:shd w:val="clear" w:color="auto" w:fill="E6F3F5"/>
            <w:vAlign w:val="center"/>
          </w:tcPr>
          <w:p>
            <w:pPr>
              <w:spacing w:before="0" w:after="0"/>
            </w:pPr>
            <w:r>
              <w:rPr>
                <w:b/>
                <w:bCs/>
                <w:i w:val="0"/>
                <w:color w:val="2F2F33"/>
                <w:sz w:val="20"/>
                <w:szCs w:val="20"/>
              </w:rPr>
              <w:t xml:space="preserve">Nombre de personnes formées</w:t>
            </w:r>
          </w:p>
        </w:tc>
        <w:tc>
          <w:tcPr>
            <w:tcW w:w="4038" w:type="dxa"/>
            <w:vAlign w:val="center"/>
          </w:tcPr>
          <w:p>
            <w:pPr>
              <w:spacing w:before="0" w:after="0"/>
            </w:pPr>
            <w:sdt>
              <w:sdtPr>
                <w:rPr>
                  <w:color w:val="2F2F33"/>
                  <w:sz w:val="21"/>
                  <w:szCs w:val="21"/>
                </w:rPr>
                <w:alias w:val="Budget - Participants"/>
                <w:tag w:val="Budget - Participants"/>
                <w:id w:val="501282"/>
                <w:lock w:val="sdtLocked"/>
                <w:showingPlcHdr/>
                <w:text/>
              </w:sdtPr>
              <w:sdtContent>
                <w:r>
                  <w:rPr>
                    <w:i w:val="0"/>
                    <w:color w:val="7A7A80"/>
                    <w:sz w:val="21"/>
                    <w:szCs w:val="21"/>
                  </w:rPr>
                  <w:t xml:space="preserve">Saisir</w:t>
                </w:r>
              </w:sdtContent>
            </w:sdt>
          </w:p>
        </w:tc>
      </w:tr>
      <w:tr>
        <w:trPr>
          <w:cantSplit/>
          <w:trHeight w:val="440" w:hRule="atLeast"/>
        </w:trPr>
        <w:tc>
          <w:tcPr>
            <w:tcW w:w="5600" w:type="dxa"/>
            <w:shd w:val="clear" w:color="auto" w:fill="E6F3F5"/>
            <w:vAlign w:val="center"/>
          </w:tcPr>
          <w:p>
            <w:pPr>
              <w:spacing w:before="0" w:after="0"/>
            </w:pPr>
            <w:r>
              <w:rPr>
                <w:b/>
                <w:bCs/>
                <w:i w:val="0"/>
                <w:color w:val="2F2F33"/>
                <w:sz w:val="20"/>
                <w:szCs w:val="20"/>
              </w:rPr>
              <w:t xml:space="preserve">Nombre de jours</w:t>
            </w:r>
          </w:p>
        </w:tc>
        <w:tc>
          <w:tcPr>
            <w:tcW w:w="4038" w:type="dxa"/>
            <w:vAlign w:val="center"/>
          </w:tcPr>
          <w:p>
            <w:pPr>
              <w:spacing w:before="0" w:after="0"/>
            </w:pPr>
            <w:sdt>
              <w:sdtPr>
                <w:rPr>
                  <w:color w:val="2F2F33"/>
                  <w:sz w:val="21"/>
                  <w:szCs w:val="21"/>
                </w:rPr>
                <w:alias w:val="Budget - Jours"/>
                <w:tag w:val="Budget - Jours"/>
                <w:id w:val="501283"/>
                <w:lock w:val="sdtLocked"/>
                <w:showingPlcHdr/>
                <w:text/>
              </w:sdtPr>
              <w:sdtContent>
                <w:r>
                  <w:rPr>
                    <w:i w:val="0"/>
                    <w:color w:val="7A7A80"/>
                    <w:sz w:val="21"/>
                    <w:szCs w:val="21"/>
                  </w:rPr>
                  <w:t xml:space="preserve">Saisir</w:t>
                </w:r>
              </w:sdtContent>
            </w:sdt>
          </w:p>
        </w:tc>
      </w:tr>
      <w:tr>
        <w:trPr>
          <w:cantSplit/>
          <w:trHeight w:val="440" w:hRule="atLeast"/>
        </w:trPr>
        <w:tc>
          <w:tcPr>
            <w:tcW w:w="5600" w:type="dxa"/>
            <w:shd w:val="clear" w:color="auto" w:fill="E6F3F5"/>
            <w:vAlign w:val="center"/>
          </w:tcPr>
          <w:p>
            <w:pPr>
              <w:spacing w:before="0" w:after="0"/>
            </w:pPr>
            <w:r>
              <w:rPr>
                <w:b/>
                <w:bCs/>
                <w:i w:val="0"/>
                <w:color w:val="2F2F33"/>
                <w:sz w:val="20"/>
                <w:szCs w:val="20"/>
              </w:rPr>
              <w:t xml:space="preserve">Nombre total d’heures</w:t>
            </w:r>
          </w:p>
        </w:tc>
        <w:tc>
          <w:tcPr>
            <w:tcW w:w="4038" w:type="dxa"/>
            <w:vAlign w:val="center"/>
          </w:tcPr>
          <w:p>
            <w:pPr>
              <w:spacing w:before="0" w:after="0"/>
            </w:pPr>
            <w:sdt>
              <w:sdtPr>
                <w:rPr>
                  <w:color w:val="2F2F33"/>
                  <w:sz w:val="21"/>
                  <w:szCs w:val="21"/>
                </w:rPr>
                <w:alias w:val="Budget - Heures"/>
                <w:tag w:val="Budget - Heures"/>
                <w:id w:val="501284"/>
                <w:lock w:val="sdtLocked"/>
                <w:showingPlcHdr/>
                <w:text/>
              </w:sdtPr>
              <w:sdtContent>
                <w:r>
                  <w:rPr>
                    <w:i w:val="0"/>
                    <w:color w:val="7A7A80"/>
                    <w:sz w:val="21"/>
                    <w:szCs w:val="21"/>
                  </w:rPr>
                  <w:t xml:space="preserve">Saisir</w:t>
                </w:r>
              </w:sdtContent>
            </w:sdt>
          </w:p>
        </w:tc>
      </w:tr>
      <w:tr>
        <w:trPr>
          <w:cantSplit/>
          <w:trHeight w:val="440" w:hRule="atLeast"/>
        </w:trPr>
        <w:tc>
          <w:tcPr>
            <w:tcW w:w="5600" w:type="dxa"/>
            <w:shd w:val="clear" w:color="auto" w:fill="E6F3F5"/>
            <w:vAlign w:val="center"/>
          </w:tcPr>
          <w:p>
            <w:pPr>
              <w:spacing w:before="0" w:after="0"/>
            </w:pPr>
            <w:r>
              <w:rPr>
                <w:b/>
                <w:bCs/>
                <w:i w:val="0"/>
                <w:color w:val="2F2F33"/>
                <w:sz w:val="20"/>
                <w:szCs w:val="20"/>
              </w:rPr>
              <w:t xml:space="preserve">Coût par jour ou par heure (précisez)</w:t>
            </w:r>
          </w:p>
        </w:tc>
        <w:tc>
          <w:tcPr>
            <w:tcW w:w="4038" w:type="dxa"/>
            <w:vAlign w:val="center"/>
          </w:tcPr>
          <w:p>
            <w:pPr>
              <w:spacing w:before="0" w:after="0"/>
            </w:pPr>
            <w:sdt>
              <w:sdtPr>
                <w:rPr>
                  <w:color w:val="2F2F33"/>
                  <w:sz w:val="21"/>
                  <w:szCs w:val="21"/>
                </w:rPr>
                <w:alias w:val="Budget - Cout par jour"/>
                <w:tag w:val="Budget - Cout par jour"/>
                <w:id w:val="501285"/>
                <w:lock w:val="sdtLocked"/>
                <w:showingPlcHdr/>
                <w:text/>
              </w:sdtPr>
              <w:sdtContent>
                <w:r>
                  <w:rPr>
                    <w:i w:val="0"/>
                    <w:color w:val="7A7A80"/>
                    <w:sz w:val="21"/>
                    <w:szCs w:val="21"/>
                  </w:rPr>
                  <w:t xml:space="preserve">Saisir</w:t>
                </w:r>
              </w:sdtContent>
            </w:sdt>
            <w:r>
              <w:rPr>
                <w:i w:val="0"/>
                <w:color w:val="7A7A80"/>
                <w:sz w:val="20"/>
                <w:szCs w:val="20"/>
              </w:rPr>
              <w:t xml:space="preserve">  € HTVA</w:t>
            </w:r>
          </w:p>
        </w:tc>
      </w:tr>
      <w:tr>
        <w:trPr>
          <w:cantSplit/>
          <w:trHeight w:val="600" w:hRule="atLeast"/>
        </w:trPr>
        <w:tc>
          <w:tcPr>
            <w:tcW w:w="5600" w:type="dxa"/>
            <w:shd w:val="clear" w:color="auto" w:fill="E6F3F5"/>
            <w:vAlign w:val="center"/>
          </w:tcPr>
          <w:p>
            <w:pPr>
              <w:spacing w:before="0" w:after="0"/>
            </w:pPr>
            <w:r>
              <w:rPr>
                <w:b/>
                <w:bCs/>
                <w:i w:val="0"/>
                <w:color w:val="2F2F33"/>
                <w:sz w:val="20"/>
                <w:szCs w:val="20"/>
              </w:rPr>
              <w:t xml:space="preserve">Autre(s) frais</w:t>
            </w:r>
          </w:p>
          <w:p>
            <w:pPr>
              <w:spacing w:before="0" w:after="0"/>
            </w:pPr>
            <w:r>
              <w:rPr>
                <w:i w:val="0"/>
                <w:color w:val="7A7A80"/>
                <w:sz w:val="19"/>
                <w:szCs w:val="19"/>
              </w:rPr>
              <w:t xml:space="preserve">Nature à préciser : </w:t>
            </w:r>
            <w:sdt>
              <w:sdtPr>
                <w:rPr>
                  <w:color w:val="2F2F33"/>
                  <w:sz w:val="19"/>
                  <w:szCs w:val="19"/>
                </w:rPr>
                <w:alias w:val="Budget - Autres frais nature"/>
                <w:tag w:val="Budget - Autres frais nature"/>
                <w:id w:val="501286"/>
                <w:lock w:val="sdtLocked"/>
                <w:showingPlcHdr/>
                <w:text/>
              </w:sdtPr>
              <w:sdtContent>
                <w:r>
                  <w:rPr>
                    <w:i w:val="0"/>
                    <w:color w:val="7A7A80"/>
                    <w:sz w:val="19"/>
                    <w:szCs w:val="19"/>
                  </w:rPr>
                  <w:t xml:space="preserve">déplacement formateur, syllabus…</w:t>
                </w:r>
              </w:sdtContent>
            </w:sdt>
          </w:p>
        </w:tc>
        <w:tc>
          <w:tcPr>
            <w:tcW w:w="4038" w:type="dxa"/>
            <w:vAlign w:val="center"/>
          </w:tcPr>
          <w:p>
            <w:pPr>
              <w:spacing w:before="0" w:after="0"/>
            </w:pPr>
            <w:sdt>
              <w:sdtPr>
                <w:rPr>
                  <w:color w:val="2F2F33"/>
                  <w:sz w:val="21"/>
                  <w:szCs w:val="21"/>
                </w:rPr>
                <w:alias w:val="Budget - Autres frais montant"/>
                <w:tag w:val="Budget - Autres frais montant"/>
                <w:id w:val="501287"/>
                <w:lock w:val="sdtLocked"/>
                <w:showingPlcHdr/>
                <w:text/>
              </w:sdtPr>
              <w:sdtContent>
                <w:r>
                  <w:rPr>
                    <w:i w:val="0"/>
                    <w:color w:val="7A7A80"/>
                    <w:sz w:val="21"/>
                    <w:szCs w:val="21"/>
                  </w:rPr>
                  <w:t xml:space="preserve">Saisir</w:t>
                </w:r>
              </w:sdtContent>
            </w:sdt>
            <w:r>
              <w:rPr>
                <w:i w:val="0"/>
                <w:color w:val="7A7A80"/>
                <w:sz w:val="20"/>
                <w:szCs w:val="20"/>
              </w:rPr>
              <w:t xml:space="preserve">  € HTVA</w:t>
            </w:r>
          </w:p>
        </w:tc>
      </w:tr>
      <w:tr>
        <w:trPr>
          <w:cantSplit/>
          <w:trHeight w:val="520" w:hRule="atLeast"/>
        </w:trPr>
        <w:tc>
          <w:tcPr>
            <w:tcW w:w="5600" w:type="dxa"/>
            <w:shd w:val="clear" w:color="auto" w:fill="340873"/>
            <w:vAlign w:val="center"/>
          </w:tcPr>
          <w:p>
            <w:pPr>
              <w:spacing w:before="0" w:after="0"/>
            </w:pPr>
            <w:r>
              <w:rPr>
                <w:b/>
                <w:bCs/>
                <w:i w:val="0"/>
                <w:color w:val="FFFFFF"/>
                <w:sz w:val="22"/>
                <w:szCs w:val="22"/>
              </w:rPr>
              <w:t xml:space="preserve">Montant demandé au Fonds</w:t>
            </w:r>
          </w:p>
        </w:tc>
        <w:tc>
          <w:tcPr>
            <w:tcW w:w="4038" w:type="dxa"/>
            <w:shd w:val="clear" w:color="auto" w:fill="EEE8F4"/>
            <w:vAlign w:val="center"/>
          </w:tcPr>
          <w:p>
            <w:pPr>
              <w:spacing w:before="0" w:after="0"/>
            </w:pPr>
            <w:sdt>
              <w:sdtPr>
                <w:rPr>
                  <w:color w:val="2F2F33"/>
                  <w:sz w:val="22"/>
                  <w:szCs w:val="22"/>
                </w:rPr>
                <w:alias w:val="Budget - Montant demande"/>
                <w:tag w:val="Budget - Montant demande"/>
                <w:id w:val="501288"/>
                <w:lock w:val="sdtLocked"/>
                <w:showingPlcHdr/>
                <w:text/>
              </w:sdtPr>
              <w:sdtContent>
                <w:r>
                  <w:rPr>
                    <w:i w:val="0"/>
                    <w:color w:val="7A7A80"/>
                    <w:sz w:val="22"/>
                    <w:szCs w:val="22"/>
                  </w:rPr>
                  <w:t xml:space="preserve">Saisir</w:t>
                </w:r>
              </w:sdtContent>
            </w:sdt>
            <w:r>
              <w:rPr>
                <w:b/>
                <w:bCs/>
                <w:i w:val="0"/>
                <w:color w:val="340873"/>
                <w:sz w:val="21"/>
                <w:szCs w:val="21"/>
              </w:rPr>
              <w:t xml:space="preserve">  € HTVA</w:t>
            </w:r>
          </w:p>
        </w:tc>
      </w:tr>
    </w:tbl>
    <w:p>
      <w:pPr>
        <w:pStyle w:val="Heading1"/>
        <w:keepNext/>
        <w:keepLines/>
        <w:pBdr>
          <w:bottom w:val="single" w:sz="6" w:space="4" w:color="01869B"/>
        </w:pBdr>
        <w:spacing w:before="360" w:after="160"/>
      </w:pPr>
      <w:r>
        <w:rPr>
          <w:rFonts w:ascii="Aptos Display" w:hAnsi="Aptos Display" w:cs="Aptos Display"/>
          <w:b/>
          <w:bCs/>
          <w:i w:val="0"/>
          <w:color w:val="01869B"/>
          <w:sz w:val="32"/>
          <w:szCs w:val="32"/>
        </w:rPr>
        <w:t xml:space="preserve">5.  </w:t>
      </w:r>
      <w:r>
        <w:rPr>
          <w:rFonts w:ascii="Aptos Display" w:hAnsi="Aptos Display" w:cs="Aptos Display"/>
          <w:b/>
          <w:bCs/>
          <w:i w:val="0"/>
          <w:color w:val="340873"/>
          <w:sz w:val="32"/>
          <w:szCs w:val="32"/>
        </w:rPr>
        <w:t xml:space="preserve">SIGNATURES</w:t>
      </w:r>
    </w:p>
    <w:p>
      <w:pPr>
        <w:pStyle w:val="Heading2"/>
        <w:keepNext/>
        <w:keepLines/>
        <w:spacing w:before="0" w:after="100"/>
      </w:pPr>
      <w:r>
        <w:rPr>
          <w:b/>
          <w:bCs/>
          <w:i w:val="0"/>
          <w:color w:val="01869B"/>
          <w:sz w:val="24"/>
          <w:szCs w:val="24"/>
        </w:rPr>
        <w:t xml:space="preserve">5.1  Direction</w:t>
      </w:r>
    </w:p>
    <w:tbl>
      <w:tblPr>
        <w:tblW w:w="9638" w:type="dxa"/>
        <w:tblBorders>
          <w:top w:val="single" w:sz="4" w:color="B3DAE0"/>
          <w:left w:val="single" w:sz="4" w:color="B3DAE0"/>
          <w:bottom w:val="single" w:sz="4" w:color="B3DAE0"/>
          <w:right w:val="single" w:sz="4" w:color="B3DAE0"/>
          <w:insideH w:val="single" w:sz="4" w:color="B3DAE0"/>
          <w:insideV w:val="single" w:sz="4" w:color="B3DAE0"/>
        </w:tblBorders>
        <w:tblLayout w:type="fixed"/>
        <w:tblCellMar>
          <w:top w:w="70" w:type="dxa"/>
          <w:left w:w="110" w:type="dxa"/>
          <w:bottom w:w="70" w:type="dxa"/>
          <w:right w:w="110" w:type="dxa"/>
        </w:tblCellMar>
        <w:tblLook w:val="0000" w:firstRow="0" w:lastRow="0" w:firstColumn="0" w:lastColumn="0" w:noHBand="1" w:noVBand="1"/>
      </w:tblPr>
      <w:tblGrid>
        <w:gridCol w:w="3100"/>
        <w:gridCol w:w="2769"/>
        <w:gridCol w:w="1500"/>
        <w:gridCol w:w="2269"/>
      </w:tblGrid>
      <w:tr>
        <w:trPr>
          <w:cantSplit/>
          <w:trHeight w:val="440" w:hRule="atLeast"/>
        </w:trPr>
        <w:tc>
          <w:tcPr>
            <w:tcW w:w="3100" w:type="dxa"/>
            <w:shd w:val="clear" w:color="auto" w:fill="E6F3F5"/>
            <w:vAlign w:val="center"/>
          </w:tcPr>
          <w:p>
            <w:pPr>
              <w:spacing w:before="0" w:after="0"/>
            </w:pPr>
            <w:r>
              <w:rPr>
                <w:b/>
                <w:bCs/>
                <w:i w:val="0"/>
                <w:color w:val="2F2F33"/>
                <w:sz w:val="20"/>
                <w:szCs w:val="20"/>
              </w:rPr>
              <w:t xml:space="preserve">Nom et prénom</w:t>
            </w:r>
          </w:p>
        </w:tc>
        <w:tc>
          <w:tcPr>
            <w:tcW w:w="6538" w:type="dxa"/>
            <w:gridSpan w:val="3"/>
            <w:vAlign w:val="center"/>
          </w:tcPr>
          <w:p>
            <w:pPr>
              <w:spacing w:before="0" w:after="0"/>
            </w:pPr>
            <w:sdt>
              <w:sdtPr>
                <w:rPr>
                  <w:color w:val="2F2F33"/>
                  <w:sz w:val="21"/>
                  <w:szCs w:val="21"/>
                </w:rPr>
                <w:alias w:val="Direction - Nom"/>
                <w:tag w:val="Direction - Nom"/>
                <w:id w:val="501289"/>
                <w:lock w:val="sdtLocked"/>
                <w:showingPlcHdr/>
                <w:text/>
              </w:sdtPr>
              <w:sdtContent>
                <w:r>
                  <w:rPr>
                    <w:i w:val="0"/>
                    <w:color w:val="7A7A80"/>
                    <w:sz w:val="21"/>
                    <w:szCs w:val="21"/>
                  </w:rPr>
                  <w:t xml:space="preserve">Cliquez ici pour saisir</w:t>
                </w:r>
              </w:sdtContent>
            </w:sdt>
          </w:p>
        </w:tc>
      </w:tr>
      <w:tr>
        <w:trPr>
          <w:cantSplit/>
          <w:trHeight w:val="440" w:hRule="atLeast"/>
        </w:trPr>
        <w:tc>
          <w:tcPr>
            <w:tcW w:w="3100" w:type="dxa"/>
            <w:shd w:val="clear" w:color="auto" w:fill="E6F3F5"/>
            <w:vAlign w:val="center"/>
          </w:tcPr>
          <w:p>
            <w:pPr>
              <w:spacing w:before="0" w:after="0"/>
            </w:pPr>
            <w:r>
              <w:rPr>
                <w:b/>
                <w:bCs/>
                <w:i w:val="0"/>
                <w:color w:val="2F2F33"/>
                <w:sz w:val="20"/>
                <w:szCs w:val="20"/>
              </w:rPr>
              <w:t xml:space="preserve">Fonction</w:t>
            </w:r>
          </w:p>
        </w:tc>
        <w:tc>
          <w:tcPr>
            <w:tcW w:w="2769" w:type="dxa"/>
            <w:vAlign w:val="center"/>
          </w:tcPr>
          <w:p>
            <w:pPr>
              <w:spacing w:before="0" w:after="0"/>
            </w:pPr>
            <w:sdt>
              <w:sdtPr>
                <w:rPr>
                  <w:color w:val="2F2F33"/>
                  <w:sz w:val="21"/>
                  <w:szCs w:val="21"/>
                </w:rPr>
                <w:alias w:val="Direction - Fonction"/>
                <w:tag w:val="Direction - Fonction"/>
                <w:id w:val="501290"/>
                <w:lock w:val="sdtLocked"/>
                <w:showingPlcHdr/>
                <w:text/>
              </w:sdtPr>
              <w:sdtContent>
                <w:r>
                  <w:rPr>
                    <w:i w:val="0"/>
                    <w:color w:val="7A7A80"/>
                    <w:sz w:val="21"/>
                    <w:szCs w:val="21"/>
                  </w:rPr>
                  <w:t xml:space="preserve">Saisir</w:t>
                </w:r>
              </w:sdtContent>
            </w:sdt>
          </w:p>
        </w:tc>
        <w:tc>
          <w:tcPr>
            <w:tcW w:w="1500" w:type="dxa"/>
            <w:shd w:val="clear" w:color="auto" w:fill="E6F3F5"/>
            <w:vAlign w:val="center"/>
          </w:tcPr>
          <w:p>
            <w:pPr>
              <w:spacing w:before="0" w:after="0"/>
            </w:pPr>
            <w:r>
              <w:rPr>
                <w:b/>
                <w:bCs/>
                <w:i w:val="0"/>
                <w:color w:val="2F2F33"/>
                <w:sz w:val="20"/>
                <w:szCs w:val="20"/>
              </w:rPr>
              <w:t xml:space="preserve">Date</w:t>
            </w:r>
          </w:p>
        </w:tc>
        <w:tc>
          <w:tcPr>
            <w:tcW w:w="2269" w:type="dxa"/>
            <w:vAlign w:val="center"/>
          </w:tcPr>
          <w:p>
            <w:pPr>
              <w:spacing w:before="0" w:after="0"/>
            </w:pPr>
            <w:sdt>
              <w:sdtPr>
                <w:rPr>
                  <w:color w:val="2F2F33"/>
                  <w:sz w:val="21"/>
                  <w:szCs w:val="21"/>
                </w:rPr>
                <w:alias w:val="Direction - Date"/>
                <w:tag w:val="Direction - Date"/>
                <w:id w:val="501291"/>
                <w:lock w:val="sdtLocked"/>
                <w:showingPlcHdr/>
                <w:date>
                  <w:dateFormat w:val="dd/MM/yyyy"/>
                  <w:lid w:val="fr-BE"/>
                  <w:storeMappedDataAs w:val="dateTime"/>
                  <w:calendar w:val="gregorian"/>
                </w:date>
              </w:sdtPr>
              <w:sdtContent>
                <w:r>
                  <w:rPr>
                    <w:i w:val="0"/>
                    <w:color w:val="7A7A80"/>
                    <w:sz w:val="21"/>
                    <w:szCs w:val="21"/>
                  </w:rPr>
                  <w:t xml:space="preserve">jj/mm/aaaa</w:t>
                </w:r>
              </w:sdtContent>
            </w:sdt>
          </w:p>
        </w:tc>
      </w:tr>
      <w:tr>
        <w:trPr>
          <w:cantSplit/>
          <w:trHeight w:val="950" w:hRule="atLeast"/>
        </w:trPr>
        <w:tc>
          <w:tcPr>
            <w:tcW w:w="3100" w:type="dxa"/>
            <w:shd w:val="clear" w:color="auto" w:fill="E6F3F5"/>
            <w:vAlign w:val="top"/>
          </w:tcPr>
          <w:p>
            <w:pPr>
              <w:spacing w:before="0" w:after="0"/>
            </w:pPr>
            <w:r>
              <w:rPr>
                <w:b/>
                <w:bCs/>
                <w:i w:val="0"/>
                <w:color w:val="2F2F33"/>
                <w:sz w:val="20"/>
                <w:szCs w:val="20"/>
              </w:rPr>
              <w:t xml:space="preserve">Signature</w:t>
            </w:r>
          </w:p>
        </w:tc>
        <w:tc>
          <w:tcPr>
            <w:tcW w:w="6538" w:type="dxa"/>
            <w:gridSpan w:val="3"/>
            <w:vAlign w:val="center"/>
          </w:tcPr>
          <w:p>
            <w:pPr>
              <w:spacing w:before="0" w:after="0"/>
            </w:pPr>
          </w:p>
        </w:tc>
      </w:tr>
    </w:tbl>
    <w:p>
      <w:pPr>
        <w:spacing w:before="0" w:after="140" w:line="120" w:lineRule="auto"/>
      </w:pPr>
    </w:p>
    <w:tbl>
      <w:tblPr>
        <w:tblW w:w="9638" w:type="dxa"/>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110"/>
        <w:gridCol w:w="9528"/>
      </w:tblGrid>
      <w:tr>
        <w:trPr>
          <w:cantSplit/>
        </w:trPr>
        <w:tc>
          <w:tcPr>
            <w:tcW w:w="110" w:type="dxa"/>
            <w:shd w:val="clear" w:color="auto" w:fill="340873"/>
            <w:vAlign w:val="center"/>
          </w:tcPr>
          <w:p>
            <w:pPr>
              <w:spacing w:before="0" w:after="0"/>
            </w:pPr>
          </w:p>
        </w:tc>
        <w:tc>
          <w:tcPr>
            <w:tcW w:w="9528" w:type="dxa"/>
            <w:shd w:val="clear" w:color="auto" w:fill="EEE8F4"/>
            <w:tcMar>
              <w:top w:w="140" w:type="dxa"/>
              <w:left w:w="220" w:type="dxa"/>
              <w:bottom w:w="140" w:type="dxa"/>
              <w:right w:w="220" w:type="dxa"/>
            </w:tcMar>
            <w:vAlign w:val="center"/>
          </w:tcPr>
          <w:p>
            <w:pPr>
              <w:keepNext/>
              <w:keepLines/>
              <w:spacing w:before="0" w:after="60"/>
            </w:pPr>
            <w:r>
              <w:rPr>
                <w:b/>
                <w:bCs/>
                <w:i w:val="0"/>
                <w:color w:val="340873"/>
                <w:sz w:val="19"/>
                <w:szCs w:val="19"/>
              </w:rPr>
              <w:t xml:space="preserve">LES SIGNATURES SYNDICALES SONT-ELLES NÉCESSAIRES ?</w:t>
            </w:r>
          </w:p>
          <w:p>
            <w:pPr>
              <w:spacing w:before="0" w:after="100"/>
            </w:pPr>
            <w:r>
              <w:rPr>
                <w:b/>
                <w:bCs/>
                <w:i w:val="0"/>
                <w:color w:val="01869B"/>
                <w:sz w:val="21"/>
                <w:szCs w:val="21"/>
              </w:rPr>
              <w:t xml:space="preserve">Formation reprise dans votre plan de formation : </w:t>
            </w:r>
            <w:r>
              <w:rPr>
                <w:i w:val="0"/>
                <w:color w:val="2F2F33"/>
                <w:sz w:val="21"/>
                <w:szCs w:val="21"/>
              </w:rPr>
              <w:t xml:space="preserve">la signature de la direction suffit. Votre plan de formation a déjà été signé par la direction et les partenaires sociaux.</w:t>
            </w:r>
          </w:p>
          <w:p>
            <w:pPr>
              <w:spacing w:before="0" w:after="0"/>
            </w:pPr>
            <w:r>
              <w:rPr>
                <w:b/>
                <w:bCs/>
                <w:i w:val="0"/>
                <w:color w:val="D97706"/>
                <w:sz w:val="21"/>
                <w:szCs w:val="21"/>
              </w:rPr>
              <w:t xml:space="preserve">Formation qui ne figure pas dans votre plan de formation : </w:t>
            </w:r>
            <w:r>
              <w:rPr>
                <w:i w:val="0"/>
                <w:color w:val="2F2F33"/>
                <w:sz w:val="21"/>
                <w:szCs w:val="21"/>
              </w:rPr>
              <w:t xml:space="preserve">la demande doit également être signée par les représentants du personnel (tableau A) ou, si votre ETA n’a pas d’organe de concertation sociale (CE, CPPT ou DS), par les permanents et permanentes syndicaux de votre zone (tableau B).</w:t>
            </w:r>
          </w:p>
        </w:tc>
      </w:tr>
    </w:tbl>
    <w:p>
      <w:pPr>
        <w:pStyle w:val="Heading2"/>
        <w:keepNext/>
        <w:keepLines/>
        <w:spacing w:before="200" w:after="100"/>
      </w:pPr>
      <w:r>
        <w:rPr>
          <w:b/>
          <w:bCs/>
          <w:i w:val="0"/>
          <w:color w:val="01869B"/>
          <w:sz w:val="24"/>
          <w:szCs w:val="24"/>
        </w:rPr>
        <w:t xml:space="preserve">A.  Représentants du personnel</w:t>
      </w:r>
    </w:p>
    <w:p>
      <w:pPr>
        <w:spacing w:before="0" w:after="80"/>
      </w:pPr>
      <w:r>
        <w:rPr>
          <w:i/>
          <w:iCs/>
          <w:color w:val="7A7A80"/>
          <w:sz w:val="18"/>
          <w:szCs w:val="18"/>
        </w:rPr>
        <w:t xml:space="preserve">Uniquement pour une formation hors plan de formation, si votre ETA dispose d’un CE, d’un CPPT ou d’une DS.</w:t>
      </w:r>
    </w:p>
    <w:tbl>
      <w:tblPr>
        <w:tblW w:w="9638" w:type="dxa"/>
        <w:tblBorders>
          <w:top w:val="single" w:sz="4" w:color="B3DAE0"/>
          <w:left w:val="single" w:sz="4" w:color="B3DAE0"/>
          <w:bottom w:val="single" w:sz="4" w:color="B3DAE0"/>
          <w:right w:val="single" w:sz="4" w:color="B3DAE0"/>
          <w:insideH w:val="single" w:sz="4" w:color="B3DAE0"/>
          <w:insideV w:val="single" w:sz="4" w:color="B3DAE0"/>
        </w:tblBorders>
        <w:tblLayout w:type="fixed"/>
        <w:tblCellMar>
          <w:top w:w="70" w:type="dxa"/>
          <w:left w:w="110" w:type="dxa"/>
          <w:bottom w:w="70" w:type="dxa"/>
          <w:right w:w="110" w:type="dxa"/>
        </w:tblCellMar>
        <w:tblLook w:val="0000" w:firstRow="0" w:lastRow="0" w:firstColumn="0" w:lastColumn="0" w:noHBand="1" w:noVBand="1"/>
      </w:tblPr>
      <w:tblGrid>
        <w:gridCol w:w="2200"/>
        <w:gridCol w:w="2200"/>
        <w:gridCol w:w="2138"/>
        <w:gridCol w:w="3100"/>
      </w:tblGrid>
      <w:tr>
        <w:trPr>
          <w:cantSplit/>
          <w:trHeight w:val="420" w:hRule="atLeast"/>
          <w:tblHeader/>
        </w:trPr>
        <w:tc>
          <w:tcPr>
            <w:tcW w:w="2200" w:type="dxa"/>
            <w:shd w:val="clear" w:color="auto" w:fill="01869B"/>
            <w:vAlign w:val="center"/>
          </w:tcPr>
          <w:p>
            <w:pPr>
              <w:spacing w:before="0" w:after="0"/>
            </w:pPr>
            <w:r>
              <w:rPr>
                <w:b/>
                <w:bCs/>
                <w:i w:val="0"/>
                <w:color w:val="FFFFFF"/>
                <w:sz w:val="19"/>
                <w:szCs w:val="19"/>
              </w:rPr>
              <w:t xml:space="preserve">Nom</w:t>
            </w:r>
          </w:p>
        </w:tc>
        <w:tc>
          <w:tcPr>
            <w:tcW w:w="2200" w:type="dxa"/>
            <w:shd w:val="clear" w:color="auto" w:fill="01869B"/>
            <w:vAlign w:val="center"/>
          </w:tcPr>
          <w:p>
            <w:pPr>
              <w:spacing w:before="0" w:after="0"/>
            </w:pPr>
            <w:r>
              <w:rPr>
                <w:b/>
                <w:bCs/>
                <w:i w:val="0"/>
                <w:color w:val="FFFFFF"/>
                <w:sz w:val="19"/>
                <w:szCs w:val="19"/>
              </w:rPr>
              <w:t xml:space="preserve">Prénom</w:t>
            </w:r>
          </w:p>
        </w:tc>
        <w:tc>
          <w:tcPr>
            <w:tcW w:w="2138" w:type="dxa"/>
            <w:shd w:val="clear" w:color="auto" w:fill="01869B"/>
            <w:vAlign w:val="center"/>
          </w:tcPr>
          <w:p>
            <w:pPr>
              <w:spacing w:before="0" w:after="0"/>
            </w:pPr>
            <w:r>
              <w:rPr>
                <w:b/>
                <w:bCs/>
                <w:i w:val="0"/>
                <w:color w:val="FFFFFF"/>
                <w:sz w:val="19"/>
                <w:szCs w:val="19"/>
              </w:rPr>
              <w:t xml:space="preserve">Syndicat</w:t>
            </w:r>
          </w:p>
        </w:tc>
        <w:tc>
          <w:tcPr>
            <w:tcW w:w="3100" w:type="dxa"/>
            <w:shd w:val="clear" w:color="auto" w:fill="01869B"/>
            <w:vAlign w:val="center"/>
          </w:tcPr>
          <w:p>
            <w:pPr>
              <w:spacing w:before="0" w:after="0"/>
            </w:pPr>
            <w:r>
              <w:rPr>
                <w:b/>
                <w:bCs/>
                <w:i w:val="0"/>
                <w:color w:val="FFFFFF"/>
                <w:sz w:val="19"/>
                <w:szCs w:val="19"/>
              </w:rPr>
              <w:t xml:space="preserve">Signature</w:t>
            </w:r>
          </w:p>
        </w:tc>
      </w:tr>
      <w:tr>
        <w:trPr>
          <w:cantSplit/>
          <w:trHeight w:val="540" w:hRule="atLeast"/>
        </w:trPr>
        <w:tc>
          <w:tcPr>
            <w:tcW w:w="2200" w:type="dxa"/>
            <w:vAlign w:val="center"/>
          </w:tcPr>
          <w:p>
            <w:pPr>
              <w:spacing w:before="0" w:after="0"/>
            </w:pPr>
            <w:sdt>
              <w:sdtPr>
                <w:rPr>
                  <w:color w:val="2F2F33"/>
                  <w:sz w:val="20"/>
                  <w:szCs w:val="20"/>
                </w:rPr>
                <w:alias w:val="Representant 1 - Nom"/>
                <w:tag w:val="Representant 1 - Nom"/>
                <w:id w:val="501292"/>
                <w:lock w:val="sdtLocked"/>
                <w:showingPlcHdr/>
                <w:text/>
              </w:sdtPr>
              <w:sdtContent>
                <w:r>
                  <w:rPr>
                    <w:i w:val="0"/>
                    <w:color w:val="7A7A80"/>
                    <w:sz w:val="20"/>
                    <w:szCs w:val="20"/>
                  </w:rPr>
                  <w:t xml:space="preserve">Saisir</w:t>
                </w:r>
              </w:sdtContent>
            </w:sdt>
          </w:p>
        </w:tc>
        <w:tc>
          <w:tcPr>
            <w:tcW w:w="2200" w:type="dxa"/>
            <w:vAlign w:val="center"/>
          </w:tcPr>
          <w:p>
            <w:pPr>
              <w:spacing w:before="0" w:after="0"/>
            </w:pPr>
            <w:sdt>
              <w:sdtPr>
                <w:rPr>
                  <w:color w:val="2F2F33"/>
                  <w:sz w:val="20"/>
                  <w:szCs w:val="20"/>
                </w:rPr>
                <w:alias w:val="Representant 1 - Prenom"/>
                <w:tag w:val="Representant 1 - Prenom"/>
                <w:id w:val="501293"/>
                <w:lock w:val="sdtLocked"/>
                <w:showingPlcHdr/>
                <w:text/>
              </w:sdtPr>
              <w:sdtContent>
                <w:r>
                  <w:rPr>
                    <w:i w:val="0"/>
                    <w:color w:val="7A7A80"/>
                    <w:sz w:val="20"/>
                    <w:szCs w:val="20"/>
                  </w:rPr>
                  <w:t xml:space="preserve">Saisir</w:t>
                </w:r>
              </w:sdtContent>
            </w:sdt>
          </w:p>
        </w:tc>
        <w:tc>
          <w:tcPr>
            <w:tcW w:w="2138" w:type="dxa"/>
            <w:vAlign w:val="center"/>
          </w:tcPr>
          <w:p>
            <w:pPr>
              <w:spacing w:before="0" w:after="0"/>
            </w:pPr>
            <w:sdt>
              <w:sdtPr>
                <w:rPr>
                  <w:color w:val="2F2F33"/>
                  <w:sz w:val="20"/>
                  <w:szCs w:val="20"/>
                </w:rPr>
                <w:alias w:val="Representant 1 - Syndicat"/>
                <w:tag w:val="Representant 1 - Syndicat"/>
                <w:id w:val="501294"/>
                <w:lock w:val="sdtLocked"/>
                <w:showingPlcHdr/>
                <w:text/>
              </w:sdtPr>
              <w:sdtContent>
                <w:r>
                  <w:rPr>
                    <w:i w:val="0"/>
                    <w:color w:val="7A7A80"/>
                    <w:sz w:val="20"/>
                    <w:szCs w:val="20"/>
                  </w:rPr>
                  <w:t xml:space="preserve">Saisir</w:t>
                </w:r>
              </w:sdtContent>
            </w:sdt>
          </w:p>
        </w:tc>
        <w:tc>
          <w:tcPr>
            <w:tcW w:w="3100" w:type="dxa"/>
            <w:vAlign w:val="center"/>
          </w:tcPr>
          <w:p>
            <w:pPr>
              <w:spacing w:before="0" w:after="0"/>
            </w:pPr>
          </w:p>
        </w:tc>
      </w:tr>
      <w:tr>
        <w:trPr>
          <w:cantSplit/>
          <w:trHeight w:val="540" w:hRule="atLeast"/>
        </w:trPr>
        <w:tc>
          <w:tcPr>
            <w:tcW w:w="2200" w:type="dxa"/>
            <w:vAlign w:val="center"/>
          </w:tcPr>
          <w:p>
            <w:pPr>
              <w:spacing w:before="0" w:after="0"/>
            </w:pPr>
            <w:sdt>
              <w:sdtPr>
                <w:rPr>
                  <w:color w:val="2F2F33"/>
                  <w:sz w:val="20"/>
                  <w:szCs w:val="20"/>
                </w:rPr>
                <w:alias w:val="Representant 2 - Nom"/>
                <w:tag w:val="Representant 2 - Nom"/>
                <w:id w:val="501295"/>
                <w:lock w:val="sdtLocked"/>
                <w:showingPlcHdr/>
                <w:text/>
              </w:sdtPr>
              <w:sdtContent>
                <w:r>
                  <w:rPr>
                    <w:i w:val="0"/>
                    <w:color w:val="7A7A80"/>
                    <w:sz w:val="20"/>
                    <w:szCs w:val="20"/>
                  </w:rPr>
                  <w:t xml:space="preserve">Saisir</w:t>
                </w:r>
              </w:sdtContent>
            </w:sdt>
          </w:p>
        </w:tc>
        <w:tc>
          <w:tcPr>
            <w:tcW w:w="2200" w:type="dxa"/>
            <w:vAlign w:val="center"/>
          </w:tcPr>
          <w:p>
            <w:pPr>
              <w:spacing w:before="0" w:after="0"/>
            </w:pPr>
            <w:sdt>
              <w:sdtPr>
                <w:rPr>
                  <w:color w:val="2F2F33"/>
                  <w:sz w:val="20"/>
                  <w:szCs w:val="20"/>
                </w:rPr>
                <w:alias w:val="Representant 2 - Prenom"/>
                <w:tag w:val="Representant 2 - Prenom"/>
                <w:id w:val="501296"/>
                <w:lock w:val="sdtLocked"/>
                <w:showingPlcHdr/>
                <w:text/>
              </w:sdtPr>
              <w:sdtContent>
                <w:r>
                  <w:rPr>
                    <w:i w:val="0"/>
                    <w:color w:val="7A7A80"/>
                    <w:sz w:val="20"/>
                    <w:szCs w:val="20"/>
                  </w:rPr>
                  <w:t xml:space="preserve">Saisir</w:t>
                </w:r>
              </w:sdtContent>
            </w:sdt>
          </w:p>
        </w:tc>
        <w:tc>
          <w:tcPr>
            <w:tcW w:w="2138" w:type="dxa"/>
            <w:vAlign w:val="center"/>
          </w:tcPr>
          <w:p>
            <w:pPr>
              <w:spacing w:before="0" w:after="0"/>
            </w:pPr>
            <w:sdt>
              <w:sdtPr>
                <w:rPr>
                  <w:color w:val="2F2F33"/>
                  <w:sz w:val="20"/>
                  <w:szCs w:val="20"/>
                </w:rPr>
                <w:alias w:val="Representant 2 - Syndicat"/>
                <w:tag w:val="Representant 2 - Syndicat"/>
                <w:id w:val="501297"/>
                <w:lock w:val="sdtLocked"/>
                <w:showingPlcHdr/>
                <w:text/>
              </w:sdtPr>
              <w:sdtContent>
                <w:r>
                  <w:rPr>
                    <w:i w:val="0"/>
                    <w:color w:val="7A7A80"/>
                    <w:sz w:val="20"/>
                    <w:szCs w:val="20"/>
                  </w:rPr>
                  <w:t xml:space="preserve">Saisir</w:t>
                </w:r>
              </w:sdtContent>
            </w:sdt>
          </w:p>
        </w:tc>
        <w:tc>
          <w:tcPr>
            <w:tcW w:w="3100" w:type="dxa"/>
            <w:vAlign w:val="center"/>
          </w:tcPr>
          <w:p>
            <w:pPr>
              <w:spacing w:before="0" w:after="0"/>
            </w:pPr>
          </w:p>
        </w:tc>
      </w:tr>
      <w:tr>
        <w:trPr>
          <w:cantSplit/>
          <w:trHeight w:val="540" w:hRule="atLeast"/>
        </w:trPr>
        <w:tc>
          <w:tcPr>
            <w:tcW w:w="2200" w:type="dxa"/>
            <w:vAlign w:val="center"/>
          </w:tcPr>
          <w:p>
            <w:pPr>
              <w:spacing w:before="0" w:after="0"/>
            </w:pPr>
            <w:sdt>
              <w:sdtPr>
                <w:rPr>
                  <w:color w:val="2F2F33"/>
                  <w:sz w:val="20"/>
                  <w:szCs w:val="20"/>
                </w:rPr>
                <w:alias w:val="Representant 3 - Nom"/>
                <w:tag w:val="Representant 3 - Nom"/>
                <w:id w:val="501298"/>
                <w:lock w:val="sdtLocked"/>
                <w:showingPlcHdr/>
                <w:text/>
              </w:sdtPr>
              <w:sdtContent>
                <w:r>
                  <w:rPr>
                    <w:i w:val="0"/>
                    <w:color w:val="7A7A80"/>
                    <w:sz w:val="20"/>
                    <w:szCs w:val="20"/>
                  </w:rPr>
                  <w:t xml:space="preserve">Saisir</w:t>
                </w:r>
              </w:sdtContent>
            </w:sdt>
          </w:p>
        </w:tc>
        <w:tc>
          <w:tcPr>
            <w:tcW w:w="2200" w:type="dxa"/>
            <w:vAlign w:val="center"/>
          </w:tcPr>
          <w:p>
            <w:pPr>
              <w:spacing w:before="0" w:after="0"/>
            </w:pPr>
            <w:sdt>
              <w:sdtPr>
                <w:rPr>
                  <w:color w:val="2F2F33"/>
                  <w:sz w:val="20"/>
                  <w:szCs w:val="20"/>
                </w:rPr>
                <w:alias w:val="Representant 3 - Prenom"/>
                <w:tag w:val="Representant 3 - Prenom"/>
                <w:id w:val="501299"/>
                <w:lock w:val="sdtLocked"/>
                <w:showingPlcHdr/>
                <w:text/>
              </w:sdtPr>
              <w:sdtContent>
                <w:r>
                  <w:rPr>
                    <w:i w:val="0"/>
                    <w:color w:val="7A7A80"/>
                    <w:sz w:val="20"/>
                    <w:szCs w:val="20"/>
                  </w:rPr>
                  <w:t xml:space="preserve">Saisir</w:t>
                </w:r>
              </w:sdtContent>
            </w:sdt>
          </w:p>
        </w:tc>
        <w:tc>
          <w:tcPr>
            <w:tcW w:w="2138" w:type="dxa"/>
            <w:vAlign w:val="center"/>
          </w:tcPr>
          <w:p>
            <w:pPr>
              <w:spacing w:before="0" w:after="0"/>
            </w:pPr>
            <w:sdt>
              <w:sdtPr>
                <w:rPr>
                  <w:color w:val="2F2F33"/>
                  <w:sz w:val="20"/>
                  <w:szCs w:val="20"/>
                </w:rPr>
                <w:alias w:val="Representant 3 - Syndicat"/>
                <w:tag w:val="Representant 3 - Syndicat"/>
                <w:id w:val="501300"/>
                <w:lock w:val="sdtLocked"/>
                <w:showingPlcHdr/>
                <w:text/>
              </w:sdtPr>
              <w:sdtContent>
                <w:r>
                  <w:rPr>
                    <w:i w:val="0"/>
                    <w:color w:val="7A7A80"/>
                    <w:sz w:val="20"/>
                    <w:szCs w:val="20"/>
                  </w:rPr>
                  <w:t xml:space="preserve">Saisir</w:t>
                </w:r>
              </w:sdtContent>
            </w:sdt>
          </w:p>
        </w:tc>
        <w:tc>
          <w:tcPr>
            <w:tcW w:w="3100" w:type="dxa"/>
            <w:vAlign w:val="center"/>
          </w:tcPr>
          <w:p>
            <w:pPr>
              <w:spacing w:before="0" w:after="0"/>
            </w:pPr>
          </w:p>
        </w:tc>
      </w:tr>
      <w:tr>
        <w:trPr>
          <w:cantSplit/>
          <w:trHeight w:val="540" w:hRule="atLeast"/>
        </w:trPr>
        <w:tc>
          <w:tcPr>
            <w:tcW w:w="2200" w:type="dxa"/>
            <w:vAlign w:val="center"/>
          </w:tcPr>
          <w:p>
            <w:pPr>
              <w:spacing w:before="0" w:after="0"/>
            </w:pPr>
            <w:sdt>
              <w:sdtPr>
                <w:rPr>
                  <w:color w:val="2F2F33"/>
                  <w:sz w:val="20"/>
                  <w:szCs w:val="20"/>
                </w:rPr>
                <w:alias w:val="Representant 4 - Nom"/>
                <w:tag w:val="Representant 4 - Nom"/>
                <w:id w:val="501301"/>
                <w:lock w:val="sdtLocked"/>
                <w:showingPlcHdr/>
                <w:text/>
              </w:sdtPr>
              <w:sdtContent>
                <w:r>
                  <w:rPr>
                    <w:i w:val="0"/>
                    <w:color w:val="7A7A80"/>
                    <w:sz w:val="20"/>
                    <w:szCs w:val="20"/>
                  </w:rPr>
                  <w:t xml:space="preserve">Saisir</w:t>
                </w:r>
              </w:sdtContent>
            </w:sdt>
          </w:p>
        </w:tc>
        <w:tc>
          <w:tcPr>
            <w:tcW w:w="2200" w:type="dxa"/>
            <w:vAlign w:val="center"/>
          </w:tcPr>
          <w:p>
            <w:pPr>
              <w:spacing w:before="0" w:after="0"/>
            </w:pPr>
            <w:sdt>
              <w:sdtPr>
                <w:rPr>
                  <w:color w:val="2F2F33"/>
                  <w:sz w:val="20"/>
                  <w:szCs w:val="20"/>
                </w:rPr>
                <w:alias w:val="Representant 4 - Prenom"/>
                <w:tag w:val="Representant 4 - Prenom"/>
                <w:id w:val="501302"/>
                <w:lock w:val="sdtLocked"/>
                <w:showingPlcHdr/>
                <w:text/>
              </w:sdtPr>
              <w:sdtContent>
                <w:r>
                  <w:rPr>
                    <w:i w:val="0"/>
                    <w:color w:val="7A7A80"/>
                    <w:sz w:val="20"/>
                    <w:szCs w:val="20"/>
                  </w:rPr>
                  <w:t xml:space="preserve">Saisir</w:t>
                </w:r>
              </w:sdtContent>
            </w:sdt>
          </w:p>
        </w:tc>
        <w:tc>
          <w:tcPr>
            <w:tcW w:w="2138" w:type="dxa"/>
            <w:vAlign w:val="center"/>
          </w:tcPr>
          <w:p>
            <w:pPr>
              <w:spacing w:before="0" w:after="0"/>
            </w:pPr>
            <w:sdt>
              <w:sdtPr>
                <w:rPr>
                  <w:color w:val="2F2F33"/>
                  <w:sz w:val="20"/>
                  <w:szCs w:val="20"/>
                </w:rPr>
                <w:alias w:val="Representant 4 - Syndicat"/>
                <w:tag w:val="Representant 4 - Syndicat"/>
                <w:id w:val="501303"/>
                <w:lock w:val="sdtLocked"/>
                <w:showingPlcHdr/>
                <w:text/>
              </w:sdtPr>
              <w:sdtContent>
                <w:r>
                  <w:rPr>
                    <w:i w:val="0"/>
                    <w:color w:val="7A7A80"/>
                    <w:sz w:val="20"/>
                    <w:szCs w:val="20"/>
                  </w:rPr>
                  <w:t xml:space="preserve">Saisir</w:t>
                </w:r>
              </w:sdtContent>
            </w:sdt>
          </w:p>
        </w:tc>
        <w:tc>
          <w:tcPr>
            <w:tcW w:w="3100" w:type="dxa"/>
            <w:vAlign w:val="center"/>
          </w:tcPr>
          <w:p>
            <w:pPr>
              <w:spacing w:before="0" w:after="0"/>
            </w:pPr>
          </w:p>
        </w:tc>
      </w:tr>
    </w:tbl>
    <w:p>
      <w:pPr>
        <w:pStyle w:val="Heading2"/>
        <w:keepNext/>
        <w:keepLines/>
        <w:spacing w:before="200" w:after="100"/>
      </w:pPr>
      <w:r>
        <w:rPr>
          <w:b/>
          <w:bCs/>
          <w:i w:val="0"/>
          <w:color w:val="01869B"/>
          <w:sz w:val="24"/>
          <w:szCs w:val="24"/>
        </w:rPr>
        <w:t xml:space="preserve">B.  Permanents et permanentes syndicaux de votre zone</w:t>
      </w:r>
    </w:p>
    <w:p>
      <w:pPr>
        <w:spacing w:before="0" w:after="80"/>
      </w:pPr>
      <w:r>
        <w:rPr>
          <w:i/>
          <w:iCs/>
          <w:color w:val="7A7A80"/>
          <w:sz w:val="18"/>
          <w:szCs w:val="18"/>
        </w:rPr>
        <w:t xml:space="preserve">Uniquement pour une formation hors plan de formation, si votre ETA n’a aucun organe de concertation sociale.</w:t>
      </w:r>
    </w:p>
    <w:tbl>
      <w:tblPr>
        <w:tblW w:w="9638" w:type="dxa"/>
        <w:tblBorders>
          <w:top w:val="single" w:sz="4" w:color="B3DAE0"/>
          <w:left w:val="single" w:sz="4" w:color="B3DAE0"/>
          <w:bottom w:val="single" w:sz="4" w:color="B3DAE0"/>
          <w:right w:val="single" w:sz="4" w:color="B3DAE0"/>
          <w:insideH w:val="single" w:sz="4" w:color="B3DAE0"/>
          <w:insideV w:val="single" w:sz="4" w:color="B3DAE0"/>
        </w:tblBorders>
        <w:tblLayout w:type="fixed"/>
        <w:tblCellMar>
          <w:top w:w="70" w:type="dxa"/>
          <w:left w:w="110" w:type="dxa"/>
          <w:bottom w:w="70" w:type="dxa"/>
          <w:right w:w="110" w:type="dxa"/>
        </w:tblCellMar>
        <w:tblLook w:val="0000" w:firstRow="0" w:lastRow="0" w:firstColumn="0" w:lastColumn="0" w:noHBand="1" w:noVBand="1"/>
      </w:tblPr>
      <w:tblGrid>
        <w:gridCol w:w="2200"/>
        <w:gridCol w:w="2200"/>
        <w:gridCol w:w="2138"/>
        <w:gridCol w:w="3100"/>
      </w:tblGrid>
      <w:tr>
        <w:trPr>
          <w:cantSplit/>
          <w:trHeight w:val="420" w:hRule="atLeast"/>
          <w:tblHeader/>
        </w:trPr>
        <w:tc>
          <w:tcPr>
            <w:tcW w:w="2200" w:type="dxa"/>
            <w:shd w:val="clear" w:color="auto" w:fill="01869B"/>
            <w:vAlign w:val="center"/>
          </w:tcPr>
          <w:p>
            <w:pPr>
              <w:spacing w:before="0" w:after="0"/>
            </w:pPr>
            <w:r>
              <w:rPr>
                <w:b/>
                <w:bCs/>
                <w:i w:val="0"/>
                <w:color w:val="FFFFFF"/>
                <w:sz w:val="19"/>
                <w:szCs w:val="19"/>
              </w:rPr>
              <w:t xml:space="preserve">Nom</w:t>
            </w:r>
          </w:p>
        </w:tc>
        <w:tc>
          <w:tcPr>
            <w:tcW w:w="2200" w:type="dxa"/>
            <w:shd w:val="clear" w:color="auto" w:fill="01869B"/>
            <w:vAlign w:val="center"/>
          </w:tcPr>
          <w:p>
            <w:pPr>
              <w:spacing w:before="0" w:after="0"/>
            </w:pPr>
            <w:r>
              <w:rPr>
                <w:b/>
                <w:bCs/>
                <w:i w:val="0"/>
                <w:color w:val="FFFFFF"/>
                <w:sz w:val="19"/>
                <w:szCs w:val="19"/>
              </w:rPr>
              <w:t xml:space="preserve">Prénom</w:t>
            </w:r>
          </w:p>
        </w:tc>
        <w:tc>
          <w:tcPr>
            <w:tcW w:w="2138" w:type="dxa"/>
            <w:shd w:val="clear" w:color="auto" w:fill="01869B"/>
            <w:vAlign w:val="center"/>
          </w:tcPr>
          <w:p>
            <w:pPr>
              <w:spacing w:before="0" w:after="0"/>
            </w:pPr>
            <w:r>
              <w:rPr>
                <w:b/>
                <w:bCs/>
                <w:i w:val="0"/>
                <w:color w:val="FFFFFF"/>
                <w:sz w:val="19"/>
                <w:szCs w:val="19"/>
              </w:rPr>
              <w:t xml:space="preserve">Syndicat</w:t>
            </w:r>
          </w:p>
        </w:tc>
        <w:tc>
          <w:tcPr>
            <w:tcW w:w="3100" w:type="dxa"/>
            <w:shd w:val="clear" w:color="auto" w:fill="01869B"/>
            <w:vAlign w:val="center"/>
          </w:tcPr>
          <w:p>
            <w:pPr>
              <w:spacing w:before="0" w:after="0"/>
            </w:pPr>
            <w:r>
              <w:rPr>
                <w:b/>
                <w:bCs/>
                <w:i w:val="0"/>
                <w:color w:val="FFFFFF"/>
                <w:sz w:val="19"/>
                <w:szCs w:val="19"/>
              </w:rPr>
              <w:t xml:space="preserve">Signature</w:t>
            </w:r>
          </w:p>
        </w:tc>
      </w:tr>
      <w:tr>
        <w:trPr>
          <w:cantSplit/>
          <w:trHeight w:val="540" w:hRule="atLeast"/>
        </w:trPr>
        <w:tc>
          <w:tcPr>
            <w:tcW w:w="2200" w:type="dxa"/>
            <w:vAlign w:val="center"/>
          </w:tcPr>
          <w:p>
            <w:pPr>
              <w:spacing w:before="0" w:after="0"/>
            </w:pPr>
            <w:sdt>
              <w:sdtPr>
                <w:rPr>
                  <w:color w:val="2F2F33"/>
                  <w:sz w:val="20"/>
                  <w:szCs w:val="20"/>
                </w:rPr>
                <w:alias w:val="Permanent 1 - Nom"/>
                <w:tag w:val="Permanent 1 - Nom"/>
                <w:id w:val="501304"/>
                <w:lock w:val="sdtLocked"/>
                <w:showingPlcHdr/>
                <w:text/>
              </w:sdtPr>
              <w:sdtContent>
                <w:r>
                  <w:rPr>
                    <w:i w:val="0"/>
                    <w:color w:val="7A7A80"/>
                    <w:sz w:val="20"/>
                    <w:szCs w:val="20"/>
                  </w:rPr>
                  <w:t xml:space="preserve">Saisir</w:t>
                </w:r>
              </w:sdtContent>
            </w:sdt>
          </w:p>
        </w:tc>
        <w:tc>
          <w:tcPr>
            <w:tcW w:w="2200" w:type="dxa"/>
            <w:vAlign w:val="center"/>
          </w:tcPr>
          <w:p>
            <w:pPr>
              <w:spacing w:before="0" w:after="0"/>
            </w:pPr>
            <w:sdt>
              <w:sdtPr>
                <w:rPr>
                  <w:color w:val="2F2F33"/>
                  <w:sz w:val="20"/>
                  <w:szCs w:val="20"/>
                </w:rPr>
                <w:alias w:val="Permanent 1 - Prenom"/>
                <w:tag w:val="Permanent 1 - Prenom"/>
                <w:id w:val="501305"/>
                <w:lock w:val="sdtLocked"/>
                <w:showingPlcHdr/>
                <w:text/>
              </w:sdtPr>
              <w:sdtContent>
                <w:r>
                  <w:rPr>
                    <w:i w:val="0"/>
                    <w:color w:val="7A7A80"/>
                    <w:sz w:val="20"/>
                    <w:szCs w:val="20"/>
                  </w:rPr>
                  <w:t xml:space="preserve">Saisir</w:t>
                </w:r>
              </w:sdtContent>
            </w:sdt>
          </w:p>
        </w:tc>
        <w:tc>
          <w:tcPr>
            <w:tcW w:w="2138" w:type="dxa"/>
            <w:vAlign w:val="center"/>
          </w:tcPr>
          <w:p>
            <w:pPr>
              <w:spacing w:before="0" w:after="0"/>
            </w:pPr>
            <w:sdt>
              <w:sdtPr>
                <w:rPr>
                  <w:color w:val="2F2F33"/>
                  <w:sz w:val="20"/>
                  <w:szCs w:val="20"/>
                </w:rPr>
                <w:alias w:val="Permanent 1 - Syndicat"/>
                <w:tag w:val="Permanent 1 - Syndicat"/>
                <w:id w:val="501306"/>
                <w:lock w:val="sdtLocked"/>
                <w:showingPlcHdr/>
                <w:text/>
              </w:sdtPr>
              <w:sdtContent>
                <w:r>
                  <w:rPr>
                    <w:i w:val="0"/>
                    <w:color w:val="7A7A80"/>
                    <w:sz w:val="20"/>
                    <w:szCs w:val="20"/>
                  </w:rPr>
                  <w:t xml:space="preserve">Saisir</w:t>
                </w:r>
              </w:sdtContent>
            </w:sdt>
          </w:p>
        </w:tc>
        <w:tc>
          <w:tcPr>
            <w:tcW w:w="3100" w:type="dxa"/>
            <w:vAlign w:val="center"/>
          </w:tcPr>
          <w:p>
            <w:pPr>
              <w:spacing w:before="0" w:after="0"/>
            </w:pPr>
          </w:p>
        </w:tc>
      </w:tr>
      <w:tr>
        <w:trPr>
          <w:cantSplit/>
          <w:trHeight w:val="540" w:hRule="atLeast"/>
        </w:trPr>
        <w:tc>
          <w:tcPr>
            <w:tcW w:w="2200" w:type="dxa"/>
            <w:vAlign w:val="center"/>
          </w:tcPr>
          <w:p>
            <w:pPr>
              <w:spacing w:before="0" w:after="0"/>
            </w:pPr>
            <w:sdt>
              <w:sdtPr>
                <w:rPr>
                  <w:color w:val="2F2F33"/>
                  <w:sz w:val="20"/>
                  <w:szCs w:val="20"/>
                </w:rPr>
                <w:alias w:val="Permanent 2 - Nom"/>
                <w:tag w:val="Permanent 2 - Nom"/>
                <w:id w:val="501307"/>
                <w:lock w:val="sdtLocked"/>
                <w:showingPlcHdr/>
                <w:text/>
              </w:sdtPr>
              <w:sdtContent>
                <w:r>
                  <w:rPr>
                    <w:i w:val="0"/>
                    <w:color w:val="7A7A80"/>
                    <w:sz w:val="20"/>
                    <w:szCs w:val="20"/>
                  </w:rPr>
                  <w:t xml:space="preserve">Saisir</w:t>
                </w:r>
              </w:sdtContent>
            </w:sdt>
          </w:p>
        </w:tc>
        <w:tc>
          <w:tcPr>
            <w:tcW w:w="2200" w:type="dxa"/>
            <w:vAlign w:val="center"/>
          </w:tcPr>
          <w:p>
            <w:pPr>
              <w:spacing w:before="0" w:after="0"/>
            </w:pPr>
            <w:sdt>
              <w:sdtPr>
                <w:rPr>
                  <w:color w:val="2F2F33"/>
                  <w:sz w:val="20"/>
                  <w:szCs w:val="20"/>
                </w:rPr>
                <w:alias w:val="Permanent 2 - Prenom"/>
                <w:tag w:val="Permanent 2 - Prenom"/>
                <w:id w:val="501308"/>
                <w:lock w:val="sdtLocked"/>
                <w:showingPlcHdr/>
                <w:text/>
              </w:sdtPr>
              <w:sdtContent>
                <w:r>
                  <w:rPr>
                    <w:i w:val="0"/>
                    <w:color w:val="7A7A80"/>
                    <w:sz w:val="20"/>
                    <w:szCs w:val="20"/>
                  </w:rPr>
                  <w:t xml:space="preserve">Saisir</w:t>
                </w:r>
              </w:sdtContent>
            </w:sdt>
          </w:p>
        </w:tc>
        <w:tc>
          <w:tcPr>
            <w:tcW w:w="2138" w:type="dxa"/>
            <w:vAlign w:val="center"/>
          </w:tcPr>
          <w:p>
            <w:pPr>
              <w:spacing w:before="0" w:after="0"/>
            </w:pPr>
            <w:sdt>
              <w:sdtPr>
                <w:rPr>
                  <w:color w:val="2F2F33"/>
                  <w:sz w:val="20"/>
                  <w:szCs w:val="20"/>
                </w:rPr>
                <w:alias w:val="Permanent 2 - Syndicat"/>
                <w:tag w:val="Permanent 2 - Syndicat"/>
                <w:id w:val="501309"/>
                <w:lock w:val="sdtLocked"/>
                <w:showingPlcHdr/>
                <w:text/>
              </w:sdtPr>
              <w:sdtContent>
                <w:r>
                  <w:rPr>
                    <w:i w:val="0"/>
                    <w:color w:val="7A7A80"/>
                    <w:sz w:val="20"/>
                    <w:szCs w:val="20"/>
                  </w:rPr>
                  <w:t xml:space="preserve">Saisir</w:t>
                </w:r>
              </w:sdtContent>
            </w:sdt>
          </w:p>
        </w:tc>
        <w:tc>
          <w:tcPr>
            <w:tcW w:w="3100" w:type="dxa"/>
            <w:vAlign w:val="center"/>
          </w:tcPr>
          <w:p>
            <w:pPr>
              <w:spacing w:before="0" w:after="0"/>
            </w:pPr>
          </w:p>
        </w:tc>
      </w:tr>
      <w:tr>
        <w:trPr>
          <w:cantSplit/>
          <w:trHeight w:val="540" w:hRule="atLeast"/>
        </w:trPr>
        <w:tc>
          <w:tcPr>
            <w:tcW w:w="2200" w:type="dxa"/>
            <w:vAlign w:val="center"/>
          </w:tcPr>
          <w:p>
            <w:pPr>
              <w:spacing w:before="0" w:after="0"/>
            </w:pPr>
            <w:sdt>
              <w:sdtPr>
                <w:rPr>
                  <w:color w:val="2F2F33"/>
                  <w:sz w:val="20"/>
                  <w:szCs w:val="20"/>
                </w:rPr>
                <w:alias w:val="Permanent 3 - Nom"/>
                <w:tag w:val="Permanent 3 - Nom"/>
                <w:id w:val="501310"/>
                <w:lock w:val="sdtLocked"/>
                <w:showingPlcHdr/>
                <w:text/>
              </w:sdtPr>
              <w:sdtContent>
                <w:r>
                  <w:rPr>
                    <w:i w:val="0"/>
                    <w:color w:val="7A7A80"/>
                    <w:sz w:val="20"/>
                    <w:szCs w:val="20"/>
                  </w:rPr>
                  <w:t xml:space="preserve">Saisir</w:t>
                </w:r>
              </w:sdtContent>
            </w:sdt>
          </w:p>
        </w:tc>
        <w:tc>
          <w:tcPr>
            <w:tcW w:w="2200" w:type="dxa"/>
            <w:vAlign w:val="center"/>
          </w:tcPr>
          <w:p>
            <w:pPr>
              <w:spacing w:before="0" w:after="0"/>
            </w:pPr>
            <w:sdt>
              <w:sdtPr>
                <w:rPr>
                  <w:color w:val="2F2F33"/>
                  <w:sz w:val="20"/>
                  <w:szCs w:val="20"/>
                </w:rPr>
                <w:alias w:val="Permanent 3 - Prenom"/>
                <w:tag w:val="Permanent 3 - Prenom"/>
                <w:id w:val="501311"/>
                <w:lock w:val="sdtLocked"/>
                <w:showingPlcHdr/>
                <w:text/>
              </w:sdtPr>
              <w:sdtContent>
                <w:r>
                  <w:rPr>
                    <w:i w:val="0"/>
                    <w:color w:val="7A7A80"/>
                    <w:sz w:val="20"/>
                    <w:szCs w:val="20"/>
                  </w:rPr>
                  <w:t xml:space="preserve">Saisir</w:t>
                </w:r>
              </w:sdtContent>
            </w:sdt>
          </w:p>
        </w:tc>
        <w:tc>
          <w:tcPr>
            <w:tcW w:w="2138" w:type="dxa"/>
            <w:vAlign w:val="center"/>
          </w:tcPr>
          <w:p>
            <w:pPr>
              <w:spacing w:before="0" w:after="0"/>
            </w:pPr>
            <w:sdt>
              <w:sdtPr>
                <w:rPr>
                  <w:color w:val="2F2F33"/>
                  <w:sz w:val="20"/>
                  <w:szCs w:val="20"/>
                </w:rPr>
                <w:alias w:val="Permanent 3 - Syndicat"/>
                <w:tag w:val="Permanent 3 - Syndicat"/>
                <w:id w:val="501312"/>
                <w:lock w:val="sdtLocked"/>
                <w:showingPlcHdr/>
                <w:text/>
              </w:sdtPr>
              <w:sdtContent>
                <w:r>
                  <w:rPr>
                    <w:i w:val="0"/>
                    <w:color w:val="7A7A80"/>
                    <w:sz w:val="20"/>
                    <w:szCs w:val="20"/>
                  </w:rPr>
                  <w:t xml:space="preserve">Saisir</w:t>
                </w:r>
              </w:sdtContent>
            </w:sdt>
          </w:p>
        </w:tc>
        <w:tc>
          <w:tcPr>
            <w:tcW w:w="3100" w:type="dxa"/>
            <w:vAlign w:val="center"/>
          </w:tcPr>
          <w:p>
            <w:pPr>
              <w:spacing w:before="0" w:after="0"/>
            </w:pPr>
          </w:p>
        </w:tc>
      </w:tr>
    </w:tbl>
    <w:p>
      <w:pPr>
        <w:spacing w:before="0" w:after="120" w:line="120" w:lineRule="auto"/>
      </w:pPr>
    </w:p>
    <w:tbl>
      <w:tblPr>
        <w:tblW w:w="9638" w:type="dxa"/>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110"/>
        <w:gridCol w:w="9528"/>
      </w:tblGrid>
      <w:tr>
        <w:trPr>
          <w:cantSplit/>
        </w:trPr>
        <w:tc>
          <w:tcPr>
            <w:tcW w:w="110" w:type="dxa"/>
            <w:shd w:val="clear" w:color="auto" w:fill="D97706"/>
            <w:vAlign w:val="center"/>
          </w:tcPr>
          <w:p>
            <w:pPr>
              <w:spacing w:before="0" w:after="0"/>
            </w:pPr>
          </w:p>
        </w:tc>
        <w:tc>
          <w:tcPr>
            <w:tcW w:w="9528" w:type="dxa"/>
            <w:shd w:val="clear" w:color="auto" w:fill="FFF4E5"/>
            <w:tcMar>
              <w:top w:w="140" w:type="dxa"/>
              <w:left w:w="220" w:type="dxa"/>
              <w:bottom w:w="140" w:type="dxa"/>
              <w:right w:w="220" w:type="dxa"/>
            </w:tcMar>
            <w:vAlign w:val="center"/>
          </w:tcPr>
          <w:p>
            <w:pPr>
              <w:keepNext/>
              <w:keepLines/>
              <w:spacing w:before="0" w:after="60"/>
            </w:pPr>
            <w:r>
              <w:rPr>
                <w:b/>
                <w:bCs/>
                <w:i w:val="0"/>
                <w:color w:val="D97706"/>
                <w:sz w:val="19"/>
                <w:szCs w:val="19"/>
              </w:rPr>
              <w:t xml:space="preserve">QUE FAIRE MAINTENANT ?</w:t>
            </w:r>
          </w:p>
          <w:p>
            <w:pPr>
              <w:numPr>
                <w:ilvl w:val="0"/>
                <w:numId w:val="1"/>
              </w:numPr>
              <w:spacing w:before="0" w:after="40"/>
            </w:pPr>
            <w:r>
              <w:rPr>
                <w:b/>
                <w:bCs/>
                <w:i w:val="0"/>
                <w:color w:val="2F2F33"/>
                <w:sz w:val="20"/>
                <w:szCs w:val="20"/>
              </w:rPr>
              <w:t xml:space="preserve">Joignez les pièces justificatives : </w:t>
            </w:r>
            <w:r>
              <w:rPr>
                <w:i w:val="0"/>
                <w:color w:val="2F2F33"/>
                <w:sz w:val="20"/>
                <w:szCs w:val="20"/>
              </w:rPr>
              <w:t xml:space="preserve">facture de formation établie par le formateur, la formatrice ou l’opérateur extérieur, preuve de paiement, attestation de présence.</w:t>
            </w:r>
          </w:p>
          <w:p>
            <w:pPr>
              <w:numPr>
                <w:ilvl w:val="0"/>
                <w:numId w:val="1"/>
              </w:numPr>
              <w:spacing w:before="0" w:after="40"/>
            </w:pPr>
            <w:r>
              <w:rPr>
                <w:b/>
                <w:bCs/>
                <w:i w:val="0"/>
                <w:color w:val="2F2F33"/>
                <w:sz w:val="20"/>
                <w:szCs w:val="20"/>
              </w:rPr>
              <w:t xml:space="preserve">Vérifiez les signatures : </w:t>
            </w:r>
            <w:r>
              <w:rPr>
                <w:i w:val="0"/>
                <w:color w:val="2F2F33"/>
                <w:sz w:val="20"/>
                <w:szCs w:val="20"/>
              </w:rPr>
              <w:t xml:space="preserve">direction, et syndicales si la formation ne figure pas dans votre plan de formation.</w:t>
            </w:r>
          </w:p>
          <w:p>
            <w:pPr>
              <w:numPr>
                <w:ilvl w:val="0"/>
                <w:numId w:val="1"/>
              </w:numPr>
              <w:spacing w:before="0" w:after="0"/>
            </w:pPr>
            <w:r>
              <w:rPr>
                <w:b/>
                <w:bCs/>
                <w:i w:val="0"/>
                <w:color w:val="2F2F33"/>
                <w:sz w:val="20"/>
                <w:szCs w:val="20"/>
              </w:rPr>
              <w:t xml:space="preserve">Envoyez votre demande dans les six mois qui suivent le dernier jour de formation : </w:t>
            </w:r>
            <w:r>
              <w:rPr>
                <w:i w:val="0"/>
                <w:color w:val="2F2F33"/>
                <w:sz w:val="20"/>
                <w:szCs w:val="20"/>
              </w:rPr>
              <w:t xml:space="preserve">de préférence via la plateforme extranet ; à défaut, par e-mail à </w:t>
            </w:r>
            <w:hyperlink r:id="rId10">
              <w:r>
                <w:rPr>
                  <w:rStyle w:val="Hyperlink"/>
                  <w:color w:val="01869B"/>
                  <w:sz w:val="20"/>
                  <w:szCs w:val="20"/>
                  <w:u w:val="single"/>
                </w:rPr>
                <w:t xml:space="preserve">fondsdeseta@apefasbl.org</w:t>
              </w:r>
            </w:hyperlink>
            <w:r>
              <w:rPr>
                <w:i w:val="0"/>
                <w:color w:val="2F2F33"/>
                <w:sz w:val="20"/>
                <w:szCs w:val="20"/>
              </w:rPr>
              <w:t xml:space="preserve">, avec votre plan de formation signé s’il s’agit de votre première demande de l’année.</w:t>
            </w:r>
          </w:p>
        </w:tc>
      </w:tr>
    </w:tbl>
    <w:sectPr w:rsidR="00FC693F" w:rsidRPr="0006063C" w:rsidSect="00034616">
      <w:headerReference w:type="default" r:id="rId12"/>
      <w:footerReference w:type="default" r:id="rId13"/>
      <w:pgSz w:w="11906" w:h="16838"/>
      <w:pgMar w:top="1928" w:right="1134" w:bottom="1474" w:left="1134" w:header="51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bottom w:val="single" w:sz="4" w:space="4" w:color="01869B"/>
      </w:pBdr>
      <w:spacing w:before="0" w:after="60" w:line="100" w:lineRule="auto"/>
    </w:pPr>
  </w:p>
  <w:tbl>
    <w:tblPr>
      <w:tblW w:w="9638" w:type="dxa"/>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7038"/>
      <w:gridCol w:w="1100"/>
      <w:gridCol w:w="1500"/>
    </w:tblGrid>
    <w:tr>
      <w:trPr>
        <w:cantSplit/>
      </w:trPr>
      <w:tc>
        <w:tcPr>
          <w:tcW w:w="7038" w:type="dxa"/>
          <w:vAlign w:val="center"/>
        </w:tcPr>
        <w:p>
          <w:pPr>
            <w:spacing w:before="0" w:after="0"/>
          </w:pPr>
          <w:r>
            <w:rPr>
              <w:i w:val="0"/>
              <w:color w:val="2F2F33"/>
              <w:sz w:val="15"/>
              <w:szCs w:val="15"/>
            </w:rPr>
            <w:t xml:space="preserve">FSE ETAW   ·   Tél. : +32 2 250 37 87   │   fondsdeseta@apefasbl.org</w:t>
          </w:r>
        </w:p>
        <w:p>
          <w:pPr>
            <w:spacing w:before="0" w:after="20"/>
          </w:pPr>
          <w:r>
            <w:rPr>
              <w:i w:val="0"/>
              <w:color w:val="2F2F33"/>
              <w:sz w:val="15"/>
              <w:szCs w:val="15"/>
            </w:rPr>
            <w:t xml:space="preserve">Square Sainctelette 13-15, 1000 Bruxelles   │   www.apefasbl.org</w:t>
          </w:r>
        </w:p>
        <w:p>
          <w:pPr>
            <w:spacing w:before="0" w:after="0"/>
          </w:pPr>
          <w:r>
            <w:rPr>
              <w:b/>
              <w:bCs/>
              <w:i/>
              <w:iCs/>
              <w:color w:val="01869B"/>
              <w:sz w:val="14"/>
              <w:szCs w:val="14"/>
            </w:rPr>
            <w:t xml:space="preserve">Merci de toujours indiquer le n° de votre dossier dans toutes vos communications avec le Fonds</w:t>
          </w:r>
        </w:p>
      </w:tc>
      <w:tc>
        <w:tcPr>
          <w:tcW w:w="1100" w:type="dxa"/>
          <w:vAlign w:val="center"/>
        </w:tcPr>
        <w:p>
          <w:pPr>
            <w:spacing w:before="0" w:after="0"/>
            <w:jc w:val="right"/>
          </w:pPr>
          <w:r>
            <w:rPr>
              <w:i w:val="0"/>
              <w:color w:val="340873"/>
              <w:sz w:val="16"/>
              <w:szCs w:val="16"/>
            </w:rPr>
            <w:t xml:space="preserve">Page </w:t>
          </w:r>
          <w:r>
            <w:rPr>
              <w:b/>
              <w:bCs/>
              <w:i w:val="0"/>
              <w:color w:val="340873"/>
              <w:sz w:val="16"/>
              <w:szCs w:val="16"/>
            </w:rPr>
            <w:fldChar w:fldCharType="begin"/>
          </w:r>
          <w:r>
            <w:rPr>
              <w:b/>
              <w:bCs/>
              <w:i w:val="0"/>
              <w:color w:val="340873"/>
              <w:sz w:val="16"/>
              <w:szCs w:val="16"/>
            </w:rPr>
            <w:instrText xml:space="preserve"> PAGE </w:instrText>
          </w:r>
          <w:r>
            <w:rPr>
              <w:b/>
              <w:bCs/>
              <w:i w:val="0"/>
              <w:color w:val="340873"/>
              <w:sz w:val="16"/>
              <w:szCs w:val="16"/>
            </w:rPr>
            <w:fldChar w:fldCharType="separate"/>
          </w:r>
          <w:r>
            <w:rPr>
              <w:b/>
              <w:bCs/>
              <w:i w:val="0"/>
              <w:color w:val="340873"/>
              <w:sz w:val="16"/>
              <w:szCs w:val="16"/>
            </w:rPr>
            <w:t>1</w:t>
          </w:r>
          <w:r>
            <w:rPr>
              <w:b/>
              <w:bCs/>
              <w:i w:val="0"/>
              <w:color w:val="340873"/>
              <w:sz w:val="16"/>
              <w:szCs w:val="16"/>
            </w:rPr>
            <w:fldChar w:fldCharType="end"/>
          </w:r>
          <w:r>
            <w:rPr>
              <w:i w:val="0"/>
              <w:color w:val="340873"/>
              <w:sz w:val="16"/>
              <w:szCs w:val="16"/>
            </w:rPr>
            <w:t xml:space="preserve"> / </w:t>
          </w:r>
          <w:r>
            <w:rPr>
              <w:b/>
              <w:bCs/>
              <w:i w:val="0"/>
              <w:color w:val="340873"/>
              <w:sz w:val="16"/>
              <w:szCs w:val="16"/>
            </w:rPr>
            <w:fldChar w:fldCharType="begin"/>
          </w:r>
          <w:r>
            <w:rPr>
              <w:b/>
              <w:bCs/>
              <w:i w:val="0"/>
              <w:color w:val="340873"/>
              <w:sz w:val="16"/>
              <w:szCs w:val="16"/>
            </w:rPr>
            <w:instrText xml:space="preserve"> NUMPAGES </w:instrText>
          </w:r>
          <w:r>
            <w:rPr>
              <w:b/>
              <w:bCs/>
              <w:i w:val="0"/>
              <w:color w:val="340873"/>
              <w:sz w:val="16"/>
              <w:szCs w:val="16"/>
            </w:rPr>
            <w:fldChar w:fldCharType="separate"/>
          </w:r>
          <w:r>
            <w:rPr>
              <w:b/>
              <w:bCs/>
              <w:i w:val="0"/>
              <w:color w:val="340873"/>
              <w:sz w:val="16"/>
              <w:szCs w:val="16"/>
            </w:rPr>
            <w:t>1</w:t>
          </w:r>
          <w:r>
            <w:rPr>
              <w:b/>
              <w:bCs/>
              <w:i w:val="0"/>
              <w:color w:val="340873"/>
              <w:sz w:val="16"/>
              <w:szCs w:val="16"/>
            </w:rPr>
            <w:fldChar w:fldCharType="end"/>
          </w:r>
        </w:p>
      </w:tc>
      <w:tc>
        <w:tcPr>
          <w:tcW w:w="1500" w:type="dxa"/>
          <w:vAlign w:val="center"/>
        </w:tcPr>
        <w:p>
          <w:pPr>
            <w:spacing w:before="0" w:after="0"/>
            <w:jc w:val="right"/>
          </w:pPr>
          <w:r>
            <w:drawing>
              <wp:inline xmlns:a="http://schemas.openxmlformats.org/drawingml/2006/main" xmlns:pic="http://schemas.openxmlformats.org/drawingml/2006/picture">
                <wp:extent cx="756000" cy="288087"/>
                <wp:docPr id="1" name="Picture 1"/>
                <wp:cNvGraphicFramePr>
                  <a:graphicFrameLocks noChangeAspect="1"/>
                </wp:cNvGraphicFramePr>
                <a:graphic>
                  <a:graphicData uri="http://schemas.openxmlformats.org/drawingml/2006/picture">
                    <pic:pic>
                      <pic:nvPicPr>
                        <pic:cNvPr id="0" name="apef.png"/>
                        <pic:cNvPicPr/>
                      </pic:nvPicPr>
                      <pic:blipFill>
                        <a:blip r:embed="rId1"/>
                        <a:stretch>
                          <a:fillRect/>
                        </a:stretch>
                      </pic:blipFill>
                      <pic:spPr>
                        <a:xfrm>
                          <a:off x="0" y="0"/>
                          <a:ext cx="756000" cy="288087"/>
                        </a:xfrm>
                        <a:prstGeom prst="rect"/>
                      </pic:spPr>
                    </pic:pic>
                  </a:graphicData>
                </a:graphic>
              </wp:inline>
            </w:drawing>
          </w:r>
        </w:p>
      </w:tc>
    </w:tr>
  </w:tbl>
  <w:p>
    <w:pPr>
      <w:spacing w:before="0" w:after="0" w:line="100" w:lineRule="auto"/>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w="9638" w:type="dxa"/>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3600"/>
      <w:gridCol w:w="6038"/>
    </w:tblGrid>
    <w:tr>
      <w:trPr>
        <w:cantSplit/>
      </w:trPr>
      <w:tc>
        <w:tcPr>
          <w:tcW w:w="3600" w:type="dxa"/>
          <w:vAlign w:val="bottom"/>
        </w:tcPr>
        <w:p>
          <w:pPr>
            <w:spacing w:before="0" w:after="0"/>
          </w:pPr>
          <w:r>
            <w:drawing>
              <wp:inline xmlns:a="http://schemas.openxmlformats.org/drawingml/2006/main" xmlns:pic="http://schemas.openxmlformats.org/drawingml/2006/picture">
                <wp:extent cx="1800000" cy="632432"/>
                <wp:docPr id="1" name="Picture 1"/>
                <wp:cNvGraphicFramePr>
                  <a:graphicFrameLocks noChangeAspect="1"/>
                </wp:cNvGraphicFramePr>
                <a:graphic>
                  <a:graphicData uri="http://schemas.openxmlformats.org/drawingml/2006/picture">
                    <pic:pic>
                      <pic:nvPicPr>
                        <pic:cNvPr id="0" name="cfc3ac0c-Logo_FSE_ETA_wallonne_turquoise.png"/>
                        <pic:cNvPicPr/>
                      </pic:nvPicPr>
                      <pic:blipFill>
                        <a:blip r:embed="rId1"/>
                        <a:stretch>
                          <a:fillRect/>
                        </a:stretch>
                      </pic:blipFill>
                      <pic:spPr>
                        <a:xfrm>
                          <a:off x="0" y="0"/>
                          <a:ext cx="1800000" cy="632432"/>
                        </a:xfrm>
                        <a:prstGeom prst="rect"/>
                      </pic:spPr>
                    </pic:pic>
                  </a:graphicData>
                </a:graphic>
              </wp:inline>
            </w:drawing>
          </w:r>
        </w:p>
      </w:tc>
      <w:tc>
        <w:tcPr>
          <w:tcW w:w="6038" w:type="dxa"/>
          <w:vAlign w:val="bottom"/>
        </w:tcPr>
        <w:p>
          <w:pPr>
            <w:spacing w:before="0" w:after="0"/>
            <w:jc w:val="right"/>
          </w:pPr>
          <w:r>
            <w:rPr>
              <w:b/>
              <w:bCs/>
              <w:i w:val="0"/>
              <w:color w:val="340873"/>
              <w:sz w:val="18"/>
              <w:szCs w:val="18"/>
            </w:rPr>
            <w:t xml:space="preserve">FORMULAIRE</w:t>
          </w:r>
        </w:p>
        <w:p>
          <w:pPr>
            <w:spacing w:before="0" w:after="0"/>
            <w:jc w:val="right"/>
          </w:pPr>
          <w:r>
            <w:rPr>
              <w:b/>
              <w:bCs/>
              <w:i w:val="0"/>
              <w:color w:val="01869B"/>
              <w:sz w:val="16"/>
              <w:szCs w:val="16"/>
            </w:rPr>
            <w:t xml:space="preserve">DEMANDE D’INTERVENTION · FORMATION 2026</w:t>
          </w:r>
        </w:p>
      </w:tc>
    </w:tr>
  </w:tbl>
  <w:p>
    <w:pPr>
      <w:pBdr>
        <w:bottom w:val="single" w:sz="4" w:space="4" w:color="01869B"/>
      </w:pBdr>
      <w:spacing w:before="0" w:after="0" w:line="100" w:lineRule="aut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singleLevel"/>
    <w:lvl w:ilvl="0">
      <w:start w:val="1"/>
      <w:numFmt w:val="bullet"/>
      <w:lvlText w:val="▪"/>
      <w:lvlJc w:val="left"/>
      <w:pPr>
        <w:ind w:left="300" w:hanging="220"/>
      </w:pPr>
      <w:rPr>
        <w:rFonts w:ascii="Aptos" w:hAnsi="Aptos"/>
        <w:color w:val="01869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ocumentProtection w:edit="forms" w:enforcement="1"/>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cs="Aptos"/>
      <w:color w:val="2F2F33"/>
      <w:sz w:val="21"/>
      <w:lang w:val="fr-BE" w:eastAsia="fr-B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Aptos" w:hAnsi="Apto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Aptos" w:hAnsi="Apto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training.afosoc-vesofo.org/login" TargetMode="External"/><Relationship Id="rId10" Type="http://schemas.openxmlformats.org/officeDocument/2006/relationships/hyperlink" Target="mailto:fondsdeseta@apefasbl.org" TargetMode="External"/><Relationship Id="rId11" Type="http://schemas.openxmlformats.org/officeDocument/2006/relationships/hyperlink" Target="https://apefasbl.org/fonds/fonds-de-formation/fonds-eta-region-wallonne/"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demande d’intervention - Formation 2026</dc:title>
  <dc:subject/>
  <dc:creator>FSE ETA wallon</dc:creator>
  <cp:keywords/>
  <dc:description>generated by python-docx</dc:description>
  <cp:lastModifiedBy/>
  <cp:revision>1</cp:revision>
  <dcterms:created xsi:type="dcterms:W3CDTF">2013-12-23T23:15:00Z</dcterms:created>
  <dcterms:modified xsi:type="dcterms:W3CDTF">2013-12-23T23:15:00Z</dcterms:modified>
  <cp:category/>
</cp:coreProperties>
</file>