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C3F81" w14:textId="77777777" w:rsidR="00F84BC9" w:rsidRDefault="00FC5FC5">
      <w:pPr>
        <w:spacing w:before="160" w:after="60"/>
      </w:pPr>
      <w:r>
        <w:rPr>
          <w:rFonts w:ascii="Aptos Display" w:hAnsi="Aptos Display"/>
          <w:b/>
          <w:color w:val="340873"/>
          <w:sz w:val="40"/>
        </w:rPr>
        <w:t>Demande de modification</w:t>
      </w:r>
    </w:p>
    <w:p w14:paraId="78ED1093" w14:textId="77777777" w:rsidR="00F84BC9" w:rsidRDefault="00FC5FC5">
      <w:pPr>
        <w:spacing w:after="200"/>
      </w:pPr>
      <w:r>
        <w:rPr>
          <w:b/>
          <w:color w:val="01869B"/>
          <w:sz w:val="24"/>
        </w:rPr>
        <w:t>Poste « Bien-être »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0"/>
        <w:gridCol w:w="9297"/>
      </w:tblGrid>
      <w:tr w:rsidR="00F84BC9" w14:paraId="3758FA02" w14:textId="77777777">
        <w:trPr>
          <w:jc w:val="center"/>
        </w:trPr>
        <w:tc>
          <w:tcPr>
            <w:tcW w:w="198" w:type="dxa"/>
            <w:shd w:val="clear" w:color="auto" w:fill="01869B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9A1DA01" w14:textId="77777777" w:rsidR="00F84BC9" w:rsidRDefault="00F84BC9"/>
        </w:tc>
        <w:tc>
          <w:tcPr>
            <w:tcW w:w="9297" w:type="dxa"/>
            <w:shd w:val="clear" w:color="auto" w:fill="E6F3F5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13522EC" w14:textId="77777777" w:rsidR="00F84BC9" w:rsidRDefault="00FC5FC5">
            <w:r>
              <w:rPr>
                <w:b/>
                <w:color w:val="01869B"/>
              </w:rPr>
              <w:t>Mode d’emploi</w:t>
            </w:r>
          </w:p>
          <w:p w14:paraId="3E8960F2" w14:textId="77777777" w:rsidR="00F84BC9" w:rsidRDefault="00FC5FC5">
            <w:pPr>
              <w:spacing w:after="0"/>
            </w:pPr>
            <w:r>
              <w:rPr>
                <w:sz w:val="20"/>
              </w:rPr>
              <w:t>Cliquez dans les champs pour saisir votre réponse. Cliquez sur les cases pour les cocher ou les décocher. Enregistrez ensuite une copie du document avant de l’envoyer au Fonds.</w:t>
            </w:r>
          </w:p>
        </w:tc>
      </w:tr>
    </w:tbl>
    <w:p w14:paraId="6B7BED40" w14:textId="77777777" w:rsidR="00F84BC9" w:rsidRDefault="00F84BC9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23"/>
        <w:gridCol w:w="8900"/>
      </w:tblGrid>
      <w:tr w:rsidR="00F84BC9" w14:paraId="034CEFB0" w14:textId="77777777">
        <w:trPr>
          <w:jc w:val="center"/>
        </w:trPr>
        <w:tc>
          <w:tcPr>
            <w:tcW w:w="623" w:type="dxa"/>
            <w:shd w:val="clear" w:color="auto" w:fill="D97706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0C4997E1" w14:textId="77777777" w:rsidR="00F84BC9" w:rsidRDefault="00FC5FC5">
            <w:pPr>
              <w:jc w:val="center"/>
            </w:pPr>
            <w:r>
              <w:rPr>
                <w:b/>
                <w:color w:val="FFFFFF"/>
                <w:sz w:val="24"/>
              </w:rPr>
              <w:t>1</w:t>
            </w:r>
          </w:p>
        </w:tc>
        <w:tc>
          <w:tcPr>
            <w:tcW w:w="8900" w:type="dxa"/>
            <w:shd w:val="clear" w:color="auto" w:fill="EEE8F4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7E544E4E" w14:textId="77777777" w:rsidR="00F84BC9" w:rsidRDefault="00FC5FC5">
            <w:r>
              <w:rPr>
                <w:b/>
                <w:color w:val="340873"/>
                <w:sz w:val="23"/>
              </w:rPr>
              <w:t>Informations générales</w:t>
            </w:r>
          </w:p>
        </w:tc>
      </w:tr>
    </w:tbl>
    <w:p w14:paraId="3993F566" w14:textId="77777777" w:rsidR="00F84BC9" w:rsidRDefault="00F84BC9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8"/>
        <w:gridCol w:w="6066"/>
      </w:tblGrid>
      <w:tr w:rsidR="00F84BC9" w14:paraId="7A82AC84" w14:textId="77777777">
        <w:trPr>
          <w:jc w:val="center"/>
        </w:trPr>
        <w:tc>
          <w:tcPr>
            <w:tcW w:w="3458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shd w:val="clear" w:color="auto" w:fill="E6F3F5"/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 w14:paraId="7C3A2850" w14:textId="77777777" w:rsidR="00F84BC9" w:rsidRDefault="00FC5FC5">
            <w:r>
              <w:rPr>
                <w:b/>
                <w:color w:val="01869B"/>
                <w:sz w:val="19"/>
              </w:rPr>
              <w:t>Nom de l’ETA</w:t>
            </w:r>
          </w:p>
        </w:tc>
        <w:tc>
          <w:tcPr>
            <w:tcW w:w="6066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 w14:paraId="5E29893C" w14:textId="77777777" w:rsidR="00F84BC9" w:rsidRDefault="00FC5FC5">
            <w:sdt>
              <w:sdtPr>
                <w:alias w:val="ETA_NOM"/>
                <w:tag w:val="ETA_NOM"/>
                <w:id w:val="238904289"/>
                <w:showingPlcHdr/>
                <w:text/>
              </w:sdtPr>
              <w:sdtEndPr/>
              <w:sdtContent>
                <w:r>
                  <w:rPr>
                    <w:i/>
                    <w:color w:val="6B6B70"/>
                  </w:rPr>
                  <w:t>Cliquez ici pour saisir votre réponse</w:t>
                </w:r>
              </w:sdtContent>
            </w:sdt>
          </w:p>
        </w:tc>
      </w:tr>
      <w:tr w:rsidR="00F84BC9" w14:paraId="3EAACD84" w14:textId="77777777">
        <w:trPr>
          <w:jc w:val="center"/>
        </w:trPr>
        <w:tc>
          <w:tcPr>
            <w:tcW w:w="3458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shd w:val="clear" w:color="auto" w:fill="E6F3F5"/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 w14:paraId="02214F79" w14:textId="77777777" w:rsidR="00F84BC9" w:rsidRDefault="00FC5FC5">
            <w:r>
              <w:rPr>
                <w:b/>
                <w:color w:val="01869B"/>
                <w:sz w:val="19"/>
              </w:rPr>
              <w:t>Numéro de l’ETA (3 chiffres)</w:t>
            </w:r>
          </w:p>
        </w:tc>
        <w:tc>
          <w:tcPr>
            <w:tcW w:w="6066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 w14:paraId="52F290D3" w14:textId="77777777" w:rsidR="00F84BC9" w:rsidRDefault="00FC5FC5">
            <w:sdt>
              <w:sdtPr>
                <w:alias w:val="ETA_NUMERO"/>
                <w:tag w:val="ETA_NUMERO"/>
                <w:id w:val="467533094"/>
                <w:showingPlcHdr/>
                <w:text/>
              </w:sdtPr>
              <w:sdtEndPr/>
              <w:sdtContent>
                <w:r>
                  <w:rPr>
                    <w:i/>
                    <w:color w:val="6B6B70"/>
                  </w:rPr>
                  <w:t>000</w:t>
                </w:r>
              </w:sdtContent>
            </w:sdt>
          </w:p>
        </w:tc>
      </w:tr>
      <w:tr w:rsidR="00F84BC9" w14:paraId="3F699015" w14:textId="77777777">
        <w:trPr>
          <w:jc w:val="center"/>
        </w:trPr>
        <w:tc>
          <w:tcPr>
            <w:tcW w:w="3458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shd w:val="clear" w:color="auto" w:fill="E6F3F5"/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 w14:paraId="399B09C9" w14:textId="77777777" w:rsidR="00F84BC9" w:rsidRDefault="00FC5FC5">
            <w:r>
              <w:rPr>
                <w:b/>
                <w:color w:val="01869B"/>
                <w:sz w:val="19"/>
              </w:rPr>
              <w:t>Adresse</w:t>
            </w:r>
          </w:p>
        </w:tc>
        <w:tc>
          <w:tcPr>
            <w:tcW w:w="6066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 w14:paraId="0BD32CC7" w14:textId="77777777" w:rsidR="00F84BC9" w:rsidRDefault="00FC5FC5">
            <w:sdt>
              <w:sdtPr>
                <w:alias w:val="ETA_ADRESSE"/>
                <w:tag w:val="ETA_ADRESSE"/>
                <w:id w:val="486057940"/>
                <w:showingPlcHdr/>
                <w:text/>
              </w:sdtPr>
              <w:sdtEndPr/>
              <w:sdtContent>
                <w:r>
                  <w:rPr>
                    <w:i/>
                    <w:color w:val="6B6B70"/>
                  </w:rPr>
                  <w:t>Cliquez ici pour saisir votre réponse</w:t>
                </w:r>
              </w:sdtContent>
            </w:sdt>
          </w:p>
        </w:tc>
      </w:tr>
      <w:tr w:rsidR="00F84BC9" w14:paraId="27ED832E" w14:textId="77777777">
        <w:trPr>
          <w:jc w:val="center"/>
        </w:trPr>
        <w:tc>
          <w:tcPr>
            <w:tcW w:w="3458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shd w:val="clear" w:color="auto" w:fill="E6F3F5"/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 w14:paraId="4FC93B89" w14:textId="77777777" w:rsidR="00F84BC9" w:rsidRDefault="00FC5FC5">
            <w:r>
              <w:rPr>
                <w:b/>
                <w:color w:val="01869B"/>
                <w:sz w:val="19"/>
              </w:rPr>
              <w:t>Personne de contact</w:t>
            </w:r>
          </w:p>
        </w:tc>
        <w:tc>
          <w:tcPr>
            <w:tcW w:w="6066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 w14:paraId="75FDE2AA" w14:textId="77777777" w:rsidR="00F84BC9" w:rsidRDefault="00FC5FC5">
            <w:sdt>
              <w:sdtPr>
                <w:alias w:val="ETA_CONTACT"/>
                <w:tag w:val="ETA_CONTACT"/>
                <w:id w:val="906998518"/>
                <w:showingPlcHdr/>
                <w:text/>
              </w:sdtPr>
              <w:sdtEndPr/>
              <w:sdtContent>
                <w:r>
                  <w:rPr>
                    <w:i/>
                    <w:color w:val="6B6B70"/>
                  </w:rPr>
                  <w:t>Cliquez ici pour saisir votre réponse</w:t>
                </w:r>
              </w:sdtContent>
            </w:sdt>
          </w:p>
        </w:tc>
      </w:tr>
      <w:tr w:rsidR="00F84BC9" w14:paraId="40AB8BE0" w14:textId="77777777">
        <w:trPr>
          <w:jc w:val="center"/>
        </w:trPr>
        <w:tc>
          <w:tcPr>
            <w:tcW w:w="3458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shd w:val="clear" w:color="auto" w:fill="E6F3F5"/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 w14:paraId="5DCE3315" w14:textId="77777777" w:rsidR="00F84BC9" w:rsidRDefault="00FC5FC5">
            <w:r>
              <w:rPr>
                <w:b/>
                <w:color w:val="01869B"/>
                <w:sz w:val="19"/>
              </w:rPr>
              <w:t>Adresse électronique</w:t>
            </w:r>
          </w:p>
        </w:tc>
        <w:tc>
          <w:tcPr>
            <w:tcW w:w="6066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 w14:paraId="4A8A8F62" w14:textId="77777777" w:rsidR="00F84BC9" w:rsidRDefault="00FC5FC5">
            <w:sdt>
              <w:sdtPr>
                <w:alias w:val="ETA_EMAIL"/>
                <w:tag w:val="ETA_EMAIL"/>
                <w:id w:val="721463574"/>
                <w:showingPlcHdr/>
                <w:text/>
              </w:sdtPr>
              <w:sdtEndPr/>
              <w:sdtContent>
                <w:r>
                  <w:rPr>
                    <w:i/>
                    <w:color w:val="6B6B70"/>
                  </w:rPr>
                  <w:t>nom@organisation.be</w:t>
                </w:r>
              </w:sdtContent>
            </w:sdt>
          </w:p>
        </w:tc>
      </w:tr>
      <w:tr w:rsidR="00F84BC9" w14:paraId="174A7B94" w14:textId="77777777">
        <w:trPr>
          <w:jc w:val="center"/>
        </w:trPr>
        <w:tc>
          <w:tcPr>
            <w:tcW w:w="3458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shd w:val="clear" w:color="auto" w:fill="E6F3F5"/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 w14:paraId="1021F216" w14:textId="77777777" w:rsidR="00F84BC9" w:rsidRDefault="00FC5FC5">
            <w:r>
              <w:rPr>
                <w:b/>
                <w:color w:val="01869B"/>
                <w:sz w:val="19"/>
              </w:rPr>
              <w:t>Téléphone</w:t>
            </w:r>
          </w:p>
        </w:tc>
        <w:tc>
          <w:tcPr>
            <w:tcW w:w="6066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 w14:paraId="0150E414" w14:textId="77777777" w:rsidR="00F84BC9" w:rsidRDefault="00FC5FC5">
            <w:sdt>
              <w:sdtPr>
                <w:alias w:val="ETA_TEL"/>
                <w:tag w:val="ETA_TEL"/>
                <w:id w:val="631339625"/>
                <w:showingPlcHdr/>
                <w:text/>
              </w:sdtPr>
              <w:sdtEndPr/>
              <w:sdtContent>
                <w:r>
                  <w:rPr>
                    <w:i/>
                    <w:color w:val="6B6B70"/>
                  </w:rPr>
                  <w:t>+32 ...</w:t>
                </w:r>
              </w:sdtContent>
            </w:sdt>
          </w:p>
        </w:tc>
      </w:tr>
      <w:tr w:rsidR="00F84BC9" w14:paraId="10CEDB40" w14:textId="77777777">
        <w:trPr>
          <w:jc w:val="center"/>
        </w:trPr>
        <w:tc>
          <w:tcPr>
            <w:tcW w:w="3458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shd w:val="clear" w:color="auto" w:fill="E6F3F5"/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 w14:paraId="1F73ABF8" w14:textId="77777777" w:rsidR="00F84BC9" w:rsidRDefault="00FC5FC5">
            <w:r>
              <w:rPr>
                <w:b/>
                <w:color w:val="01869B"/>
                <w:sz w:val="19"/>
              </w:rPr>
              <w:t>Nombre total de membres du personnel</w:t>
            </w:r>
          </w:p>
        </w:tc>
        <w:tc>
          <w:tcPr>
            <w:tcW w:w="6066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 w14:paraId="339907D9" w14:textId="77777777" w:rsidR="00F84BC9" w:rsidRDefault="00FC5FC5">
            <w:sdt>
              <w:sdtPr>
                <w:alias w:val="ETA_SALARIES"/>
                <w:tag w:val="ETA_SALARIES"/>
                <w:id w:val="164899367"/>
                <w:showingPlcHdr/>
                <w:text/>
              </w:sdtPr>
              <w:sdtEndPr/>
              <w:sdtContent>
                <w:r>
                  <w:rPr>
                    <w:i/>
                    <w:color w:val="6B6B70"/>
                  </w:rPr>
                  <w:t>Cliquez ici pour saisir votre réponse</w:t>
                </w:r>
              </w:sdtContent>
            </w:sdt>
          </w:p>
        </w:tc>
      </w:tr>
      <w:tr w:rsidR="00F84BC9" w14:paraId="3EA7DCF7" w14:textId="77777777">
        <w:trPr>
          <w:jc w:val="center"/>
        </w:trPr>
        <w:tc>
          <w:tcPr>
            <w:tcW w:w="3458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shd w:val="clear" w:color="auto" w:fill="E6F3F5"/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 w14:paraId="6ABDE60D" w14:textId="77777777" w:rsidR="00F84BC9" w:rsidRDefault="00FC5FC5">
            <w:r>
              <w:rPr>
                <w:b/>
                <w:color w:val="01869B"/>
                <w:sz w:val="19"/>
              </w:rPr>
              <w:t>Nombre de personnes en situation de handicap</w:t>
            </w:r>
          </w:p>
        </w:tc>
        <w:tc>
          <w:tcPr>
            <w:tcW w:w="6066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 w14:paraId="122F60F9" w14:textId="77777777" w:rsidR="00F84BC9" w:rsidRDefault="00FC5FC5">
            <w:sdt>
              <w:sdtPr>
                <w:alias w:val="ETA_HANDICAP"/>
                <w:tag w:val="ETA_HANDICAP"/>
                <w:id w:val="371557266"/>
                <w:showingPlcHdr/>
                <w:text/>
              </w:sdtPr>
              <w:sdtEndPr/>
              <w:sdtContent>
                <w:r>
                  <w:rPr>
                    <w:i/>
                    <w:color w:val="6B6B70"/>
                  </w:rPr>
                  <w:t>Cliquez ici pour saisir votre réponse</w:t>
                </w:r>
              </w:sdtContent>
            </w:sdt>
          </w:p>
        </w:tc>
      </w:tr>
      <w:tr w:rsidR="00F84BC9" w14:paraId="18CB446A" w14:textId="77777777">
        <w:trPr>
          <w:jc w:val="center"/>
        </w:trPr>
        <w:tc>
          <w:tcPr>
            <w:tcW w:w="3458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shd w:val="clear" w:color="auto" w:fill="E6F3F5"/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 w14:paraId="48D4C586" w14:textId="77777777" w:rsidR="00F84BC9" w:rsidRDefault="00FC5FC5">
            <w:r>
              <w:rPr>
                <w:b/>
                <w:color w:val="01869B"/>
                <w:sz w:val="19"/>
              </w:rPr>
              <w:t>Nombre de points AVIQ</w:t>
            </w:r>
          </w:p>
        </w:tc>
        <w:tc>
          <w:tcPr>
            <w:tcW w:w="6066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 w14:paraId="25AA7EB2" w14:textId="77777777" w:rsidR="00F84BC9" w:rsidRDefault="00FC5FC5">
            <w:sdt>
              <w:sdtPr>
                <w:alias w:val="ETA_AVIQ"/>
                <w:tag w:val="ETA_AVIQ"/>
                <w:id w:val="304127540"/>
                <w:showingPlcHdr/>
                <w:text/>
              </w:sdtPr>
              <w:sdtEndPr/>
              <w:sdtContent>
                <w:r>
                  <w:rPr>
                    <w:i/>
                    <w:color w:val="6B6B70"/>
                  </w:rPr>
                  <w:t>Cliquez ici pour saisir votre réponse</w:t>
                </w:r>
              </w:sdtContent>
            </w:sdt>
          </w:p>
        </w:tc>
      </w:tr>
    </w:tbl>
    <w:p w14:paraId="490C5081" w14:textId="77777777" w:rsidR="00F84BC9" w:rsidRDefault="00F84BC9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23"/>
        <w:gridCol w:w="8900"/>
      </w:tblGrid>
      <w:tr w:rsidR="00F84BC9" w14:paraId="46DACF2A" w14:textId="77777777">
        <w:trPr>
          <w:jc w:val="center"/>
        </w:trPr>
        <w:tc>
          <w:tcPr>
            <w:tcW w:w="623" w:type="dxa"/>
            <w:shd w:val="clear" w:color="auto" w:fill="D97706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78792EF7" w14:textId="77777777" w:rsidR="00F84BC9" w:rsidRDefault="00FC5FC5">
            <w:pPr>
              <w:jc w:val="center"/>
            </w:pPr>
            <w:r>
              <w:rPr>
                <w:b/>
                <w:color w:val="FFFFFF"/>
                <w:sz w:val="24"/>
              </w:rPr>
              <w:t>2</w:t>
            </w:r>
          </w:p>
        </w:tc>
        <w:tc>
          <w:tcPr>
            <w:tcW w:w="8900" w:type="dxa"/>
            <w:shd w:val="clear" w:color="auto" w:fill="EEE8F4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5C0BAC38" w14:textId="77777777" w:rsidR="00F84BC9" w:rsidRDefault="00FC5FC5">
            <w:r>
              <w:rPr>
                <w:b/>
                <w:color w:val="340873"/>
                <w:sz w:val="23"/>
              </w:rPr>
              <w:t>Demande de modification</w:t>
            </w:r>
          </w:p>
        </w:tc>
      </w:tr>
    </w:tbl>
    <w:p w14:paraId="534A4A89" w14:textId="77777777" w:rsidR="00F84BC9" w:rsidRDefault="00F84BC9">
      <w:pPr>
        <w:spacing w:after="20"/>
      </w:pPr>
    </w:p>
    <w:p w14:paraId="641A4029" w14:textId="77777777" w:rsidR="00F84BC9" w:rsidRDefault="00FC5FC5">
      <w:pPr>
        <w:spacing w:before="100" w:after="60"/>
      </w:pPr>
      <w:r>
        <w:rPr>
          <w:b/>
          <w:sz w:val="20"/>
        </w:rPr>
        <w:t>Pourquoi souhaitez-vous modifier le profil précédemment demandé 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24"/>
      </w:tblGrid>
      <w:tr w:rsidR="00F84BC9" w14:paraId="41600452" w14:textId="77777777">
        <w:trPr>
          <w:jc w:val="center"/>
        </w:trPr>
        <w:tc>
          <w:tcPr>
            <w:tcW w:w="9524" w:type="dxa"/>
            <w:tcBorders>
              <w:top w:val="single" w:sz="6" w:space="0" w:color="D9DCE1"/>
              <w:left w:val="single" w:sz="6" w:space="0" w:color="D9DCE1"/>
              <w:bottom w:val="single" w:sz="6" w:space="0" w:color="D9DCE1"/>
              <w:right w:val="single" w:sz="6" w:space="0" w:color="D9DCE1"/>
            </w:tcBorders>
            <w:shd w:val="clear" w:color="auto" w:fill="FFFFFF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5E1C4F4B" w14:textId="77777777" w:rsidR="00F84BC9" w:rsidRDefault="00FC5FC5">
            <w:sdt>
              <w:sdtPr>
                <w:alias w:val="MODIF_POURQUOI"/>
                <w:tag w:val="MODIF_POURQUOI"/>
                <w:id w:val="770256339"/>
                <w:showingPlcHdr/>
                <w:text w:multiLine="1"/>
              </w:sdtPr>
              <w:sdtEndPr/>
              <w:sdtContent>
                <w:r>
                  <w:rPr>
                    <w:i/>
                    <w:color w:val="6B6B70"/>
                  </w:rPr>
                  <w:t>Cliquez ici pour développer votre réponse</w:t>
                </w:r>
              </w:sdtContent>
            </w:sdt>
          </w:p>
          <w:p w14:paraId="7F1AC762" w14:textId="77777777" w:rsidR="00F84BC9" w:rsidRDefault="00FC5FC5">
            <w:r>
              <w:t xml:space="preserve"> </w:t>
            </w:r>
          </w:p>
        </w:tc>
      </w:tr>
    </w:tbl>
    <w:p w14:paraId="1B92923C" w14:textId="77777777" w:rsidR="00F84BC9" w:rsidRDefault="00F84BC9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23"/>
        <w:gridCol w:w="8900"/>
      </w:tblGrid>
      <w:tr w:rsidR="00F84BC9" w14:paraId="7EBC6B24" w14:textId="77777777">
        <w:trPr>
          <w:jc w:val="center"/>
        </w:trPr>
        <w:tc>
          <w:tcPr>
            <w:tcW w:w="623" w:type="dxa"/>
            <w:shd w:val="clear" w:color="auto" w:fill="D97706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6100D678" w14:textId="77777777" w:rsidR="00F84BC9" w:rsidRDefault="00FC5FC5">
            <w:pPr>
              <w:jc w:val="center"/>
            </w:pPr>
            <w:r>
              <w:rPr>
                <w:b/>
                <w:color w:val="FFFFFF"/>
                <w:sz w:val="24"/>
              </w:rPr>
              <w:t>3</w:t>
            </w:r>
          </w:p>
        </w:tc>
        <w:tc>
          <w:tcPr>
            <w:tcW w:w="8900" w:type="dxa"/>
            <w:shd w:val="clear" w:color="auto" w:fill="EEE8F4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7830AF27" w14:textId="77777777" w:rsidR="00F84BC9" w:rsidRDefault="00FC5FC5">
            <w:r>
              <w:rPr>
                <w:b/>
                <w:color w:val="340873"/>
                <w:sz w:val="23"/>
              </w:rPr>
              <w:t>Intérêt pour l’engagement d’un poste bien-être</w:t>
            </w:r>
          </w:p>
        </w:tc>
      </w:tr>
    </w:tbl>
    <w:p w14:paraId="1D674D93" w14:textId="77777777" w:rsidR="00F84BC9" w:rsidRDefault="00F84BC9">
      <w:pPr>
        <w:spacing w:after="20"/>
      </w:pPr>
    </w:p>
    <w:p w14:paraId="1F17BFDE" w14:textId="77777777" w:rsidR="00F84BC9" w:rsidRDefault="00FC5FC5">
      <w:pPr>
        <w:spacing w:before="100" w:after="60"/>
      </w:pPr>
      <w:r>
        <w:rPr>
          <w:b/>
          <w:sz w:val="20"/>
        </w:rPr>
        <w:t>Quel profil souhaitez-vous engager 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24"/>
      </w:tblGrid>
      <w:tr w:rsidR="00F84BC9" w14:paraId="5450A783" w14:textId="77777777">
        <w:trPr>
          <w:jc w:val="center"/>
        </w:trPr>
        <w:tc>
          <w:tcPr>
            <w:tcW w:w="9524" w:type="dxa"/>
            <w:tcBorders>
              <w:top w:val="single" w:sz="6" w:space="0" w:color="D9DCE1"/>
              <w:left w:val="single" w:sz="6" w:space="0" w:color="D9DCE1"/>
              <w:bottom w:val="single" w:sz="6" w:space="0" w:color="D9DCE1"/>
              <w:right w:val="single" w:sz="6" w:space="0" w:color="D9DCE1"/>
            </w:tcBorders>
            <w:shd w:val="clear" w:color="auto" w:fill="FFFFFF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6D287BB7" w14:textId="77777777" w:rsidR="00F84BC9" w:rsidRDefault="00FC5FC5">
            <w:sdt>
              <w:sdtPr>
                <w:alias w:val="PROFIL_SOUHAITE"/>
                <w:tag w:val="PROFIL_SOUHAITE"/>
                <w:id w:val="776668134"/>
                <w:showingPlcHdr/>
                <w:text w:multiLine="1"/>
              </w:sdtPr>
              <w:sdtEndPr/>
              <w:sdtContent>
                <w:r>
                  <w:rPr>
                    <w:i/>
                    <w:color w:val="6B6B70"/>
                  </w:rPr>
                  <w:t>Cliquez ici pour développer votre réponse</w:t>
                </w:r>
              </w:sdtContent>
            </w:sdt>
          </w:p>
          <w:p w14:paraId="451F140A" w14:textId="77777777" w:rsidR="00F84BC9" w:rsidRDefault="00FC5FC5">
            <w:r>
              <w:t xml:space="preserve"> </w:t>
            </w:r>
          </w:p>
        </w:tc>
      </w:tr>
    </w:tbl>
    <w:p w14:paraId="35372B4D" w14:textId="77777777" w:rsidR="00F84BC9" w:rsidRDefault="00F84BC9">
      <w:pPr>
        <w:spacing w:after="20"/>
      </w:pPr>
    </w:p>
    <w:p w14:paraId="2084F33B" w14:textId="77777777" w:rsidR="00F84BC9" w:rsidRDefault="00FC5FC5">
      <w:pPr>
        <w:spacing w:before="100" w:after="60"/>
      </w:pPr>
      <w:r>
        <w:rPr>
          <w:b/>
          <w:sz w:val="20"/>
        </w:rPr>
        <w:t>Pourquoi souhaitez-vous engager ce profil 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24"/>
      </w:tblGrid>
      <w:tr w:rsidR="00F84BC9" w14:paraId="46679F7D" w14:textId="77777777">
        <w:trPr>
          <w:jc w:val="center"/>
        </w:trPr>
        <w:tc>
          <w:tcPr>
            <w:tcW w:w="9524" w:type="dxa"/>
            <w:tcBorders>
              <w:top w:val="single" w:sz="6" w:space="0" w:color="D9DCE1"/>
              <w:left w:val="single" w:sz="6" w:space="0" w:color="D9DCE1"/>
              <w:bottom w:val="single" w:sz="6" w:space="0" w:color="D9DCE1"/>
              <w:right w:val="single" w:sz="6" w:space="0" w:color="D9DCE1"/>
            </w:tcBorders>
            <w:shd w:val="clear" w:color="auto" w:fill="FFFFFF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2773D223" w14:textId="77777777" w:rsidR="00F84BC9" w:rsidRDefault="00FC5FC5">
            <w:sdt>
              <w:sdtPr>
                <w:alias w:val="PROFIL_POURQUOI"/>
                <w:tag w:val="PROFIL_POURQUOI"/>
                <w:id w:val="883641689"/>
                <w:showingPlcHdr/>
                <w:text w:multiLine="1"/>
              </w:sdtPr>
              <w:sdtEndPr/>
              <w:sdtContent>
                <w:r>
                  <w:rPr>
                    <w:i/>
                    <w:color w:val="6B6B70"/>
                  </w:rPr>
                  <w:t>Cliquez ici pour développer votre réponse</w:t>
                </w:r>
              </w:sdtContent>
            </w:sdt>
          </w:p>
          <w:p w14:paraId="215148EE" w14:textId="77777777" w:rsidR="00F84BC9" w:rsidRDefault="00FC5FC5">
            <w:r>
              <w:t xml:space="preserve"> </w:t>
            </w:r>
          </w:p>
        </w:tc>
      </w:tr>
    </w:tbl>
    <w:p w14:paraId="105E4DC3" w14:textId="77777777" w:rsidR="00F84BC9" w:rsidRDefault="00F84BC9">
      <w:pPr>
        <w:spacing w:after="20"/>
      </w:pPr>
    </w:p>
    <w:p w14:paraId="0CD9F308" w14:textId="77777777" w:rsidR="00F84BC9" w:rsidRDefault="00FC5FC5">
      <w:pPr>
        <w:spacing w:before="100" w:after="60"/>
      </w:pPr>
      <w:r>
        <w:rPr>
          <w:b/>
          <w:sz w:val="20"/>
        </w:rPr>
        <w:t>Veuillez décrire la mission envisagée et les objectifs poursuivis avec cet engagement.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24"/>
      </w:tblGrid>
      <w:tr w:rsidR="00F84BC9" w14:paraId="7AE65349" w14:textId="77777777">
        <w:trPr>
          <w:jc w:val="center"/>
        </w:trPr>
        <w:tc>
          <w:tcPr>
            <w:tcW w:w="9524" w:type="dxa"/>
            <w:tcBorders>
              <w:top w:val="single" w:sz="6" w:space="0" w:color="D9DCE1"/>
              <w:left w:val="single" w:sz="6" w:space="0" w:color="D9DCE1"/>
              <w:bottom w:val="single" w:sz="6" w:space="0" w:color="D9DCE1"/>
              <w:right w:val="single" w:sz="6" w:space="0" w:color="D9DCE1"/>
            </w:tcBorders>
            <w:shd w:val="clear" w:color="auto" w:fill="FFFFFF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204D2E6F" w14:textId="77777777" w:rsidR="00F84BC9" w:rsidRDefault="00FC5FC5">
            <w:sdt>
              <w:sdtPr>
                <w:alias w:val="MISSION_OBJECTIFS"/>
                <w:tag w:val="MISSION_OBJECTIFS"/>
                <w:id w:val="822429997"/>
                <w:showingPlcHdr/>
                <w:text w:multiLine="1"/>
              </w:sdtPr>
              <w:sdtEndPr/>
              <w:sdtContent>
                <w:r>
                  <w:rPr>
                    <w:i/>
                    <w:color w:val="6B6B70"/>
                  </w:rPr>
                  <w:t>Cliquez ici pour développer votre réponse</w:t>
                </w:r>
              </w:sdtContent>
            </w:sdt>
          </w:p>
          <w:p w14:paraId="4BFB1876" w14:textId="77777777" w:rsidR="00F84BC9" w:rsidRDefault="00FC5FC5">
            <w:r>
              <w:t xml:space="preserve"> </w:t>
            </w:r>
          </w:p>
        </w:tc>
      </w:tr>
    </w:tbl>
    <w:p w14:paraId="7116115A" w14:textId="77777777" w:rsidR="00F84BC9" w:rsidRDefault="00F84BC9">
      <w:pPr>
        <w:spacing w:after="20"/>
      </w:pPr>
    </w:p>
    <w:p w14:paraId="76A49105" w14:textId="77777777" w:rsidR="00F84BC9" w:rsidRDefault="00FC5FC5">
      <w:pPr>
        <w:spacing w:before="100" w:after="60"/>
      </w:pPr>
      <w:r>
        <w:rPr>
          <w:b/>
          <w:sz w:val="20"/>
        </w:rPr>
        <w:t>La personne envisagée pour ce poste est-elle déjà employée dans l’entreprise ?</w:t>
      </w:r>
    </w:p>
    <w:p w14:paraId="225C593D" w14:textId="77777777" w:rsidR="00F84BC9" w:rsidRDefault="00FC5FC5">
      <w:pPr>
        <w:spacing w:after="40"/>
        <w:ind w:left="142"/>
      </w:pPr>
      <w:sdt>
        <w:sdtPr>
          <w:alias w:val="PERSONNE_DEJA_EMPLOYEE_OUI"/>
          <w:tag w:val="PERSONNE_DEJA_EMPLOYEE_OUI"/>
          <w:id w:val="626194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rPr>
          <w:sz w:val="20"/>
        </w:rPr>
        <w:t xml:space="preserve">  Oui</w:t>
      </w:r>
    </w:p>
    <w:p w14:paraId="4BD84CB4" w14:textId="77777777" w:rsidR="00F84BC9" w:rsidRDefault="00FC5FC5">
      <w:pPr>
        <w:spacing w:after="40"/>
        <w:ind w:left="142"/>
      </w:pPr>
      <w:sdt>
        <w:sdtPr>
          <w:alias w:val="PERSONNE_DEJA_EMPLOYEE_NON"/>
          <w:tag w:val="PERSONNE_DEJA_EMPLOYEE_NON"/>
          <w:id w:val="997189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rPr>
          <w:sz w:val="20"/>
        </w:rPr>
        <w:t xml:space="preserve">  Non</w:t>
      </w:r>
    </w:p>
    <w:p w14:paraId="44038389" w14:textId="77777777" w:rsidR="00F84BC9" w:rsidRDefault="00FC5FC5">
      <w:pPr>
        <w:spacing w:before="100" w:after="60"/>
      </w:pPr>
      <w:r>
        <w:rPr>
          <w:b/>
          <w:sz w:val="20"/>
        </w:rPr>
        <w:t>Si oui, indiquez sa fonction actuelle et la fonction future envisagée 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24"/>
      </w:tblGrid>
      <w:tr w:rsidR="00F84BC9" w14:paraId="488E66B4" w14:textId="77777777">
        <w:trPr>
          <w:jc w:val="center"/>
        </w:trPr>
        <w:tc>
          <w:tcPr>
            <w:tcW w:w="9524" w:type="dxa"/>
            <w:tcBorders>
              <w:top w:val="single" w:sz="6" w:space="0" w:color="D9DCE1"/>
              <w:left w:val="single" w:sz="6" w:space="0" w:color="D9DCE1"/>
              <w:bottom w:val="single" w:sz="6" w:space="0" w:color="D9DCE1"/>
              <w:right w:val="single" w:sz="6" w:space="0" w:color="D9DCE1"/>
            </w:tcBorders>
            <w:shd w:val="clear" w:color="auto" w:fill="FFFFFF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55D9F90F" w14:textId="77777777" w:rsidR="00F84BC9" w:rsidRDefault="00FC5FC5">
            <w:sdt>
              <w:sdtPr>
                <w:alias w:val="FONCTION_ACTUELLE_FUTURE"/>
                <w:tag w:val="FONCTION_ACTUELLE_FUTURE"/>
                <w:id w:val="631128466"/>
                <w:showingPlcHdr/>
                <w:text w:multiLine="1"/>
              </w:sdtPr>
              <w:sdtEndPr/>
              <w:sdtContent>
                <w:r>
                  <w:rPr>
                    <w:i/>
                    <w:color w:val="6B6B70"/>
                  </w:rPr>
                  <w:t>Cliquez ici pour développer votre réponse</w:t>
                </w:r>
              </w:sdtContent>
            </w:sdt>
          </w:p>
          <w:p w14:paraId="26348992" w14:textId="77777777" w:rsidR="00F84BC9" w:rsidRDefault="00FC5FC5">
            <w:r>
              <w:t xml:space="preserve"> </w:t>
            </w:r>
          </w:p>
        </w:tc>
      </w:tr>
    </w:tbl>
    <w:p w14:paraId="1A06D7DE" w14:textId="77777777" w:rsidR="00F84BC9" w:rsidRDefault="00F84BC9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23"/>
        <w:gridCol w:w="8900"/>
      </w:tblGrid>
      <w:tr w:rsidR="00F84BC9" w14:paraId="03A39069" w14:textId="77777777">
        <w:trPr>
          <w:jc w:val="center"/>
        </w:trPr>
        <w:tc>
          <w:tcPr>
            <w:tcW w:w="623" w:type="dxa"/>
            <w:shd w:val="clear" w:color="auto" w:fill="D97706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13941646" w14:textId="77777777" w:rsidR="00F84BC9" w:rsidRDefault="00FC5FC5">
            <w:pPr>
              <w:jc w:val="center"/>
            </w:pPr>
            <w:r>
              <w:rPr>
                <w:b/>
                <w:color w:val="FFFFFF"/>
                <w:sz w:val="24"/>
              </w:rPr>
              <w:t>4</w:t>
            </w:r>
          </w:p>
        </w:tc>
        <w:tc>
          <w:tcPr>
            <w:tcW w:w="8900" w:type="dxa"/>
            <w:shd w:val="clear" w:color="auto" w:fill="EEE8F4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33273EDE" w14:textId="77777777" w:rsidR="00F84BC9" w:rsidRDefault="00FC5FC5">
            <w:r>
              <w:rPr>
                <w:b/>
                <w:color w:val="340873"/>
                <w:sz w:val="23"/>
              </w:rPr>
              <w:t>Collaboration</w:t>
            </w:r>
          </w:p>
        </w:tc>
      </w:tr>
    </w:tbl>
    <w:p w14:paraId="34E7C3BE" w14:textId="77777777" w:rsidR="00F84BC9" w:rsidRDefault="00F84BC9">
      <w:pPr>
        <w:spacing w:after="20"/>
      </w:pPr>
    </w:p>
    <w:p w14:paraId="3A4D2152" w14:textId="77777777" w:rsidR="00F84BC9" w:rsidRDefault="00FC5FC5">
      <w:pPr>
        <w:spacing w:before="100" w:after="60"/>
      </w:pPr>
      <w:r>
        <w:rPr>
          <w:b/>
          <w:sz w:val="20"/>
        </w:rPr>
        <w:t>Je m’engage à partager les pratiques et les résultats obtenus avec d’autres ETA lors de sessions d’échanges :</w:t>
      </w:r>
    </w:p>
    <w:p w14:paraId="3C0423B3" w14:textId="77777777" w:rsidR="00F84BC9" w:rsidRDefault="00FC5FC5">
      <w:pPr>
        <w:spacing w:after="40"/>
        <w:ind w:left="142"/>
      </w:pPr>
      <w:sdt>
        <w:sdtPr>
          <w:alias w:val="ENGAGEMENT_PARTAGE_OUI"/>
          <w:tag w:val="ENGAGEMENT_PARTAGE_OUI"/>
          <w:id w:val="581484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rPr>
          <w:sz w:val="20"/>
        </w:rPr>
        <w:t xml:space="preserve">  Oui, je m’engage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23"/>
        <w:gridCol w:w="8900"/>
      </w:tblGrid>
      <w:tr w:rsidR="00F84BC9" w14:paraId="33AB7F0F" w14:textId="77777777">
        <w:trPr>
          <w:jc w:val="center"/>
        </w:trPr>
        <w:tc>
          <w:tcPr>
            <w:tcW w:w="623" w:type="dxa"/>
            <w:shd w:val="clear" w:color="auto" w:fill="D97706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05DA6CDD" w14:textId="77777777" w:rsidR="00F84BC9" w:rsidRDefault="00FC5FC5">
            <w:pPr>
              <w:jc w:val="center"/>
            </w:pPr>
            <w:r>
              <w:rPr>
                <w:b/>
                <w:color w:val="FFFFFF"/>
                <w:sz w:val="24"/>
              </w:rPr>
              <w:t>5</w:t>
            </w:r>
          </w:p>
        </w:tc>
        <w:tc>
          <w:tcPr>
            <w:tcW w:w="8900" w:type="dxa"/>
            <w:shd w:val="clear" w:color="auto" w:fill="EEE8F4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278EFDCE" w14:textId="77777777" w:rsidR="00F84BC9" w:rsidRDefault="00FC5FC5">
            <w:r>
              <w:rPr>
                <w:b/>
                <w:color w:val="340873"/>
                <w:sz w:val="23"/>
              </w:rPr>
              <w:t>Contrats en entreprise</w:t>
            </w:r>
          </w:p>
        </w:tc>
      </w:tr>
    </w:tbl>
    <w:p w14:paraId="55363744" w14:textId="77777777" w:rsidR="00F84BC9" w:rsidRDefault="00F84BC9">
      <w:pPr>
        <w:spacing w:after="20"/>
      </w:pPr>
    </w:p>
    <w:p w14:paraId="1BF31D39" w14:textId="77777777" w:rsidR="00F84BC9" w:rsidRDefault="00FC5FC5">
      <w:pPr>
        <w:spacing w:before="100" w:after="60"/>
      </w:pPr>
      <w:r>
        <w:rPr>
          <w:b/>
          <w:sz w:val="20"/>
        </w:rPr>
        <w:t>Avez-vous des contrats avec des entreprises externes ?</w:t>
      </w:r>
    </w:p>
    <w:p w14:paraId="58B4CE4D" w14:textId="77777777" w:rsidR="00F84BC9" w:rsidRDefault="00FC5FC5">
      <w:pPr>
        <w:spacing w:after="40"/>
        <w:ind w:left="142"/>
      </w:pPr>
      <w:sdt>
        <w:sdtPr>
          <w:alias w:val="CONTRATS_EXTERNES_OUI"/>
          <w:tag w:val="CONTRATS_EXTERNES_OUI"/>
          <w:id w:val="7951403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rPr>
          <w:sz w:val="20"/>
        </w:rPr>
        <w:t xml:space="preserve">  Oui</w:t>
      </w:r>
    </w:p>
    <w:p w14:paraId="2B5B3B76" w14:textId="77777777" w:rsidR="00F84BC9" w:rsidRDefault="00FC5FC5">
      <w:pPr>
        <w:spacing w:after="40"/>
        <w:ind w:left="142"/>
      </w:pPr>
      <w:sdt>
        <w:sdtPr>
          <w:alias w:val="CONTRATS_EXTERNES_NON"/>
          <w:tag w:val="CONTRATS_EXTERNES_NON"/>
          <w:id w:val="542253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rPr>
          <w:sz w:val="20"/>
        </w:rPr>
        <w:t xml:space="preserve">  Non</w:t>
      </w:r>
    </w:p>
    <w:p w14:paraId="6604EF63" w14:textId="77777777" w:rsidR="00F84BC9" w:rsidRDefault="00FC5FC5">
      <w:pPr>
        <w:spacing w:before="100" w:after="60"/>
      </w:pPr>
      <w:r>
        <w:rPr>
          <w:b/>
          <w:sz w:val="20"/>
        </w:rPr>
        <w:t>Si oui, quel pourcentage de vos activités représente ce type de contrat ?</w:t>
      </w:r>
    </w:p>
    <w:p w14:paraId="66609AC7" w14:textId="77777777" w:rsidR="00F84BC9" w:rsidRDefault="00FC5FC5">
      <w:pPr>
        <w:spacing w:after="60"/>
      </w:pPr>
      <w:r>
        <w:rPr>
          <w:i/>
          <w:color w:val="6B6B70"/>
          <w:sz w:val="18"/>
        </w:rPr>
        <w:t>Indiquez un pourcentage ou une estimation.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24"/>
      </w:tblGrid>
      <w:tr w:rsidR="00F84BC9" w14:paraId="536EFA82" w14:textId="77777777">
        <w:trPr>
          <w:jc w:val="center"/>
        </w:trPr>
        <w:tc>
          <w:tcPr>
            <w:tcW w:w="9524" w:type="dxa"/>
            <w:tcBorders>
              <w:top w:val="single" w:sz="6" w:space="0" w:color="D9DCE1"/>
              <w:left w:val="single" w:sz="6" w:space="0" w:color="D9DCE1"/>
              <w:bottom w:val="single" w:sz="6" w:space="0" w:color="D9DCE1"/>
              <w:right w:val="single" w:sz="6" w:space="0" w:color="D9DCE1"/>
            </w:tcBorders>
            <w:shd w:val="clear" w:color="auto" w:fill="FFFFFF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231EC120" w14:textId="77777777" w:rsidR="00F84BC9" w:rsidRDefault="00FC5FC5">
            <w:sdt>
              <w:sdtPr>
                <w:alias w:val="CONTRATS_POURCENTAGE"/>
                <w:tag w:val="CONTRATS_POURCENTAGE"/>
                <w:id w:val="263496618"/>
                <w:showingPlcHdr/>
                <w:text w:multiLine="1"/>
              </w:sdtPr>
              <w:sdtEndPr/>
              <w:sdtContent>
                <w:r>
                  <w:rPr>
                    <w:i/>
                    <w:color w:val="6B6B70"/>
                  </w:rPr>
                  <w:t>Cliquez ici pour développer votre réponse</w:t>
                </w:r>
              </w:sdtContent>
            </w:sdt>
          </w:p>
          <w:p w14:paraId="6DE3B3A0" w14:textId="77777777" w:rsidR="00F84BC9" w:rsidRDefault="00FC5FC5">
            <w:r>
              <w:t xml:space="preserve"> </w:t>
            </w:r>
          </w:p>
        </w:tc>
      </w:tr>
    </w:tbl>
    <w:p w14:paraId="638D30F4" w14:textId="77777777" w:rsidR="00F84BC9" w:rsidRDefault="00F84BC9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23"/>
        <w:gridCol w:w="8900"/>
      </w:tblGrid>
      <w:tr w:rsidR="00F84BC9" w14:paraId="40D0A1B3" w14:textId="77777777">
        <w:trPr>
          <w:jc w:val="center"/>
        </w:trPr>
        <w:tc>
          <w:tcPr>
            <w:tcW w:w="623" w:type="dxa"/>
            <w:shd w:val="clear" w:color="auto" w:fill="D97706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3A9BF7C7" w14:textId="77777777" w:rsidR="00F84BC9" w:rsidRDefault="00FC5FC5">
            <w:pPr>
              <w:jc w:val="center"/>
            </w:pPr>
            <w:r>
              <w:rPr>
                <w:b/>
                <w:color w:val="FFFFFF"/>
                <w:sz w:val="24"/>
              </w:rPr>
              <w:lastRenderedPageBreak/>
              <w:t>6</w:t>
            </w:r>
          </w:p>
        </w:tc>
        <w:tc>
          <w:tcPr>
            <w:tcW w:w="8900" w:type="dxa"/>
            <w:shd w:val="clear" w:color="auto" w:fill="EEE8F4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0C7D5FCB" w14:textId="77777777" w:rsidR="00F84BC9" w:rsidRDefault="00FC5FC5">
            <w:r>
              <w:rPr>
                <w:b/>
                <w:color w:val="340873"/>
                <w:sz w:val="23"/>
              </w:rPr>
              <w:t>Diversité des fonctions au sein de votre ETA</w:t>
            </w:r>
          </w:p>
        </w:tc>
      </w:tr>
    </w:tbl>
    <w:p w14:paraId="1ED81749" w14:textId="77777777" w:rsidR="00F84BC9" w:rsidRDefault="00F84BC9">
      <w:pPr>
        <w:spacing w:after="20"/>
      </w:pPr>
    </w:p>
    <w:p w14:paraId="63021B64" w14:textId="77777777" w:rsidR="00F84BC9" w:rsidRDefault="00FC5FC5">
      <w:pPr>
        <w:spacing w:before="100" w:after="60"/>
      </w:pPr>
      <w:r>
        <w:rPr>
          <w:b/>
          <w:sz w:val="20"/>
        </w:rPr>
        <w:t>Décrivez les principales fonctions actuellement présentes dans votre ETA et la manière dont la personne engagée interagirait avec ces fonctions pour améliorer le bien-être du personnel.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24"/>
      </w:tblGrid>
      <w:tr w:rsidR="00F84BC9" w14:paraId="56962B6E" w14:textId="77777777">
        <w:trPr>
          <w:jc w:val="center"/>
        </w:trPr>
        <w:tc>
          <w:tcPr>
            <w:tcW w:w="9524" w:type="dxa"/>
            <w:tcBorders>
              <w:top w:val="single" w:sz="6" w:space="0" w:color="D9DCE1"/>
              <w:left w:val="single" w:sz="6" w:space="0" w:color="D9DCE1"/>
              <w:bottom w:val="single" w:sz="6" w:space="0" w:color="D9DCE1"/>
              <w:right w:val="single" w:sz="6" w:space="0" w:color="D9DCE1"/>
            </w:tcBorders>
            <w:shd w:val="clear" w:color="auto" w:fill="FFFFFF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62E1BD4B" w14:textId="77777777" w:rsidR="00F84BC9" w:rsidRDefault="00FC5FC5">
            <w:sdt>
              <w:sdtPr>
                <w:alias w:val="DIVERSITE_FONCTIONS"/>
                <w:tag w:val="DIVERSITE_FONCTIONS"/>
                <w:id w:val="899489080"/>
                <w:showingPlcHdr/>
                <w:text w:multiLine="1"/>
              </w:sdtPr>
              <w:sdtEndPr/>
              <w:sdtContent>
                <w:r>
                  <w:rPr>
                    <w:i/>
                    <w:color w:val="6B6B70"/>
                  </w:rPr>
                  <w:t>Cliquez ici pour développer votre réponse</w:t>
                </w:r>
              </w:sdtContent>
            </w:sdt>
          </w:p>
          <w:p w14:paraId="0927CAA7" w14:textId="77777777" w:rsidR="00F84BC9" w:rsidRDefault="00FC5FC5">
            <w:r>
              <w:t xml:space="preserve"> </w:t>
            </w:r>
          </w:p>
        </w:tc>
      </w:tr>
    </w:tbl>
    <w:p w14:paraId="5A0CEEBB" w14:textId="77777777" w:rsidR="00F84BC9" w:rsidRDefault="00F84BC9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0"/>
        <w:gridCol w:w="9297"/>
      </w:tblGrid>
      <w:tr w:rsidR="00F84BC9" w14:paraId="7AA2802B" w14:textId="77777777">
        <w:trPr>
          <w:jc w:val="center"/>
        </w:trPr>
        <w:tc>
          <w:tcPr>
            <w:tcW w:w="198" w:type="dxa"/>
            <w:shd w:val="clear" w:color="auto" w:fill="01869B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D2F589F" w14:textId="77777777" w:rsidR="00F84BC9" w:rsidRDefault="00F84BC9"/>
        </w:tc>
        <w:tc>
          <w:tcPr>
            <w:tcW w:w="9297" w:type="dxa"/>
            <w:shd w:val="clear" w:color="auto" w:fill="E6F3F5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C6799B0" w14:textId="77777777" w:rsidR="00F84BC9" w:rsidRDefault="00FC5FC5">
            <w:r>
              <w:rPr>
                <w:b/>
                <w:color w:val="01869B"/>
              </w:rPr>
              <w:t>Avant l’envoi</w:t>
            </w:r>
          </w:p>
          <w:p w14:paraId="0D7FCB2F" w14:textId="77777777" w:rsidR="00F84BC9" w:rsidRDefault="00FC5FC5">
            <w:pPr>
              <w:spacing w:after="0"/>
            </w:pPr>
            <w:r>
              <w:rPr>
                <w:sz w:val="20"/>
              </w:rPr>
              <w:t>Vérifiez que les informations sont complètes, enregistrez le document et envoyez-le à fondsdeseta@apefasbl.org avant la date de clôture.</w:t>
            </w:r>
          </w:p>
        </w:tc>
      </w:tr>
    </w:tbl>
    <w:p w14:paraId="471BF75E" w14:textId="77777777" w:rsidR="00F84BC9" w:rsidRDefault="00F84BC9">
      <w:pPr>
        <w:spacing w:after="20"/>
      </w:pPr>
    </w:p>
    <w:sectPr w:rsidR="00F84BC9" w:rsidSect="00034616">
      <w:headerReference w:type="default" r:id="rId8"/>
      <w:footerReference w:type="default" r:id="rId9"/>
      <w:pgSz w:w="11906" w:h="16838"/>
      <w:pgMar w:top="1389" w:right="1134" w:bottom="1020" w:left="1134" w:header="198" w:footer="19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52164" w14:textId="77777777" w:rsidR="00FC5FC5" w:rsidRDefault="00FC5FC5">
      <w:pPr>
        <w:spacing w:after="0" w:line="240" w:lineRule="auto"/>
      </w:pPr>
      <w:r>
        <w:separator/>
      </w:r>
    </w:p>
  </w:endnote>
  <w:endnote w:type="continuationSeparator" w:id="0">
    <w:p w14:paraId="2D68D280" w14:textId="77777777" w:rsidR="00FC5FC5" w:rsidRDefault="00FC5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80AD4" w14:textId="77777777" w:rsidR="00D86268" w:rsidRDefault="00D86268">
    <w:pPr>
      <w:pStyle w:val="Pieddepage"/>
    </w:pPr>
  </w:p>
  <w:tbl>
    <w:tblPr>
      <w:tblW w:w="0" w:type="auto"/>
      <w:tblLayout w:type="fixed"/>
      <w:tblLook w:val="04A0" w:firstRow="1" w:lastRow="0" w:firstColumn="1" w:lastColumn="0" w:noHBand="0" w:noVBand="1"/>
    </w:tblPr>
    <w:tblGrid>
      <w:gridCol w:w="8107"/>
      <w:gridCol w:w="1530"/>
    </w:tblGrid>
    <w:tr w:rsidR="00D86268" w14:paraId="42C3BC65" w14:textId="77777777">
      <w:tc>
        <w:tcPr>
          <w:tcW w:w="8107" w:type="dxa"/>
          <w:tcMar>
            <w:top w:w="50" w:type="dxa"/>
            <w:left w:w="0" w:type="dxa"/>
            <w:bottom w:w="0" w:type="dxa"/>
            <w:right w:w="0" w:type="dxa"/>
          </w:tcMar>
        </w:tcPr>
        <w:p w14:paraId="68A45442" w14:textId="77777777" w:rsidR="00D86268" w:rsidRDefault="00EE3E3A">
          <w:r>
            <w:rPr>
              <w:b/>
              <w:color w:val="340873"/>
              <w:sz w:val="15"/>
            </w:rPr>
            <w:t xml:space="preserve">Fonds de </w:t>
          </w:r>
          <w:proofErr w:type="spellStart"/>
          <w:r>
            <w:rPr>
              <w:b/>
              <w:color w:val="340873"/>
              <w:sz w:val="15"/>
            </w:rPr>
            <w:t>Sécurité</w:t>
          </w:r>
          <w:proofErr w:type="spellEnd"/>
          <w:r>
            <w:rPr>
              <w:b/>
              <w:color w:val="340873"/>
              <w:sz w:val="15"/>
            </w:rPr>
            <w:t xml:space="preserve"> </w:t>
          </w:r>
          <w:proofErr w:type="spellStart"/>
          <w:r>
            <w:rPr>
              <w:b/>
              <w:color w:val="340873"/>
              <w:sz w:val="15"/>
            </w:rPr>
            <w:t>d’Existence</w:t>
          </w:r>
          <w:proofErr w:type="spellEnd"/>
          <w:r>
            <w:rPr>
              <w:b/>
              <w:color w:val="340873"/>
              <w:sz w:val="15"/>
            </w:rPr>
            <w:t xml:space="preserve"> des ETA </w:t>
          </w:r>
          <w:proofErr w:type="spellStart"/>
          <w:r>
            <w:rPr>
              <w:b/>
              <w:color w:val="340873"/>
              <w:sz w:val="15"/>
            </w:rPr>
            <w:t>wallonnes</w:t>
          </w:r>
          <w:proofErr w:type="spellEnd"/>
        </w:p>
        <w:p w14:paraId="034161BD" w14:textId="77777777" w:rsidR="00D86268" w:rsidRDefault="00EE3E3A">
          <w:r>
            <w:rPr>
              <w:color w:val="6B6B70"/>
              <w:sz w:val="14"/>
            </w:rPr>
            <w:t xml:space="preserve">Square </w:t>
          </w:r>
          <w:proofErr w:type="spellStart"/>
          <w:r>
            <w:rPr>
              <w:color w:val="6B6B70"/>
              <w:sz w:val="14"/>
            </w:rPr>
            <w:t>Sainctelette</w:t>
          </w:r>
          <w:proofErr w:type="spellEnd"/>
          <w:r>
            <w:rPr>
              <w:color w:val="6B6B70"/>
              <w:sz w:val="14"/>
            </w:rPr>
            <w:t xml:space="preserve"> 13-15 · 1000 Bruxelles · SCP 327.03</w:t>
          </w:r>
        </w:p>
      </w:tc>
      <w:tc>
        <w:tcPr>
          <w:tcW w:w="1530" w:type="dxa"/>
          <w:tcMar>
            <w:top w:w="50" w:type="dxa"/>
            <w:left w:w="0" w:type="dxa"/>
            <w:bottom w:w="0" w:type="dxa"/>
            <w:right w:w="0" w:type="dxa"/>
          </w:tcMar>
        </w:tcPr>
        <w:p w14:paraId="7E4F4980" w14:textId="77777777" w:rsidR="00D86268" w:rsidRDefault="00EE3E3A">
          <w:pPr>
            <w:jc w:val="right"/>
          </w:pPr>
          <w:r>
            <w:rPr>
              <w:color w:val="6B6B70"/>
              <w:sz w:val="15"/>
            </w:rP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394083">
            <w:rPr>
              <w:noProof/>
            </w:rPr>
            <w:t>1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038E4" w14:textId="77777777" w:rsidR="00FC5FC5" w:rsidRDefault="00FC5FC5">
      <w:pPr>
        <w:spacing w:after="0" w:line="240" w:lineRule="auto"/>
      </w:pPr>
      <w:r>
        <w:separator/>
      </w:r>
    </w:p>
  </w:footnote>
  <w:footnote w:type="continuationSeparator" w:id="0">
    <w:p w14:paraId="101C35F7" w14:textId="77777777" w:rsidR="00FC5FC5" w:rsidRDefault="00FC5F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6B433" w14:textId="77777777" w:rsidR="00D86268" w:rsidRDefault="00D86268">
    <w:pPr>
      <w:pStyle w:val="En-tte"/>
    </w:pPr>
  </w:p>
  <w:tbl>
    <w:tblPr>
      <w:tblW w:w="0" w:type="auto"/>
      <w:tblLayout w:type="fixed"/>
      <w:tblLook w:val="04A0" w:firstRow="1" w:lastRow="0" w:firstColumn="1" w:lastColumn="0" w:noHBand="0" w:noVBand="1"/>
    </w:tblPr>
    <w:tblGrid>
      <w:gridCol w:w="7086"/>
      <w:gridCol w:w="2551"/>
    </w:tblGrid>
    <w:tr w:rsidR="00D86268" w14:paraId="240A3D8A" w14:textId="77777777">
      <w:tc>
        <w:tcPr>
          <w:tcW w:w="7086" w:type="dxa"/>
          <w:tcMar>
            <w:top w:w="0" w:type="dxa"/>
            <w:left w:w="0" w:type="dxa"/>
            <w:bottom w:w="50" w:type="dxa"/>
            <w:right w:w="0" w:type="dxa"/>
          </w:tcMar>
        </w:tcPr>
        <w:p w14:paraId="539BEA88" w14:textId="77777777" w:rsidR="00D86268" w:rsidRDefault="00EE3E3A">
          <w:r>
            <w:rPr>
              <w:noProof/>
            </w:rPr>
            <w:drawing>
              <wp:inline distT="0" distB="0" distL="0" distR="0" wp14:anchorId="04E92624" wp14:editId="7F68D684">
                <wp:extent cx="2340000" cy="822162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FSE_ETA_wallonne_turquois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40000" cy="8221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1" w:type="dxa"/>
          <w:tcMar>
            <w:top w:w="0" w:type="dxa"/>
            <w:left w:w="0" w:type="dxa"/>
            <w:bottom w:w="50" w:type="dxa"/>
            <w:right w:w="0" w:type="dxa"/>
          </w:tcMar>
        </w:tcPr>
        <w:p w14:paraId="1F8153BA" w14:textId="77777777" w:rsidR="00D86268" w:rsidRDefault="00EE3E3A">
          <w:pPr>
            <w:jc w:val="right"/>
          </w:pPr>
          <w:r>
            <w:rPr>
              <w:b/>
              <w:color w:val="340873"/>
              <w:sz w:val="16"/>
            </w:rPr>
            <w:t>DEMANDE DE MODIFICATION</w:t>
          </w:r>
        </w:p>
        <w:p w14:paraId="3F75C4C3" w14:textId="77777777" w:rsidR="00D86268" w:rsidRDefault="00EE3E3A">
          <w:pPr>
            <w:jc w:val="right"/>
          </w:pPr>
          <w:r>
            <w:rPr>
              <w:b/>
              <w:color w:val="01869B"/>
              <w:sz w:val="16"/>
            </w:rPr>
            <w:t>ACTION BIEN-ÊTRE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40005984">
    <w:abstractNumId w:val="8"/>
  </w:num>
  <w:num w:numId="2" w16cid:durableId="1063989612">
    <w:abstractNumId w:val="6"/>
  </w:num>
  <w:num w:numId="3" w16cid:durableId="115416821">
    <w:abstractNumId w:val="5"/>
  </w:num>
  <w:num w:numId="4" w16cid:durableId="500893022">
    <w:abstractNumId w:val="4"/>
  </w:num>
  <w:num w:numId="5" w16cid:durableId="1823541064">
    <w:abstractNumId w:val="7"/>
  </w:num>
  <w:num w:numId="6" w16cid:durableId="891305656">
    <w:abstractNumId w:val="3"/>
  </w:num>
  <w:num w:numId="7" w16cid:durableId="1864130107">
    <w:abstractNumId w:val="2"/>
  </w:num>
  <w:num w:numId="8" w16cid:durableId="1089812501">
    <w:abstractNumId w:val="1"/>
  </w:num>
  <w:num w:numId="9" w16cid:durableId="410471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94083"/>
    <w:rsid w:val="003D7D41"/>
    <w:rsid w:val="007D48F3"/>
    <w:rsid w:val="007F2866"/>
    <w:rsid w:val="00A73BE1"/>
    <w:rsid w:val="00AA1D8D"/>
    <w:rsid w:val="00B47730"/>
    <w:rsid w:val="00CA4CFF"/>
    <w:rsid w:val="00CB0664"/>
    <w:rsid w:val="00D613B0"/>
    <w:rsid w:val="00D86268"/>
    <w:rsid w:val="00EE3E3A"/>
    <w:rsid w:val="00F84BC9"/>
    <w:rsid w:val="00FC5FC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4D35B5"/>
  <w14:defaultImageDpi w14:val="300"/>
  <w15:docId w15:val="{D436C181-CEAF-4FB8-8194-182910F59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F2F33"/>
      <w:sz w:val="21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color w:val="340873"/>
      <w:sz w:val="31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color w:val="01869B"/>
      <w:sz w:val="23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358</Words>
  <Characters>1969</Characters>
  <Application>Microsoft Office Word</Application>
  <DocSecurity>8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Christine Baudechon</cp:lastModifiedBy>
  <cp:revision>2</cp:revision>
  <dcterms:created xsi:type="dcterms:W3CDTF">2026-09-16T15:46:00Z</dcterms:created>
  <dcterms:modified xsi:type="dcterms:W3CDTF">2026-09-16T15:46:00Z</dcterms:modified>
  <cp:category/>
</cp:coreProperties>
</file>