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6E35A" w14:textId="77777777" w:rsidR="00D86268" w:rsidRPr="002422BE" w:rsidRDefault="00EE3E3A">
      <w:pPr>
        <w:spacing w:before="160" w:after="60"/>
      </w:pPr>
      <w:r w:rsidRPr="002422BE">
        <w:rPr>
          <w:rFonts w:ascii="Aptos Display" w:hAnsi="Aptos Display"/>
          <w:b/>
          <w:color w:val="340873"/>
          <w:sz w:val="40"/>
        </w:rPr>
        <w:t xml:space="preserve">Appel à candidatures</w:t>
      </w:r>
    </w:p>
    <w:p w14:paraId="454CB568" w14:textId="77777777" w:rsidR="00D86268" w:rsidRPr="002422BE" w:rsidRDefault="00EE3E3A">
      <w:pPr>
        <w:spacing w:after="200"/>
      </w:pPr>
      <w:r w:rsidRPr="002422BE">
        <w:rPr>
          <w:b/>
          <w:color w:val="01869B"/>
          <w:sz w:val="24"/>
        </w:rPr>
        <w:t xml:space="preserve">Financement de postes « Bien-être » dans les ETA wallonnes : CDI et CDD</w:t>
      </w:r>
    </w:p>
    <w:tbl>
      <w:tblPr>
        <w:tblW w:w="0" w:type="auto"/>
        <w:jc w:val="center"/>
        <w:tblLayout w:type="fixed"/>
        <w:tblLook w:val="04A0" w:firstRow="1" w:lastRow="0" w:firstColumn="1" w:lastColumn="0" w:noHBand="0" w:noVBand="1"/>
      </w:tblPr>
      <w:tblGrid>
        <w:gridCol w:w="320"/>
        <w:gridCol w:w="9297"/>
      </w:tblGrid>
      <w:tr w:rsidR="00D86268" w:rsidRPr="002422BE" w14:paraId="120B55BB" w14:textId="77777777">
        <w:trPr>
          <w:jc w:val="center"/>
        </w:trPr>
        <w:tc>
          <w:tcPr>
            <w:tcW w:w="198" w:type="dxa"/>
            <w:shd w:val="clear" w:color="auto" w:fill="01869B"/>
            <w:tcMar>
              <w:top w:w="120" w:type="dxa"/>
              <w:left w:w="150" w:type="dxa"/>
              <w:bottom w:w="120" w:type="dxa"/>
              <w:right w:w="150" w:type="dxa"/>
            </w:tcMar>
            <w:vAlign w:val="center"/>
          </w:tcPr>
          <w:p w14:paraId="2AD83C16" w14:textId="77777777" w:rsidR="00D86268" w:rsidRPr="002422BE" w:rsidRDefault="00D86268"/>
        </w:tc>
        <w:tc>
          <w:tcPr>
            <w:tcW w:w="9297" w:type="dxa"/>
            <w:shd w:val="clear" w:color="auto" w:fill="E6F3F5"/>
            <w:tcMar>
              <w:top w:w="120" w:type="dxa"/>
              <w:left w:w="150" w:type="dxa"/>
              <w:bottom w:w="120" w:type="dxa"/>
              <w:right w:w="150" w:type="dxa"/>
            </w:tcMar>
            <w:vAlign w:val="center"/>
          </w:tcPr>
          <w:p w14:paraId="4485E1A6" w14:textId="77777777" w:rsidR="00D86268" w:rsidRPr="002422BE" w:rsidRDefault="00EE3E3A">
            <w:r w:rsidRPr="002422BE">
              <w:rPr>
                <w:b/>
                <w:color w:val="01869B"/>
              </w:rPr>
              <w:t>Pourquoi cet appel ?</w:t>
            </w:r>
          </w:p>
          <w:p w14:paraId="5B0FED5C" w14:textId="1A557F56" w:rsidR="002422BE" w:rsidRPr="002422BE" w:rsidRDefault="002422BE" w:rsidP="002422BE">
            <w:pPr>
              <w:spacing w:before="100" w:beforeAutospacing="1" w:afterAutospacing="1"/>
              <w:rPr>
                <w:sz w:val="24"/>
                <w:szCs w:val="24"/>
                <w:lang w:eastAsia="fr-BE"/>
              </w:rPr>
            </w:pPr>
            <w:proofErr w:type="gramStart"/>
            <w:r>
              <w:rPr>
                <w:sz w:val="24"/>
                <w:szCs w:val="24"/>
                <w:lang w:eastAsia="fr-BE"/>
              </w:rPr>
              <w:t xml:space="preserve">L’action Bien-être permet à chaque ETA du secteur de disposer d’un poste Bien-être à mi-temps en CDI, financé par le Fonds.</w:t>
            </w:r>
            <w:proofErr w:type="gramEnd"/>
          </w:p>
          <w:p w14:paraId="5B0FED5C" w14:textId="1A557F56" w:rsidR="002422BE" w:rsidRPr="002422BE" w:rsidRDefault="002422BE" w:rsidP="002422BE">
            <w:pPr>
              <w:spacing w:before="100" w:beforeAutospacing="1" w:afterAutospacing="1"/>
              <w:rPr>
                <w:sz w:val="24"/>
                <w:szCs w:val="24"/>
                <w:lang w:eastAsia="fr-BE"/>
              </w:rPr>
            </w:pPr>
            <w:proofErr w:type="gramStart"/>
            <w:r>
              <w:rPr>
                <w:sz w:val="24"/>
                <w:szCs w:val="24"/>
                <w:lang w:eastAsia="fr-BE"/>
              </w:rPr>
              <w:t xml:space="preserve">Le budget que certaines ETA n’utilisent pas encore est mis à disposition des autres ETA sous forme de postes en CDD. Ce formulaire sert pour les deux demandes.</w:t>
            </w:r>
            <w:proofErr w:type="gramEnd"/>
          </w:p>
        </w:tc>
      </w:tr>
    </w:tbl>
    <w:p w14:paraId="57E4B0F6" w14:textId="77777777" w:rsidR="00D86268" w:rsidRPr="002422BE" w:rsidRDefault="00D86268">
      <w:pPr>
        <w:spacing w:after="20"/>
      </w:pPr>
    </w:p>
    <w:p w14:paraId="7B65B8E3" w14:textId="77777777" w:rsidR="00D86268" w:rsidRPr="002422BE" w:rsidRDefault="00EE3E3A">
      <w:r w:rsidRPr="002422BE">
        <w:rPr>
          <w:sz w:val="20"/>
        </w:rPr>
        <w:t xml:space="preserve">Le Fonds accompagne les ETA dans la mise en place d’actions structurantes en faveur de leurs travailleurs et travailleuses, en particulier des personnes en situation de handicap. Les règles complètes figurent dans le règlement de l’action Bien-être.</w:t>
      </w:r>
    </w:p>
    <w:tbl>
      <w:tblPr>
        <w:tblW w:w="0" w:type="auto"/>
        <w:jc w:val="center"/>
        <w:tblLayout w:type="fixed"/>
        <w:tblLook w:val="04A0" w:firstRow="1" w:lastRow="0" w:firstColumn="1" w:lastColumn="0" w:noHBand="0" w:noVBand="1"/>
      </w:tblPr>
      <w:tblGrid>
        <w:gridCol w:w="3118"/>
        <w:gridCol w:w="3118"/>
        <w:gridCol w:w="3118"/>
      </w:tblGrid>
      <w:tr w:rsidR="00D86268" w:rsidRPr="002422BE" w14:paraId="3457FBA2" w14:textId="77777777">
        <w:trPr>
          <w:jc w:val="center"/>
        </w:trPr>
        <w:tc>
          <w:tcPr>
            <w:tcW w:w="3118" w:type="dxa"/>
            <w:tcBorders>
              <w:top w:val="single" w:sz="4" w:space="0" w:color="D9DCE1"/>
              <w:left w:val="single" w:sz="4" w:space="0" w:color="D9DCE1"/>
              <w:bottom w:val="single" w:sz="4" w:space="0" w:color="D9DCE1"/>
              <w:right w:val="single" w:sz="4" w:space="0" w:color="D9DCE1"/>
            </w:tcBorders>
            <w:shd w:val="clear" w:color="auto" w:fill="E6F3F5"/>
            <w:tcMar>
              <w:top w:w="140" w:type="dxa"/>
              <w:left w:w="120" w:type="dxa"/>
              <w:bottom w:w="140" w:type="dxa"/>
              <w:right w:w="120" w:type="dxa"/>
            </w:tcMar>
          </w:tcPr>
          <w:p w14:paraId="0872CF69" w14:textId="77777777" w:rsidR="00D86268" w:rsidRPr="002422BE" w:rsidRDefault="00EE3E3A">
            <w:pPr>
              <w:jc w:val="center"/>
            </w:pPr>
            <w:r w:rsidRPr="002422BE">
              <w:rPr>
                <w:b/>
                <w:color w:val="6B6B70"/>
                <w:sz w:val="17"/>
              </w:rPr>
              <w:t xml:space="preserve">POSTES FINANCÉS</w:t>
            </w:r>
          </w:p>
          <w:p w14:paraId="378B94D6" w14:textId="5D02D4D7" w:rsidR="00D86268" w:rsidRPr="002422BE" w:rsidRDefault="00EE3E3A">
            <w:pPr>
              <w:jc w:val="center"/>
            </w:pPr>
            <w:r w:rsidRPr="002422BE">
              <w:rPr>
                <w:b/>
                <w:color w:val="340873"/>
                <w:sz w:val="24"/>
              </w:rPr>
              <w:t xml:space="preserve">1 mi-temps CDI par ETA</w:t>
            </w:r>
          </w:p>
        </w:tc>
        <w:tc>
          <w:tcPr>
            <w:tcW w:w="3118" w:type="dxa"/>
            <w:tcBorders>
              <w:top w:val="single" w:sz="4" w:space="0" w:color="D9DCE1"/>
              <w:left w:val="single" w:sz="4" w:space="0" w:color="D9DCE1"/>
              <w:bottom w:val="single" w:sz="4" w:space="0" w:color="D9DCE1"/>
              <w:right w:val="single" w:sz="4" w:space="0" w:color="D9DCE1"/>
            </w:tcBorders>
            <w:shd w:val="clear" w:color="auto" w:fill="EEE8F4"/>
            <w:tcMar>
              <w:top w:w="140" w:type="dxa"/>
              <w:left w:w="120" w:type="dxa"/>
              <w:bottom w:w="140" w:type="dxa"/>
              <w:right w:w="120" w:type="dxa"/>
            </w:tcMar>
          </w:tcPr>
          <w:p w14:paraId="00D9973C" w14:textId="77777777" w:rsidR="00D86268" w:rsidRPr="002422BE" w:rsidRDefault="00EE3E3A">
            <w:pPr>
              <w:jc w:val="center"/>
            </w:pPr>
            <w:r w:rsidRPr="002422BE">
              <w:rPr>
                <w:b/>
                <w:color w:val="6B6B70"/>
                <w:sz w:val="17"/>
              </w:rPr>
              <w:t xml:space="preserve">PLAFOND PAR POSTE</w:t>
            </w:r>
          </w:p>
          <w:p w14:paraId="368B82D5" w14:textId="77777777" w:rsidR="00D86268" w:rsidRPr="002422BE" w:rsidRDefault="00EE3E3A">
            <w:pPr>
              <w:jc w:val="center"/>
            </w:pPr>
            <w:r w:rsidRPr="002422BE">
              <w:rPr>
                <w:b/>
                <w:color w:val="340873"/>
                <w:sz w:val="24"/>
              </w:rPr>
              <w:t xml:space="preserve">30.000 € / an</w:t>
            </w:r>
          </w:p>
        </w:tc>
        <w:tc>
          <w:tcPr>
            <w:tcW w:w="3118" w:type="dxa"/>
            <w:tcBorders>
              <w:top w:val="single" w:sz="4" w:space="0" w:color="D9DCE1"/>
              <w:left w:val="single" w:sz="4" w:space="0" w:color="D9DCE1"/>
              <w:bottom w:val="single" w:sz="4" w:space="0" w:color="D9DCE1"/>
              <w:right w:val="single" w:sz="4" w:space="0" w:color="D9DCE1"/>
            </w:tcBorders>
            <w:shd w:val="clear" w:color="auto" w:fill="FFF4E5"/>
            <w:tcMar>
              <w:top w:w="140" w:type="dxa"/>
              <w:left w:w="120" w:type="dxa"/>
              <w:bottom w:w="140" w:type="dxa"/>
              <w:right w:w="120" w:type="dxa"/>
            </w:tcMar>
          </w:tcPr>
          <w:p w14:paraId="2126FB66" w14:textId="77777777" w:rsidR="00D86268" w:rsidRPr="002422BE" w:rsidRDefault="00EE3E3A">
            <w:pPr>
              <w:jc w:val="center"/>
            </w:pPr>
            <w:r w:rsidRPr="002422BE">
              <w:rPr>
                <w:b/>
                <w:color w:val="6B6B70"/>
                <w:sz w:val="17"/>
              </w:rPr>
              <w:t xml:space="preserve">DEMANDE</w:t>
            </w:r>
          </w:p>
          <w:p w14:paraId="6F874B13" w14:textId="7C7936E8" w:rsidR="00D86268" w:rsidRPr="002422BE" w:rsidRDefault="00EE3E3A">
            <w:pPr>
              <w:jc w:val="center"/>
            </w:pPr>
            <w:r w:rsidRPr="002422BE">
              <w:rPr>
                <w:b/>
                <w:color w:val="D97706"/>
                <w:sz w:val="24"/>
              </w:rPr>
              <w:t xml:space="preserve">À tout moment</w:t>
            </w:r>
          </w:p>
        </w:tc>
      </w:tr>
    </w:tbl>
    <w:p w14:paraId="2E5D46B3" w14:textId="77777777" w:rsidR="00D86268" w:rsidRPr="002422BE" w:rsidRDefault="00D86268">
      <w:pPr>
        <w:spacing w:after="20"/>
      </w:pPr>
    </w:p>
    <w:p w14:paraId="4B6E1A7E" w14:textId="77777777" w:rsidR="00D86268" w:rsidRPr="002422BE" w:rsidRDefault="00EE3E3A">
      <w:pPr>
        <w:pStyle w:val="Titre1"/>
      </w:pPr>
      <w:r w:rsidRPr="002422BE">
        <w:rPr>
          <w:rFonts w:ascii="Aptos Display" w:hAnsi="Aptos Display"/>
        </w:rPr>
        <w:t>1. Financement prévu</w:t>
      </w:r>
    </w:p>
    <w:p w14:paraId="59FB28F7" w14:textId="4B107BD6" w:rsidR="00D86268" w:rsidRPr="002422BE" w:rsidRDefault="002422BE">
      <w:r>
        <w:rPr>
          <w:sz w:val="20"/>
        </w:rPr>
        <w:t xml:space="preserve">Le Fonds finance un poste Bien-être à mi-temps en CDI dans chaque ETA. L’intervention est plafonnée à 30.000 € par an pour un mi-temps, sans pouvoir dépasser le coût salarial réel du poste.</w:t>
      </w:r>
    </w:p>
    <w:p w14:paraId="135F79BA" w14:textId="77777777" w:rsidR="00D86268" w:rsidRPr="002422BE" w:rsidRDefault="00EE3E3A">
      <w:r w:rsidRPr="002422BE">
        <w:rPr>
          <w:sz w:val="20"/>
        </w:rPr>
        <w:t xml:space="preserve">Si certaines ETA n’utilisent pas encore leur poste, le budget disponible est proposé aux autres ETA sous forme de postes en CDD. Chaque année, le Comité de gestion réévalue ce budget : il prolonge les CDD en place pour les ETA qui le souhaitent et propose de nouveaux CDD aux ETA qui en font la demande. Les CDD sont financés pour la durée demandée par l’ETA, au maximum une année civile.</w:t>
      </w:r>
    </w:p>
    <w:p w14:paraId="50CDA0EC" w14:textId="77777777" w:rsidR="00D86268" w:rsidRPr="002422BE" w:rsidRDefault="00EE3E3A">
      <w:pPr>
        <w:pStyle w:val="Titre1"/>
      </w:pPr>
      <w:r w:rsidRPr="002422BE">
        <w:rPr>
          <w:rFonts w:ascii="Aptos Display" w:hAnsi="Aptos Display"/>
        </w:rPr>
        <w:t>2. Postes pouvant être financés</w:t>
      </w:r>
    </w:p>
    <w:p w14:paraId="7BA35B17" w14:textId="77777777" w:rsidR="00D86268" w:rsidRPr="002422BE" w:rsidRDefault="00EE3E3A">
      <w:r w:rsidRPr="002422BE">
        <w:rPr>
          <w:sz w:val="20"/>
        </w:rPr>
        <w:t xml:space="preserve">Tout poste contribuant collectivement à l’amélioration du bien-être du personnel peut être envisagé, par exemple :</w:t>
      </w:r>
    </w:p>
    <w:p w14:paraId="44EA8DFF" w14:textId="77777777" w:rsidR="00D86268" w:rsidRPr="002422BE" w:rsidRDefault="00EE3E3A">
      <w:pPr>
        <w:pStyle w:val="Listepuces"/>
        <w:spacing w:after="60"/>
      </w:pPr>
      <w:r w:rsidRPr="002422BE">
        <w:rPr>
          <w:sz w:val="20"/>
        </w:rPr>
        <w:t>ergonome ou ergothérapeute ;</w:t>
      </w:r>
    </w:p>
    <w:p w14:paraId="7556473A" w14:textId="77777777" w:rsidR="00D86268" w:rsidRPr="002422BE" w:rsidRDefault="00EE3E3A">
      <w:pPr>
        <w:pStyle w:val="Listepuces"/>
        <w:spacing w:after="60"/>
      </w:pPr>
      <w:r w:rsidRPr="002422BE">
        <w:rPr>
          <w:sz w:val="20"/>
        </w:rPr>
        <w:t xml:space="preserve">assistant social ou assistante sociale ;</w:t>
      </w:r>
    </w:p>
    <w:p w14:paraId="09F762E0" w14:textId="77777777" w:rsidR="00D86268" w:rsidRPr="002422BE" w:rsidRDefault="00EE3E3A">
      <w:pPr>
        <w:pStyle w:val="Listepuces"/>
        <w:spacing w:after="60"/>
      </w:pPr>
      <w:r w:rsidRPr="002422BE">
        <w:rPr>
          <w:sz w:val="20"/>
        </w:rPr>
        <w:t>psychologue ;</w:t>
      </w:r>
    </w:p>
    <w:p w14:paraId="7298E6F1" w14:textId="77777777" w:rsidR="00D86268" w:rsidRPr="002422BE" w:rsidRDefault="00EE3E3A">
      <w:pPr>
        <w:pStyle w:val="Listepuces"/>
        <w:spacing w:after="60"/>
      </w:pPr>
      <w:r w:rsidRPr="002422BE">
        <w:rPr>
          <w:sz w:val="20"/>
        </w:rPr>
        <w:t>autre profil dont les missions améliorent concrètement les conditions de travail.</w:t>
      </w:r>
    </w:p>
    <w:p w14:paraId="6EE094E6" w14:textId="77777777" w:rsidR="00D86268" w:rsidRPr="002422BE" w:rsidRDefault="00EE3E3A">
      <w:pPr>
        <w:pStyle w:val="Titre1"/>
      </w:pPr>
      <w:r w:rsidRPr="002422BE">
        <w:rPr>
          <w:rFonts w:ascii="Aptos Display" w:hAnsi="Aptos Display"/>
        </w:rPr>
        <w:t>3. Postes non éligibles</w:t>
      </w:r>
    </w:p>
    <w:p w14:paraId="38BD2461" w14:textId="77777777" w:rsidR="00D86268" w:rsidRPr="002422BE" w:rsidRDefault="00EE3E3A">
      <w:r w:rsidRPr="002422BE">
        <w:rPr>
          <w:sz w:val="20"/>
        </w:rPr>
        <w:t xml:space="preserve">Les postes requis pour respecter les obligations liées à l’agrément ou imposées par la loi, tels que le poste de conseiller ou conseillère en prévention, ne sont pas éligibles. Les postes destinés principalement à alléger la charge de la direction, comme celui d’adjoint ou d’adjointe à la direction, ne peuvent pas être financés.</w:t>
      </w:r>
    </w:p>
    <w:tbl>
      <w:tblPr>
        <w:tblW w:w="0" w:type="auto"/>
        <w:jc w:val="center"/>
        <w:tblLayout w:type="fixed"/>
        <w:tblLook w:val="04A0" w:firstRow="1" w:lastRow="0" w:firstColumn="1" w:lastColumn="0" w:noHBand="0" w:noVBand="1"/>
      </w:tblPr>
      <w:tblGrid>
        <w:gridCol w:w="320"/>
        <w:gridCol w:w="9297"/>
      </w:tblGrid>
      <w:tr w:rsidR="00D86268" w:rsidRPr="002422BE" w14:paraId="0E62FB29" w14:textId="77777777">
        <w:trPr>
          <w:jc w:val="center"/>
        </w:trPr>
        <w:tc>
          <w:tcPr>
            <w:tcW w:w="198" w:type="dxa"/>
            <w:shd w:val="clear" w:color="auto" w:fill="340873"/>
            <w:tcMar>
              <w:top w:w="120" w:type="dxa"/>
              <w:left w:w="150" w:type="dxa"/>
              <w:bottom w:w="120" w:type="dxa"/>
              <w:right w:w="150" w:type="dxa"/>
            </w:tcMar>
            <w:vAlign w:val="center"/>
          </w:tcPr>
          <w:p w14:paraId="4B297B93" w14:textId="77777777" w:rsidR="00D86268" w:rsidRPr="002422BE" w:rsidRDefault="00D86268"/>
        </w:tc>
        <w:tc>
          <w:tcPr>
            <w:tcW w:w="9297" w:type="dxa"/>
            <w:shd w:val="clear" w:color="auto" w:fill="EEE8F4"/>
            <w:tcMar>
              <w:top w:w="120" w:type="dxa"/>
              <w:left w:w="150" w:type="dxa"/>
              <w:bottom w:w="120" w:type="dxa"/>
              <w:right w:w="150" w:type="dxa"/>
            </w:tcMar>
            <w:vAlign w:val="center"/>
          </w:tcPr>
          <w:p w14:paraId="1176842E" w14:textId="77777777" w:rsidR="00D86268" w:rsidRPr="002422BE" w:rsidRDefault="00EE3E3A">
            <w:r w:rsidRPr="002422BE">
              <w:rPr>
                <w:b/>
                <w:color w:val="340873"/>
              </w:rPr>
              <w:t>À retenir</w:t>
            </w:r>
          </w:p>
          <w:p w14:paraId="0AB9A105" w14:textId="77777777" w:rsidR="00D86268" w:rsidRPr="002422BE" w:rsidRDefault="00EE3E3A">
            <w:pPr>
              <w:spacing w:after="0"/>
            </w:pPr>
            <w:r w:rsidRPr="002422BE">
              <w:rPr>
                <w:sz w:val="20"/>
              </w:rPr>
              <w:t>Il est possible de renforcer les équipes pour améliorer les conditions de travail, à condition que le poste créé ne serve pas uniquement à satisfaire une obligation légale ou réglementaire.</w:t>
            </w:r>
          </w:p>
        </w:tc>
      </w:tr>
    </w:tbl>
    <w:p w14:paraId="064A0C2B" w14:textId="77777777" w:rsidR="00D86268" w:rsidRPr="002422BE" w:rsidRDefault="00D86268">
      <w:pPr>
        <w:spacing w:after="20"/>
      </w:pPr>
    </w:p>
    <w:p w14:paraId="61C190E8" w14:textId="77777777" w:rsidR="00D86268" w:rsidRPr="002422BE" w:rsidRDefault="00EE3E3A">
      <w:pPr>
        <w:spacing w:before="160" w:after="60"/>
      </w:pPr>
      <w:r w:rsidRPr="002422BE">
        <w:rPr>
          <w:rFonts w:ascii="Aptos Display" w:hAnsi="Aptos Display"/>
          <w:b/>
          <w:color w:val="340873"/>
          <w:sz w:val="40"/>
        </w:rPr>
        <w:t>Modalités de candidature</w:t>
      </w:r>
    </w:p>
    <w:p w14:paraId="59E0F277" w14:textId="77777777" w:rsidR="00D86268" w:rsidRPr="002422BE" w:rsidRDefault="00D86268">
      <w:pPr>
        <w:spacing w:after="20"/>
      </w:pPr>
    </w:p>
    <w:p w14:paraId="25C2A56F" w14:textId="77777777" w:rsidR="00D86268" w:rsidRPr="002422BE" w:rsidRDefault="00EE3E3A">
      <w:pPr>
        <w:pStyle w:val="Titre1"/>
      </w:pPr>
      <w:r w:rsidRPr="002422BE">
        <w:rPr>
          <w:rFonts w:ascii="Aptos Display" w:hAnsi="Aptos Display"/>
        </w:rPr>
        <w:t>4. Comment introduire la candidature ?</w:t>
      </w:r>
    </w:p>
    <w:p w14:paraId="375163DF" w14:textId="77777777" w:rsidR="00D86268" w:rsidRPr="002422BE" w:rsidRDefault="00EE3E3A">
      <w:r w:rsidRPr="002422BE">
        <w:rPr>
          <w:sz w:val="20"/>
        </w:rPr>
        <w:t xml:space="preserve">Complétez le formulaire cliquable en annexe et indiquez si vous demandez un poste en CDI ou en CDD. Toutes les zones grisées ou portant la mention « Cliquez ici » peuvent être complétées directement dans Word.</w:t>
      </w:r>
    </w:p>
    <w:p w14:paraId="487145F7" w14:textId="77777777" w:rsidR="00D86268" w:rsidRPr="002422BE" w:rsidRDefault="00EE3E3A">
      <w:r w:rsidRPr="002422BE">
        <w:rPr>
          <w:sz w:val="20"/>
        </w:rPr>
        <w:t xml:space="preserve">Envoyez le formulaire complété par e-mail, à tout moment, à :</w:t>
      </w:r>
    </w:p>
    <w:p w14:paraId="3C95FA69" w14:textId="77777777" w:rsidR="00D86268" w:rsidRPr="002422BE" w:rsidRDefault="00EE3E3A">
      <w:pPr>
        <w:spacing w:after="200"/>
      </w:pPr>
      <w:hyperlink r:id="rId8">
        <w:r w:rsidRPr="002422BE">
          <w:rPr>
            <w:color w:val="01869B"/>
            <w:u w:val="single"/>
          </w:rPr>
          <w:t>fondsdeseta@apefasbl.org</w:t>
        </w:r>
      </w:hyperlink>
    </w:p>
    <w:p w14:paraId="60B45447" w14:textId="77777777" w:rsidR="00D86268" w:rsidRPr="002422BE" w:rsidRDefault="00EE3E3A">
      <w:pPr>
        <w:pStyle w:val="Titre1"/>
      </w:pPr>
      <w:r w:rsidRPr="002422BE">
        <w:rPr>
          <w:rFonts w:ascii="Aptos Display" w:hAnsi="Aptos Display"/>
        </w:rPr>
        <w:t>5. Avant l’envoi</w:t>
      </w:r>
    </w:p>
    <w:p w14:paraId="0112023C" w14:textId="77777777" w:rsidR="00D86268" w:rsidRPr="002422BE" w:rsidRDefault="00EE3E3A">
      <w:pPr>
        <w:pStyle w:val="Listepuces"/>
        <w:spacing w:after="60"/>
      </w:pPr>
      <w:r w:rsidRPr="002422BE">
        <w:rPr>
          <w:sz w:val="20"/>
        </w:rPr>
        <w:t>compléter tous les champs utiles ;</w:t>
      </w:r>
    </w:p>
    <w:p w14:paraId="2AEC747E" w14:textId="77777777" w:rsidR="00D86268" w:rsidRPr="002422BE" w:rsidRDefault="00EE3E3A">
      <w:pPr>
        <w:pStyle w:val="Listepuces"/>
        <w:spacing w:after="60"/>
      </w:pPr>
      <w:r w:rsidRPr="002422BE">
        <w:rPr>
          <w:sz w:val="20"/>
        </w:rPr>
        <w:t>cocher les réponses Oui ou Non ;</w:t>
      </w:r>
    </w:p>
    <w:p w14:paraId="4C3DBE32" w14:textId="77777777" w:rsidR="00D86268" w:rsidRPr="002422BE" w:rsidRDefault="00EE3E3A">
      <w:pPr>
        <w:pStyle w:val="Listepuces"/>
        <w:spacing w:after="60"/>
      </w:pPr>
      <w:r w:rsidRPr="002422BE">
        <w:rPr>
          <w:sz w:val="20"/>
        </w:rPr>
        <w:t>décrire précisément les missions et objectifs du poste ;</w:t>
      </w:r>
    </w:p>
    <w:p w14:paraId="77B660E2" w14:textId="77777777" w:rsidR="00D86268" w:rsidRPr="002422BE" w:rsidRDefault="00EE3E3A">
      <w:pPr>
        <w:pStyle w:val="Listepuces"/>
        <w:spacing w:after="60"/>
      </w:pPr>
      <w:r w:rsidRPr="002422BE">
        <w:rPr>
          <w:sz w:val="20"/>
        </w:rPr>
        <w:t>enregistrer le document sous un nom permettant d’identifier l’ETA ;</w:t>
      </w:r>
    </w:p>
    <w:p w14:paraId="2AAFC905" w14:textId="77777777" w:rsidR="00D86268" w:rsidRPr="002422BE" w:rsidRDefault="00EE3E3A">
      <w:pPr>
        <w:pStyle w:val="Listepuces"/>
        <w:spacing w:after="60"/>
      </w:pPr>
      <w:r w:rsidRPr="002422BE">
        <w:rPr>
          <w:sz w:val="20"/>
        </w:rPr>
        <w:t xml:space="preserve">envoyer le formulaire par e-mail à fondsdeseta@apefasbl.org.</w:t>
      </w:r>
    </w:p>
    <w:tbl>
      <w:tblPr>
        <w:tblW w:w="0" w:type="auto"/>
        <w:jc w:val="center"/>
        <w:tblLayout w:type="fixed"/>
        <w:tblLook w:val="04A0" w:firstRow="1" w:lastRow="0" w:firstColumn="1" w:lastColumn="0" w:noHBand="0" w:noVBand="1"/>
      </w:tblPr>
      <w:tblGrid>
        <w:gridCol w:w="320"/>
        <w:gridCol w:w="9297"/>
      </w:tblGrid>
      <w:tr w:rsidR="00D86268" w:rsidRPr="002422BE" w14:paraId="2A90FC8D" w14:textId="77777777">
        <w:trPr>
          <w:jc w:val="center"/>
        </w:trPr>
        <w:tc>
          <w:tcPr>
            <w:tcW w:w="198" w:type="dxa"/>
            <w:shd w:val="clear" w:color="auto" w:fill="01869B"/>
            <w:tcMar>
              <w:top w:w="120" w:type="dxa"/>
              <w:left w:w="150" w:type="dxa"/>
              <w:bottom w:w="120" w:type="dxa"/>
              <w:right w:w="150" w:type="dxa"/>
            </w:tcMar>
            <w:vAlign w:val="center"/>
          </w:tcPr>
          <w:p w14:paraId="34BF95AA" w14:textId="77777777" w:rsidR="00D86268" w:rsidRPr="002422BE" w:rsidRDefault="00D86268"/>
        </w:tc>
        <w:tc>
          <w:tcPr>
            <w:tcW w:w="9297" w:type="dxa"/>
            <w:shd w:val="clear" w:color="auto" w:fill="E6F3F5"/>
            <w:tcMar>
              <w:top w:w="120" w:type="dxa"/>
              <w:left w:w="150" w:type="dxa"/>
              <w:bottom w:w="120" w:type="dxa"/>
              <w:right w:w="150" w:type="dxa"/>
            </w:tcMar>
            <w:vAlign w:val="center"/>
          </w:tcPr>
          <w:p w14:paraId="34DD7439" w14:textId="77777777" w:rsidR="00D86268" w:rsidRPr="002422BE" w:rsidRDefault="00EE3E3A">
            <w:r w:rsidRPr="002422BE">
              <w:rPr>
                <w:b/>
                <w:color w:val="01869B"/>
              </w:rPr>
              <w:t>Bon à savoir</w:t>
            </w:r>
          </w:p>
          <w:p w14:paraId="2EC083E7" w14:textId="77777777" w:rsidR="00D86268" w:rsidRPr="002422BE" w:rsidRDefault="00EE3E3A">
            <w:pPr>
              <w:spacing w:after="0"/>
            </w:pPr>
            <w:r w:rsidRPr="002422BE">
              <w:rPr>
                <w:sz w:val="20"/>
              </w:rPr>
              <w:t>Le formulaire est protégé afin de préserver sa mise en page. Seuls les champs de réponse et les cases à cocher sont modifiables.</w:t>
            </w:r>
          </w:p>
        </w:tc>
      </w:tr>
    </w:tbl>
    <w:p w14:paraId="17357994" w14:textId="77777777" w:rsidR="00D86268" w:rsidRPr="002422BE" w:rsidRDefault="00D86268">
      <w:pPr>
        <w:spacing w:after="20"/>
      </w:pPr>
    </w:p>
    <w:p w14:paraId="7985D9C3" w14:textId="77777777" w:rsidR="00D86268" w:rsidRPr="002422BE" w:rsidRDefault="00EE3E3A">
      <w:pPr>
        <w:pStyle w:val="Titre1"/>
      </w:pPr>
      <w:r w:rsidRPr="002422BE">
        <w:rPr>
          <w:rFonts w:ascii="Aptos Display" w:hAnsi="Aptos Display"/>
        </w:rPr>
        <w:t>6. Que se passe-t-il ensuite ?</w:t>
      </w:r>
    </w:p>
    <w:tbl>
      <w:tblPr>
        <w:tblW w:w="0" w:type="auto"/>
        <w:jc w:val="center"/>
        <w:tblLayout w:type="fixed"/>
        <w:tblLook w:val="04A0" w:firstRow="1" w:lastRow="0" w:firstColumn="1" w:lastColumn="0" w:noHBand="0" w:noVBand="1"/>
      </w:tblPr>
      <w:tblGrid>
        <w:gridCol w:w="2324"/>
        <w:gridCol w:w="2324"/>
        <w:gridCol w:w="2324"/>
        <w:gridCol w:w="2324"/>
      </w:tblGrid>
      <w:tr w:rsidR="00D86268" w:rsidRPr="002422BE" w14:paraId="0D40F838" w14:textId="77777777">
        <w:trPr>
          <w:jc w:val="center"/>
        </w:trPr>
        <w:tc>
          <w:tcPr>
            <w:tcW w:w="2324" w:type="dxa"/>
            <w:tcBorders>
              <w:top w:val="single" w:sz="4" w:space="0" w:color="D9DCE1"/>
              <w:left w:val="single" w:sz="4" w:space="0" w:color="D9DCE1"/>
              <w:bottom w:val="single" w:sz="4" w:space="0" w:color="D9DCE1"/>
              <w:right w:val="single" w:sz="4" w:space="0" w:color="D9DCE1"/>
            </w:tcBorders>
            <w:shd w:val="clear" w:color="auto" w:fill="E6F3F5"/>
            <w:tcMar>
              <w:top w:w="130" w:type="dxa"/>
              <w:left w:w="100" w:type="dxa"/>
              <w:bottom w:w="130" w:type="dxa"/>
              <w:right w:w="100" w:type="dxa"/>
            </w:tcMar>
          </w:tcPr>
          <w:p w14:paraId="1EFFF41F" w14:textId="77777777" w:rsidR="00D86268" w:rsidRPr="002422BE" w:rsidRDefault="00EE3E3A">
            <w:pPr>
              <w:jc w:val="center"/>
            </w:pPr>
            <w:r w:rsidRPr="002422BE">
              <w:rPr>
                <w:b/>
                <w:color w:val="D97706"/>
                <w:sz w:val="28"/>
              </w:rPr>
              <w:t>1</w:t>
            </w:r>
          </w:p>
          <w:p w14:paraId="5C44FA7D" w14:textId="77777777" w:rsidR="00D86268" w:rsidRPr="002422BE" w:rsidRDefault="00EE3E3A">
            <w:pPr>
              <w:jc w:val="center"/>
            </w:pPr>
            <w:r w:rsidRPr="002422BE">
              <w:rPr>
                <w:b/>
                <w:color w:val="340873"/>
                <w:sz w:val="19"/>
              </w:rPr>
              <w:t>Réception</w:t>
            </w:r>
          </w:p>
        </w:tc>
        <w:tc>
          <w:tcPr>
            <w:tcW w:w="2324" w:type="dxa"/>
            <w:tcBorders>
              <w:top w:val="single" w:sz="4" w:space="0" w:color="D9DCE1"/>
              <w:left w:val="single" w:sz="4" w:space="0" w:color="D9DCE1"/>
              <w:bottom w:val="single" w:sz="4" w:space="0" w:color="D9DCE1"/>
              <w:right w:val="single" w:sz="4" w:space="0" w:color="D9DCE1"/>
            </w:tcBorders>
            <w:shd w:val="clear" w:color="auto" w:fill="EEE8F4"/>
            <w:tcMar>
              <w:top w:w="130" w:type="dxa"/>
              <w:left w:w="100" w:type="dxa"/>
              <w:bottom w:w="130" w:type="dxa"/>
              <w:right w:w="100" w:type="dxa"/>
            </w:tcMar>
          </w:tcPr>
          <w:p w14:paraId="5D4A7436" w14:textId="77777777" w:rsidR="00D86268" w:rsidRPr="002422BE" w:rsidRDefault="00EE3E3A">
            <w:pPr>
              <w:jc w:val="center"/>
            </w:pPr>
            <w:r w:rsidRPr="002422BE">
              <w:rPr>
                <w:b/>
                <w:color w:val="D97706"/>
                <w:sz w:val="28"/>
              </w:rPr>
              <w:t>2</w:t>
            </w:r>
          </w:p>
          <w:p w14:paraId="0C591D8D" w14:textId="77777777" w:rsidR="00D86268" w:rsidRPr="002422BE" w:rsidRDefault="00EE3E3A">
            <w:pPr>
              <w:jc w:val="center"/>
            </w:pPr>
            <w:r w:rsidRPr="002422BE">
              <w:rPr>
                <w:b/>
                <w:color w:val="340873"/>
                <w:sz w:val="19"/>
              </w:rPr>
              <w:t>Analyse</w:t>
            </w:r>
          </w:p>
        </w:tc>
        <w:tc>
          <w:tcPr>
            <w:tcW w:w="2324" w:type="dxa"/>
            <w:tcBorders>
              <w:top w:val="single" w:sz="4" w:space="0" w:color="D9DCE1"/>
              <w:left w:val="single" w:sz="4" w:space="0" w:color="D9DCE1"/>
              <w:bottom w:val="single" w:sz="4" w:space="0" w:color="D9DCE1"/>
              <w:right w:val="single" w:sz="4" w:space="0" w:color="D9DCE1"/>
            </w:tcBorders>
            <w:shd w:val="clear" w:color="auto" w:fill="E6F3F5"/>
            <w:tcMar>
              <w:top w:w="130" w:type="dxa"/>
              <w:left w:w="100" w:type="dxa"/>
              <w:bottom w:w="130" w:type="dxa"/>
              <w:right w:w="100" w:type="dxa"/>
            </w:tcMar>
          </w:tcPr>
          <w:p w14:paraId="51CF6D35" w14:textId="77777777" w:rsidR="00D86268" w:rsidRPr="002422BE" w:rsidRDefault="00EE3E3A">
            <w:pPr>
              <w:jc w:val="center"/>
            </w:pPr>
            <w:r w:rsidRPr="002422BE">
              <w:rPr>
                <w:b/>
                <w:color w:val="D97706"/>
                <w:sz w:val="28"/>
              </w:rPr>
              <w:t>3</w:t>
            </w:r>
          </w:p>
          <w:p w14:paraId="1D9D72EE" w14:textId="77777777" w:rsidR="00D86268" w:rsidRPr="002422BE" w:rsidRDefault="00EE3E3A">
            <w:pPr>
              <w:jc w:val="center"/>
            </w:pPr>
            <w:r w:rsidRPr="002422BE">
              <w:rPr>
                <w:b/>
                <w:color w:val="340873"/>
                <w:sz w:val="19"/>
              </w:rPr>
              <w:t>Décision</w:t>
            </w:r>
          </w:p>
        </w:tc>
        <w:tc>
          <w:tcPr>
            <w:tcW w:w="2324" w:type="dxa"/>
            <w:tcBorders>
              <w:top w:val="single" w:sz="4" w:space="0" w:color="D9DCE1"/>
              <w:left w:val="single" w:sz="4" w:space="0" w:color="D9DCE1"/>
              <w:bottom w:val="single" w:sz="4" w:space="0" w:color="D9DCE1"/>
              <w:right w:val="single" w:sz="4" w:space="0" w:color="D9DCE1"/>
            </w:tcBorders>
            <w:shd w:val="clear" w:color="auto" w:fill="EEE8F4"/>
            <w:tcMar>
              <w:top w:w="130" w:type="dxa"/>
              <w:left w:w="100" w:type="dxa"/>
              <w:bottom w:w="130" w:type="dxa"/>
              <w:right w:w="100" w:type="dxa"/>
            </w:tcMar>
          </w:tcPr>
          <w:p w14:paraId="3C4EE4C9" w14:textId="77777777" w:rsidR="00D86268" w:rsidRPr="002422BE" w:rsidRDefault="00EE3E3A">
            <w:pPr>
              <w:jc w:val="center"/>
            </w:pPr>
            <w:r w:rsidRPr="002422BE">
              <w:rPr>
                <w:b/>
                <w:color w:val="D97706"/>
                <w:sz w:val="28"/>
              </w:rPr>
              <w:t>4</w:t>
            </w:r>
          </w:p>
          <w:p w14:paraId="39ABC212" w14:textId="77777777" w:rsidR="00D86268" w:rsidRPr="002422BE" w:rsidRDefault="00EE3E3A">
            <w:pPr>
              <w:jc w:val="center"/>
            </w:pPr>
            <w:r w:rsidRPr="002422BE">
              <w:rPr>
                <w:b/>
                <w:color w:val="340873"/>
                <w:sz w:val="19"/>
              </w:rPr>
              <w:t>Information</w:t>
            </w:r>
          </w:p>
        </w:tc>
      </w:tr>
    </w:tbl>
    <w:p w14:paraId="107F415B" w14:textId="77777777" w:rsidR="00D86268" w:rsidRPr="002422BE" w:rsidRDefault="00EE3E3A">
      <w:pPr>
        <w:pageBreakBefore/>
        <w:spacing w:before="160" w:after="60"/>
      </w:pPr>
      <w:r w:rsidRPr="002422BE">
        <w:rPr>
          <w:rFonts w:ascii="Aptos Display" w:hAnsi="Aptos Display"/>
          <w:b/>
          <w:color w:val="340873"/>
          <w:sz w:val="40"/>
        </w:rPr>
        <w:t>ANNEXE - FORMULAIRE DE CANDIDATURE</w:t>
      </w:r>
    </w:p>
    <w:p w14:paraId="7CFAFEB2" w14:textId="77777777" w:rsidR="00D86268" w:rsidRPr="002422BE" w:rsidRDefault="00EE3E3A">
      <w:pPr>
        <w:spacing w:after="200"/>
      </w:pPr>
      <w:r w:rsidRPr="002422BE">
        <w:rPr>
          <w:b/>
          <w:color w:val="01869B"/>
          <w:sz w:val="24"/>
        </w:rPr>
        <w:t xml:space="preserve">Financement d’un poste « Bien-être » (CDI ou CDD)</w:t>
      </w:r>
    </w:p>
    <w:tbl>
      <w:tblPr>
        <w:tblW w:w="0" w:type="auto"/>
        <w:jc w:val="center"/>
        <w:tblLayout w:type="fixed"/>
        <w:tblLook w:val="04A0" w:firstRow="1" w:lastRow="0" w:firstColumn="1" w:lastColumn="0" w:noHBand="0" w:noVBand="1"/>
      </w:tblPr>
      <w:tblGrid>
        <w:gridCol w:w="320"/>
        <w:gridCol w:w="9297"/>
      </w:tblGrid>
      <w:tr w:rsidR="00D86268" w:rsidRPr="002422BE" w14:paraId="78B5046A" w14:textId="77777777">
        <w:trPr>
          <w:jc w:val="center"/>
        </w:trPr>
        <w:tc>
          <w:tcPr>
            <w:tcW w:w="198" w:type="dxa"/>
            <w:shd w:val="clear" w:color="auto" w:fill="01869B"/>
            <w:tcMar>
              <w:top w:w="120" w:type="dxa"/>
              <w:left w:w="150" w:type="dxa"/>
              <w:bottom w:w="120" w:type="dxa"/>
              <w:right w:w="150" w:type="dxa"/>
            </w:tcMar>
            <w:vAlign w:val="center"/>
          </w:tcPr>
          <w:p w14:paraId="4409ED2C" w14:textId="77777777" w:rsidR="00D86268" w:rsidRPr="002422BE" w:rsidRDefault="00D86268"/>
        </w:tc>
        <w:tc>
          <w:tcPr>
            <w:tcW w:w="9297" w:type="dxa"/>
            <w:shd w:val="clear" w:color="auto" w:fill="E6F3F5"/>
            <w:tcMar>
              <w:top w:w="120" w:type="dxa"/>
              <w:left w:w="150" w:type="dxa"/>
              <w:bottom w:w="120" w:type="dxa"/>
              <w:right w:w="150" w:type="dxa"/>
            </w:tcMar>
            <w:vAlign w:val="center"/>
          </w:tcPr>
          <w:p w14:paraId="4BDC8A39" w14:textId="77777777" w:rsidR="00D86268" w:rsidRPr="002422BE" w:rsidRDefault="00EE3E3A">
            <w:r w:rsidRPr="002422BE">
              <w:rPr>
                <w:b/>
                <w:color w:val="01869B"/>
              </w:rPr>
              <w:t>Mode d’emploi</w:t>
            </w:r>
          </w:p>
          <w:p w14:paraId="66AF935B" w14:textId="77777777" w:rsidR="00D86268" w:rsidRPr="002422BE" w:rsidRDefault="00EE3E3A">
            <w:pPr>
              <w:spacing w:after="0"/>
            </w:pPr>
            <w:r w:rsidRPr="002422BE">
              <w:rPr>
                <w:sz w:val="20"/>
              </w:rPr>
              <w:t>Cliquez dans les champs pour saisir votre réponse. Cliquez sur les cases pour les cocher ou les décocher. Enregistrez ensuite une copie du document avant de l’envoyer au Fonds.</w:t>
            </w:r>
          </w:p>
        </w:tc>
      </w:tr>
    </w:tbl>
    <w:p w14:paraId="53774819" w14:textId="77777777" w:rsidR="00D86268" w:rsidRPr="002422BE" w:rsidRDefault="00D86268">
      <w:pPr>
        <w:spacing w:after="20"/>
      </w:pPr>
    </w:p>
    <w:tbl>
      <w:tblPr>
        <w:tblW w:w="0" w:type="auto"/>
        <w:jc w:val="center"/>
        <w:tblLayout w:type="fixed"/>
        <w:tblLook w:val="04A0" w:firstRow="1" w:lastRow="0" w:firstColumn="1" w:lastColumn="0" w:noHBand="0" w:noVBand="1"/>
      </w:tblPr>
      <w:tblGrid>
        <w:gridCol w:w="623"/>
        <w:gridCol w:w="8900"/>
      </w:tblGrid>
      <w:tr w:rsidR="00D86268" w:rsidRPr="002422BE" w14:paraId="3021059E" w14:textId="77777777">
        <w:trPr>
          <w:jc w:val="center"/>
        </w:trPr>
        <w:tc>
          <w:tcPr>
            <w:tcW w:w="623" w:type="dxa"/>
            <w:shd w:val="clear" w:color="auto" w:fill="D97706"/>
            <w:tcMar>
              <w:top w:w="105" w:type="dxa"/>
              <w:left w:w="130" w:type="dxa"/>
              <w:bottom w:w="105" w:type="dxa"/>
              <w:right w:w="130" w:type="dxa"/>
            </w:tcMar>
            <w:vAlign w:val="center"/>
          </w:tcPr>
          <w:p w14:paraId="2215CF02" w14:textId="77777777" w:rsidR="00D86268" w:rsidRPr="002422BE" w:rsidRDefault="00EE3E3A">
            <w:pPr>
              <w:jc w:val="center"/>
            </w:pPr>
            <w:r w:rsidRPr="002422BE">
              <w:rPr>
                <w:b/>
                <w:color w:val="FFFFFF"/>
                <w:sz w:val="24"/>
              </w:rPr>
              <w:t>1</w:t>
            </w:r>
          </w:p>
        </w:tc>
        <w:tc>
          <w:tcPr>
            <w:tcW w:w="8900" w:type="dxa"/>
            <w:shd w:val="clear" w:color="auto" w:fill="EEE8F4"/>
            <w:tcMar>
              <w:top w:w="105" w:type="dxa"/>
              <w:left w:w="130" w:type="dxa"/>
              <w:bottom w:w="105" w:type="dxa"/>
              <w:right w:w="130" w:type="dxa"/>
            </w:tcMar>
            <w:vAlign w:val="center"/>
          </w:tcPr>
          <w:p w14:paraId="39B35718" w14:textId="77777777" w:rsidR="00D86268" w:rsidRPr="002422BE" w:rsidRDefault="00EE3E3A">
            <w:r w:rsidRPr="002422BE">
              <w:rPr>
                <w:b/>
                <w:color w:val="340873"/>
                <w:sz w:val="23"/>
              </w:rPr>
              <w:t>Informations générales</w:t>
            </w:r>
          </w:p>
        </w:tc>
      </w:tr>
    </w:tbl>
    <w:p w14:paraId="7DE14653" w14:textId="77777777" w:rsidR="00D86268" w:rsidRPr="002422BE" w:rsidRDefault="00D86268">
      <w:pPr>
        <w:spacing w:after="20"/>
      </w:pPr>
    </w:p>
    <w:tbl>
      <w:tblPr>
        <w:tblW w:w="0" w:type="auto"/>
        <w:jc w:val="center"/>
        <w:tblLayout w:type="fixed"/>
        <w:tblLook w:val="04A0" w:firstRow="1" w:lastRow="0" w:firstColumn="1" w:lastColumn="0" w:noHBand="0" w:noVBand="1"/>
      </w:tblPr>
      <w:tblGrid>
        <w:gridCol w:w="3458"/>
        <w:gridCol w:w="6066"/>
      </w:tblGrid>
      <w:tr w:rsidR="00D86268" w:rsidRPr="002422BE" w14:paraId="5A8E9C33"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4653ECBE" w14:textId="77777777" w:rsidR="00D86268" w:rsidRPr="002422BE" w:rsidRDefault="00EE3E3A">
            <w:r w:rsidRPr="002422BE">
              <w:rPr>
                <w:b/>
                <w:color w:val="01869B"/>
                <w:sz w:val="19"/>
              </w:rPr>
              <w:lastRenderedPageBreak/>
              <w:t>Nom de l’ETA</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1CAE01FA" w14:textId="77777777" w:rsidR="00D86268" w:rsidRPr="002422BE" w:rsidRDefault="000932CE">
            <w:sdt>
              <w:sdtPr>
                <w:alias w:val="ETA_NOM"/>
                <w:tag w:val="ETA_NOM"/>
                <w:id w:val="793982758"/>
                <w:showingPlcHdr/>
                <w:text/>
              </w:sdtPr>
              <w:sdtEndPr/>
              <w:sdtContent>
                <w:r w:rsidR="00EE3E3A" w:rsidRPr="002422BE">
                  <w:rPr>
                    <w:i/>
                    <w:color w:val="6B6B70"/>
                  </w:rPr>
                  <w:t>Cliquez ici pour saisir votre réponse</w:t>
                </w:r>
              </w:sdtContent>
            </w:sdt>
          </w:p>
        </w:tc>
      </w:tr>
      <w:tr w:rsidR="00D86268" w:rsidRPr="002422BE" w14:paraId="2078A8A9"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2C0B3C33" w14:textId="77777777" w:rsidR="00D86268" w:rsidRPr="002422BE" w:rsidRDefault="00EE3E3A">
            <w:r w:rsidRPr="002422BE">
              <w:rPr>
                <w:b/>
                <w:color w:val="01869B"/>
                <w:sz w:val="19"/>
              </w:rPr>
              <w:t>Numéro de l’ETA (3 chiffres)</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46114B0A" w14:textId="77777777" w:rsidR="00D86268" w:rsidRPr="002422BE" w:rsidRDefault="000932CE">
            <w:sdt>
              <w:sdtPr>
                <w:alias w:val="ETA_NUMERO"/>
                <w:tag w:val="ETA_NUMERO"/>
                <w:id w:val="999440330"/>
                <w:showingPlcHdr/>
                <w:text/>
              </w:sdtPr>
              <w:sdtEndPr/>
              <w:sdtContent>
                <w:r w:rsidR="00EE3E3A" w:rsidRPr="002422BE">
                  <w:rPr>
                    <w:i/>
                    <w:color w:val="6B6B70"/>
                  </w:rPr>
                  <w:t>000</w:t>
                </w:r>
              </w:sdtContent>
            </w:sdt>
          </w:p>
        </w:tc>
      </w:tr>
      <w:tr w:rsidR="00D86268" w:rsidRPr="002422BE" w14:paraId="4FC569C3"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4FEB0FB2" w14:textId="77777777" w:rsidR="00D86268" w:rsidRPr="002422BE" w:rsidRDefault="00EE3E3A">
            <w:r w:rsidRPr="002422BE">
              <w:rPr>
                <w:b/>
                <w:color w:val="01869B"/>
                <w:sz w:val="19"/>
              </w:rPr>
              <w:t>Adresse</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07C5F144" w14:textId="77777777" w:rsidR="00D86268" w:rsidRPr="002422BE" w:rsidRDefault="000932CE">
            <w:sdt>
              <w:sdtPr>
                <w:alias w:val="ETA_ADRESSE"/>
                <w:tag w:val="ETA_ADRESSE"/>
                <w:id w:val="735244124"/>
                <w:showingPlcHdr/>
                <w:text/>
              </w:sdtPr>
              <w:sdtEndPr/>
              <w:sdtContent>
                <w:r w:rsidR="00EE3E3A" w:rsidRPr="002422BE">
                  <w:rPr>
                    <w:i/>
                    <w:color w:val="6B6B70"/>
                  </w:rPr>
                  <w:t>Cliquez ici pour saisir votre réponse</w:t>
                </w:r>
              </w:sdtContent>
            </w:sdt>
          </w:p>
        </w:tc>
      </w:tr>
      <w:tr w:rsidR="00D86268" w:rsidRPr="002422BE" w14:paraId="4FDB5D6D"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6377302F" w14:textId="77777777" w:rsidR="00D86268" w:rsidRPr="002422BE" w:rsidRDefault="00EE3E3A">
            <w:r w:rsidRPr="002422BE">
              <w:rPr>
                <w:b/>
                <w:color w:val="01869B"/>
                <w:sz w:val="19"/>
              </w:rPr>
              <w:t>Personne de contact</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6E806CD0" w14:textId="77777777" w:rsidR="00D86268" w:rsidRPr="002422BE" w:rsidRDefault="000932CE">
            <w:sdt>
              <w:sdtPr>
                <w:alias w:val="CONTACT_NOM"/>
                <w:tag w:val="CONTACT_NOM"/>
                <w:id w:val="294269114"/>
                <w:showingPlcHdr/>
                <w:text/>
              </w:sdtPr>
              <w:sdtEndPr/>
              <w:sdtContent>
                <w:r w:rsidR="00EE3E3A" w:rsidRPr="002422BE">
                  <w:rPr>
                    <w:i/>
                    <w:color w:val="6B6B70"/>
                  </w:rPr>
                  <w:t>Cliquez ici pour saisir votre réponse</w:t>
                </w:r>
              </w:sdtContent>
            </w:sdt>
          </w:p>
        </w:tc>
      </w:tr>
      <w:tr w:rsidR="00D86268" w:rsidRPr="002422BE" w14:paraId="2C369057"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2D9BEDCC" w14:textId="77777777" w:rsidR="00D86268" w:rsidRPr="002422BE" w:rsidRDefault="00EE3E3A">
            <w:r w:rsidRPr="002422BE">
              <w:rPr>
                <w:b/>
                <w:color w:val="01869B"/>
                <w:sz w:val="19"/>
              </w:rPr>
              <w:t>Adresse électronique</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51FE84B9" w14:textId="77777777" w:rsidR="00D86268" w:rsidRPr="002422BE" w:rsidRDefault="000932CE">
            <w:sdt>
              <w:sdtPr>
                <w:alias w:val="CONTACT_EMAIL"/>
                <w:tag w:val="CONTACT_EMAIL"/>
                <w:id w:val="337006819"/>
                <w:showingPlcHdr/>
                <w:text/>
              </w:sdtPr>
              <w:sdtEndPr/>
              <w:sdtContent>
                <w:r w:rsidR="00EE3E3A" w:rsidRPr="002422BE">
                  <w:rPr>
                    <w:i/>
                    <w:color w:val="6B6B70"/>
                  </w:rPr>
                  <w:t>nom@organisation.be</w:t>
                </w:r>
              </w:sdtContent>
            </w:sdt>
          </w:p>
        </w:tc>
      </w:tr>
      <w:tr w:rsidR="00D86268" w:rsidRPr="002422BE" w14:paraId="449A17FA"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444C18FF" w14:textId="77777777" w:rsidR="00D86268" w:rsidRPr="002422BE" w:rsidRDefault="00EE3E3A">
            <w:r w:rsidRPr="002422BE">
              <w:rPr>
                <w:b/>
                <w:color w:val="01869B"/>
                <w:sz w:val="19"/>
              </w:rPr>
              <w:t>Téléphone</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3667BBBD" w14:textId="77777777" w:rsidR="00D86268" w:rsidRPr="002422BE" w:rsidRDefault="000932CE">
            <w:sdt>
              <w:sdtPr>
                <w:alias w:val="CONTACT_TEL"/>
                <w:tag w:val="CONTACT_TEL"/>
                <w:id w:val="1617585770"/>
                <w:showingPlcHdr/>
                <w:text/>
              </w:sdtPr>
              <w:sdtEndPr/>
              <w:sdtContent>
                <w:r w:rsidR="00EE3E3A" w:rsidRPr="002422BE">
                  <w:rPr>
                    <w:i/>
                    <w:color w:val="6B6B70"/>
                  </w:rPr>
                  <w:t>+32 ...</w:t>
                </w:r>
              </w:sdtContent>
            </w:sdt>
          </w:p>
        </w:tc>
      </w:tr>
      <w:tr w:rsidR="00D86268" w:rsidRPr="002422BE" w14:paraId="22290B92"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6696B540" w14:textId="77777777" w:rsidR="00D86268" w:rsidRPr="002422BE" w:rsidRDefault="00EE3E3A">
            <w:r w:rsidRPr="002422BE">
              <w:rPr>
                <w:b/>
                <w:color w:val="01869B"/>
                <w:sz w:val="19"/>
              </w:rPr>
              <w:t xml:space="preserve">Nombre total de membres du personnel</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3EB43383" w14:textId="77777777" w:rsidR="00D86268" w:rsidRPr="002422BE" w:rsidRDefault="000932CE">
            <w:sdt>
              <w:sdtPr>
                <w:alias w:val="NB_SALARIES"/>
                <w:tag w:val="NB_SALARIES"/>
                <w:id w:val="1076391533"/>
                <w:showingPlcHdr/>
                <w:text/>
              </w:sdtPr>
              <w:sdtEndPr/>
              <w:sdtContent>
                <w:r w:rsidR="00EE3E3A" w:rsidRPr="002422BE">
                  <w:rPr>
                    <w:i/>
                    <w:color w:val="6B6B70"/>
                  </w:rPr>
                  <w:t>Cliquez ici pour saisir votre réponse</w:t>
                </w:r>
              </w:sdtContent>
            </w:sdt>
          </w:p>
        </w:tc>
      </w:tr>
      <w:tr w:rsidR="00D86268" w:rsidRPr="002422BE" w14:paraId="45E8707C"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1BADB7DC" w14:textId="77777777" w:rsidR="00D86268" w:rsidRPr="002422BE" w:rsidRDefault="00EE3E3A">
            <w:r w:rsidRPr="002422BE">
              <w:rPr>
                <w:b/>
                <w:color w:val="01869B"/>
                <w:sz w:val="19"/>
              </w:rPr>
              <w:t xml:space="preserve">Nombre de personnes en situation de handicap</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727321E6" w14:textId="77777777" w:rsidR="00D86268" w:rsidRPr="002422BE" w:rsidRDefault="000932CE">
            <w:sdt>
              <w:sdtPr>
                <w:alias w:val="NB_TRAV_HANDICAP"/>
                <w:tag w:val="NB_TRAV_HANDICAP"/>
                <w:id w:val="1030716266"/>
                <w:showingPlcHdr/>
                <w:text/>
              </w:sdtPr>
              <w:sdtEndPr/>
              <w:sdtContent>
                <w:r w:rsidR="00EE3E3A" w:rsidRPr="002422BE">
                  <w:rPr>
                    <w:i/>
                    <w:color w:val="6B6B70"/>
                  </w:rPr>
                  <w:t>Cliquez ici pour saisir votre réponse</w:t>
                </w:r>
              </w:sdtContent>
            </w:sdt>
          </w:p>
        </w:tc>
      </w:tr>
      <w:tr w:rsidR="00D86268" w:rsidRPr="002422BE" w14:paraId="43640B9D" w14:textId="77777777">
        <w:trPr>
          <w:jc w:val="center"/>
        </w:trPr>
        <w:tc>
          <w:tcPr>
            <w:tcW w:w="3458" w:type="dxa"/>
            <w:tcBorders>
              <w:top w:val="single" w:sz="4" w:space="0" w:color="D9DCE1"/>
              <w:left w:val="single" w:sz="4" w:space="0" w:color="D9DCE1"/>
              <w:bottom w:val="single" w:sz="4" w:space="0" w:color="D9DCE1"/>
              <w:right w:val="single" w:sz="4" w:space="0" w:color="D9DCE1"/>
            </w:tcBorders>
            <w:shd w:val="clear" w:color="auto" w:fill="E6F3F5"/>
            <w:tcMar>
              <w:top w:w="115" w:type="dxa"/>
              <w:left w:w="140" w:type="dxa"/>
              <w:bottom w:w="115" w:type="dxa"/>
              <w:right w:w="140" w:type="dxa"/>
            </w:tcMar>
            <w:vAlign w:val="center"/>
          </w:tcPr>
          <w:p w14:paraId="01302FAD" w14:textId="77777777" w:rsidR="00D86268" w:rsidRPr="002422BE" w:rsidRDefault="00EE3E3A">
            <w:r w:rsidRPr="002422BE">
              <w:rPr>
                <w:b/>
                <w:color w:val="01869B"/>
                <w:sz w:val="19"/>
              </w:rPr>
              <w:t>Nombre de points AVIQ</w:t>
            </w:r>
          </w:p>
        </w:tc>
        <w:tc>
          <w:tcPr>
            <w:tcW w:w="6066" w:type="dxa"/>
            <w:tcBorders>
              <w:top w:val="single" w:sz="4" w:space="0" w:color="D9DCE1"/>
              <w:left w:val="single" w:sz="4" w:space="0" w:color="D9DCE1"/>
              <w:bottom w:val="single" w:sz="4" w:space="0" w:color="D9DCE1"/>
              <w:right w:val="single" w:sz="4" w:space="0" w:color="D9DCE1"/>
            </w:tcBorders>
            <w:tcMar>
              <w:top w:w="115" w:type="dxa"/>
              <w:left w:w="140" w:type="dxa"/>
              <w:bottom w:w="115" w:type="dxa"/>
              <w:right w:w="140" w:type="dxa"/>
            </w:tcMar>
            <w:vAlign w:val="center"/>
          </w:tcPr>
          <w:p w14:paraId="30A19F2B" w14:textId="77777777" w:rsidR="00D86268" w:rsidRPr="002422BE" w:rsidRDefault="000932CE">
            <w:sdt>
              <w:sdtPr>
                <w:alias w:val="NB_POINTS_AVIQ"/>
                <w:tag w:val="NB_POINTS_AVIQ"/>
                <w:id w:val="947011940"/>
                <w:showingPlcHdr/>
                <w:text/>
              </w:sdtPr>
              <w:sdtEndPr/>
              <w:sdtContent>
                <w:r w:rsidR="00EE3E3A" w:rsidRPr="002422BE">
                  <w:rPr>
                    <w:i/>
                    <w:color w:val="6B6B70"/>
                  </w:rPr>
                  <w:t>Cliquez ici pour saisir votre réponse</w:t>
                </w:r>
              </w:sdtContent>
            </w:sdt>
          </w:p>
        </w:tc>
      </w:tr>
    </w:tbl>
    <w:p w14:paraId="701E66F4" w14:textId="77777777" w:rsidR="00D86268" w:rsidRPr="002422BE" w:rsidRDefault="00D86268">
      <w:pPr>
        <w:spacing w:after="40"/>
      </w:pPr>
    </w:p>
    <w:tbl>
      <w:tblPr>
        <w:tblW w:w="0" w:type="auto"/>
        <w:jc w:val="center"/>
        <w:tblLayout w:type="fixed"/>
        <w:tblLook w:val="04A0" w:firstRow="1" w:lastRow="0" w:firstColumn="1" w:lastColumn="0" w:noHBand="0" w:noVBand="1"/>
      </w:tblPr>
      <w:tblGrid>
        <w:gridCol w:w="623"/>
        <w:gridCol w:w="8900"/>
      </w:tblGrid>
      <w:tr w:rsidR="00D86268" w:rsidRPr="002422BE" w14:paraId="331CD233" w14:textId="77777777">
        <w:trPr>
          <w:jc w:val="center"/>
        </w:trPr>
        <w:tc>
          <w:tcPr>
            <w:tcW w:w="623" w:type="dxa"/>
            <w:shd w:val="clear" w:color="auto" w:fill="D97706"/>
            <w:tcMar>
              <w:top w:w="105" w:type="dxa"/>
              <w:left w:w="130" w:type="dxa"/>
              <w:bottom w:w="105" w:type="dxa"/>
              <w:right w:w="130" w:type="dxa"/>
            </w:tcMar>
            <w:vAlign w:val="center"/>
          </w:tcPr>
          <w:p w14:paraId="7AF22F2A" w14:textId="77777777" w:rsidR="00D86268" w:rsidRPr="002422BE" w:rsidRDefault="00EE3E3A">
            <w:pPr>
              <w:jc w:val="center"/>
            </w:pPr>
            <w:r w:rsidRPr="002422BE">
              <w:rPr>
                <w:b/>
                <w:color w:val="FFFFFF"/>
                <w:sz w:val="24"/>
              </w:rPr>
              <w:t xml:space="preserve">2</w:t>
            </w:r>
          </w:p>
        </w:tc>
        <w:tc>
          <w:tcPr>
            <w:tcW w:w="8900" w:type="dxa"/>
            <w:shd w:val="clear" w:color="auto" w:fill="EEE8F4"/>
            <w:tcMar>
              <w:top w:w="105" w:type="dxa"/>
              <w:left w:w="130" w:type="dxa"/>
              <w:bottom w:w="105" w:type="dxa"/>
              <w:right w:w="130" w:type="dxa"/>
            </w:tcMar>
            <w:vAlign w:val="center"/>
          </w:tcPr>
          <w:p w14:paraId="380857CB" w14:textId="77777777" w:rsidR="00D86268" w:rsidRPr="002422BE" w:rsidRDefault="00EE3E3A">
            <w:r w:rsidRPr="002422BE">
              <w:rPr>
                <w:b/>
                <w:color w:val="340873"/>
                <w:sz w:val="23"/>
              </w:rPr>
              <w:t>Intérêt pour l’engagement d’un poste bien-être</w:t>
            </w:r>
          </w:p>
        </w:tc>
      </w:tr>
    </w:tbl>
    <w:p w14:paraId="73B8C4FE" w14:textId="77777777" w:rsidR="00D86268" w:rsidRPr="002422BE" w:rsidRDefault="00D86268">
      <w:pPr>
        <w:spacing w:after="20"/>
      </w:pPr>
    </w:p>
    <w:p w14:paraId="1FD8E660" w14:textId="77777777" w:rsidR="00E86DE0" w:rsidRPr="002422BE" w:rsidRDefault="000932CE">
      <w:pPr>
        <w:spacing w:before="100" w:after="60"/>
      </w:pPr>
      <w:r w:rsidRPr="002422BE">
        <w:rPr>
          <w:b/>
          <w:sz w:val="20"/>
        </w:rPr>
        <w:t xml:space="preserve">Quel poste demandez-vous ?</w:t>
      </w:r>
    </w:p>
    <w:p w14:paraId="5F0AC2FF" w14:textId="77777777" w:rsidR="00E86DE0" w:rsidRPr="002422BE" w:rsidRDefault="000932CE">
      <w:pPr>
        <w:spacing w:after="40"/>
        <w:ind w:left="142"/>
      </w:pPr>
      <w:sdt>
        <w:sdtPr>
          <w:alias w:val="TYPE_POSTE_CDI"/>
          <w:tag w:val="TYPE_POSTE_CDI"/>
          <w:id w:val="1374876516"/>
          <w14:checkbox>
            <w14:checked w14:val="0"/>
            <w14:checkedState w14:val="2612" w14:font="MS Gothic"/>
            <w14:uncheckedState w14:val="2610" w14:font="MS Gothic"/>
          </w14:checkbox>
        </w:sdtPr>
        <w:sdtEndPr/>
        <w:sdtContent>
          <w:r w:rsidRPr="002422BE">
            <w:rPr>
              <w:rFonts w:ascii="MS Gothic" w:eastAsia="MS Gothic" w:hAnsi="MS Gothic" w:hint="eastAsia"/>
            </w:rPr>
            <w:t>☐</w:t>
          </w:r>
        </w:sdtContent>
      </w:sdt>
      <w:r w:rsidRPr="002422BE">
        <w:rPr>
          <w:sz w:val="20"/>
        </w:rPr>
        <w:t xml:space="preserve">  Un poste structurel à mi-temps (CDI)</w:t>
      </w:r>
    </w:p>
    <w:p w14:paraId="3AE798FA" w14:textId="77777777" w:rsidR="00E86DE0" w:rsidRPr="002422BE" w:rsidRDefault="000932CE">
      <w:pPr>
        <w:spacing w:after="40"/>
        <w:ind w:left="142"/>
      </w:pPr>
      <w:sdt>
        <w:sdtPr>
          <w:alias w:val="TYPE_POSTE_CDD"/>
          <w:tag w:val="TYPE_POSTE_CDD"/>
          <w:id w:val="1147083336"/>
          <w14:checkbox>
            <w14:checked w14:val="0"/>
            <w14:checkedState w14:val="2612" w14:font="MS Gothic"/>
            <w14:uncheckedState w14:val="2610" w14:font="MS Gothic"/>
          </w14:checkbox>
        </w:sdtPr>
        <w:sdtEndPr/>
        <w:sdtContent>
          <w:r w:rsidRPr="002422BE">
            <w:rPr>
              <w:rFonts w:ascii="MS Gothic" w:eastAsia="MS Gothic" w:hAnsi="MS Gothic" w:hint="eastAsia"/>
            </w:rPr>
            <w:t>☐</w:t>
          </w:r>
        </w:sdtContent>
      </w:sdt>
      <w:r w:rsidRPr="002422BE">
        <w:rPr>
          <w:sz w:val="20"/>
        </w:rPr>
        <w:t xml:space="preserve">  Un poste complémentaire (CDD)</w:t>
      </w:r>
    </w:p>
    <w:p w14:paraId="007EE9B8" w14:textId="77777777" w:rsidR="00D86268" w:rsidRPr="002422BE" w:rsidRDefault="00D86268">
      <w:pPr>
        <w:spacing w:after="20"/>
      </w:pPr>
    </w:p>
    <w:p w14:paraId="126A35A5" w14:textId="77777777" w:rsidR="00D86268" w:rsidRPr="002422BE" w:rsidRDefault="00EE3E3A">
      <w:pPr>
        <w:spacing w:before="100" w:after="60"/>
      </w:pPr>
      <w:r w:rsidRPr="002422BE">
        <w:rPr>
          <w:b/>
          <w:sz w:val="20"/>
        </w:rPr>
        <w:t>Quel profil souhaitez-vous engager ?</w:t>
      </w:r>
    </w:p>
    <w:p w14:paraId="0F98A7AD" w14:textId="77777777" w:rsidR="00D86268" w:rsidRPr="002422BE" w:rsidRDefault="00EE3E3A">
      <w:pPr>
        <w:spacing w:after="60"/>
      </w:pPr>
      <w:r w:rsidRPr="002422BE">
        <w:rPr>
          <w:i/>
          <w:color w:val="6B6B70"/>
          <w:sz w:val="18"/>
        </w:rPr>
        <w:t xml:space="preserve">Exemples : ergonome, ergothérapeute, assistant social ou assistante sociale, psychologue ou autre profil pertinent.</w:t>
      </w:r>
    </w:p>
    <w:tbl>
      <w:tblPr>
        <w:tblW w:w="0" w:type="auto"/>
        <w:jc w:val="center"/>
        <w:tblLayout w:type="fixed"/>
        <w:tblLook w:val="04A0" w:firstRow="1" w:lastRow="0" w:firstColumn="1" w:lastColumn="0" w:noHBand="0" w:noVBand="1"/>
      </w:tblPr>
      <w:tblGrid>
        <w:gridCol w:w="9524"/>
      </w:tblGrid>
      <w:tr w:rsidR="00D86268" w:rsidRPr="002422BE" w14:paraId="09C90985" w14:textId="77777777">
        <w:trPr>
          <w:jc w:val="center"/>
        </w:trPr>
        <w:tc>
          <w:tcPr>
            <w:tcW w:w="9524" w:type="dxa"/>
            <w:tcBorders>
              <w:top w:val="single" w:sz="6" w:space="0" w:color="D9DCE1"/>
              <w:left w:val="single" w:sz="6" w:space="0" w:color="D9DCE1"/>
              <w:bottom w:val="single" w:sz="6" w:space="0" w:color="D9DCE1"/>
              <w:right w:val="single" w:sz="6" w:space="0" w:color="D9DCE1"/>
            </w:tcBorders>
            <w:shd w:val="clear" w:color="auto" w:fill="FFFFFF"/>
            <w:tcMar>
              <w:top w:w="140" w:type="dxa"/>
              <w:left w:w="150" w:type="dxa"/>
              <w:bottom w:w="140" w:type="dxa"/>
              <w:right w:w="150" w:type="dxa"/>
            </w:tcMar>
          </w:tcPr>
          <w:p w14:paraId="6E655C2E" w14:textId="77777777" w:rsidR="00D86268" w:rsidRPr="002422BE" w:rsidRDefault="000932CE">
            <w:sdt>
              <w:sdtPr>
                <w:alias w:val="PROFIL_SOUHAITE"/>
                <w:tag w:val="PROFIL_SOUHAITE"/>
                <w:id w:val="1168700880"/>
                <w:showingPlcHdr/>
                <w:text w:multiLine="1"/>
              </w:sdtPr>
              <w:sdtEndPr/>
              <w:sdtContent>
                <w:r w:rsidR="00EE3E3A" w:rsidRPr="002422BE">
                  <w:rPr>
                    <w:i/>
                    <w:color w:val="6B6B70"/>
                  </w:rPr>
                  <w:t>Cliquez ici pour développer votre réponse</w:t>
                </w:r>
              </w:sdtContent>
            </w:sdt>
          </w:p>
          <w:p w14:paraId="418E43BA" w14:textId="77777777" w:rsidR="00D86268" w:rsidRPr="002422BE" w:rsidRDefault="00EE3E3A">
            <w:r w:rsidRPr="002422BE">
              <w:t xml:space="preserve"> </w:t>
            </w:r>
          </w:p>
        </w:tc>
      </w:tr>
    </w:tbl>
    <w:p w14:paraId="007EE9B8" w14:textId="77777777" w:rsidR="00D86268" w:rsidRPr="002422BE" w:rsidRDefault="00D86268">
      <w:pPr>
        <w:spacing w:after="20"/>
      </w:pPr>
    </w:p>
    <w:p w14:paraId="1FD8E660" w14:textId="77777777" w:rsidR="00E86DE0" w:rsidRPr="002422BE" w:rsidRDefault="000932CE">
      <w:pPr>
        <w:spacing w:before="100" w:after="60"/>
      </w:pPr>
      <w:r w:rsidRPr="002422BE">
        <w:rPr>
          <w:b/>
          <w:sz w:val="20"/>
        </w:rPr>
        <w:t xml:space="preserve">Si vous demandez un CDD, quel poste souhaitez-vous ?</w:t>
      </w:r>
    </w:p>
    <w:p w14:paraId="5F0AC2FF" w14:textId="77777777" w:rsidR="00E86DE0" w:rsidRPr="002422BE" w:rsidRDefault="000932CE">
      <w:pPr>
        <w:spacing w:after="40"/>
        <w:ind w:left="142"/>
      </w:pPr>
      <w:sdt>
        <w:sdtPr>
          <w:alias w:val="POSTE_SOUHAITE_CDI"/>
          <w:tag w:val="POSTE_SOUHAITE_CDI"/>
          <w:id w:val="293100915"/>
          <w14:checkbox>
            <w14:checked w14:val="0"/>
            <w14:checkedState w14:val="2612" w14:font="MS Gothic"/>
            <w14:uncheckedState w14:val="2610" w14:font="MS Gothic"/>
          </w14:checkbox>
        </w:sdtPr>
        <w:sdtEndPr/>
        <w:sdtContent>
          <w:r w:rsidRPr="002422BE">
            <w:rPr>
              <w:rFonts w:ascii="MS Gothic" w:eastAsia="MS Gothic" w:hAnsi="MS Gothic" w:hint="eastAsia"/>
            </w:rPr>
            <w:t>☐</w:t>
          </w:r>
        </w:sdtContent>
      </w:sdt>
      <w:r w:rsidRPr="002422BE">
        <w:rPr>
          <w:sz w:val="20"/>
        </w:rPr>
        <w:t xml:space="preserve">  Compléter le poste en CDI</w:t>
      </w:r>
    </w:p>
    <w:p w14:paraId="3AE798FA" w14:textId="77777777" w:rsidR="00E86DE0" w:rsidRPr="002422BE" w:rsidRDefault="000932CE">
      <w:pPr>
        <w:spacing w:after="40"/>
        <w:ind w:left="142"/>
      </w:pPr>
      <w:sdt>
        <w:sdtPr>
          <w:alias w:val="POSTE_SOUHAITE_MITEMPS"/>
          <w:tag w:val="POSTE_SOUHAITE_MITEMPS"/>
          <w:id w:val="783084083"/>
          <w14:checkbox>
            <w14:checked w14:val="0"/>
            <w14:checkedState w14:val="2612" w14:font="MS Gothic"/>
            <w14:uncheckedState w14:val="2610" w14:font="MS Gothic"/>
          </w14:checkbox>
        </w:sdtPr>
        <w:sdtEndPr/>
        <w:sdtContent>
          <w:r w:rsidRPr="002422BE">
            <w:rPr>
              <w:rFonts w:ascii="MS Gothic" w:eastAsia="MS Gothic" w:hAnsi="MS Gothic" w:hint="eastAsia"/>
            </w:rPr>
            <w:t>☐</w:t>
          </w:r>
        </w:sdtContent>
      </w:sdt>
      <w:r w:rsidRPr="002422BE">
        <w:rPr>
          <w:sz w:val="20"/>
        </w:rPr>
        <w:t xml:space="preserve">  Un autre mi-temps</w:t>
      </w:r>
    </w:p>
    <w:p w14:paraId="61E47301" w14:textId="77777777" w:rsidR="00E86DE0" w:rsidRPr="002422BE" w:rsidRDefault="00E86DE0">
      <w:pPr>
        <w:spacing w:after="20"/>
      </w:pPr>
    </w:p>
    <w:p w14:paraId="141CD272" w14:textId="77777777" w:rsidR="00E86DE0" w:rsidRPr="002422BE" w:rsidRDefault="000932CE">
      <w:pPr>
        <w:spacing w:before="100" w:after="60"/>
      </w:pPr>
      <w:r w:rsidRPr="002422BE">
        <w:rPr>
          <w:b/>
          <w:sz w:val="20"/>
        </w:rPr>
        <w:lastRenderedPageBreak/>
        <w:t xml:space="preserve">Si vous demandez un CDD, pour combien de mois ?</w:t>
      </w:r>
    </w:p>
    <w:tbl>
      <w:tblPr>
        <w:tblW w:w="0" w:type="auto"/>
        <w:jc w:val="center"/>
        <w:tblLayout w:type="fixed"/>
        <w:tblLook w:val="04A0" w:firstRow="1" w:lastRow="0" w:firstColumn="1" w:lastColumn="0" w:noHBand="0" w:noVBand="1"/>
      </w:tblPr>
      <w:tblGrid>
        <w:gridCol w:w="9524"/>
      </w:tblGrid>
      <w:tr w:rsidR="00E86DE0" w:rsidRPr="002422BE" w14:paraId="208C644E" w14:textId="77777777">
        <w:trPr>
          <w:jc w:val="center"/>
        </w:trPr>
        <w:tc>
          <w:tcPr>
            <w:tcW w:w="9524" w:type="dxa"/>
            <w:tcBorders>
              <w:top w:val="single" w:sz="6" w:space="0" w:color="D9DCE1"/>
              <w:left w:val="single" w:sz="6" w:space="0" w:color="D9DCE1"/>
              <w:bottom w:val="single" w:sz="6" w:space="0" w:color="D9DCE1"/>
              <w:right w:val="single" w:sz="6" w:space="0" w:color="D9DCE1"/>
            </w:tcBorders>
            <w:shd w:val="clear" w:color="auto" w:fill="FFFFFF"/>
            <w:tcMar>
              <w:top w:w="140" w:type="dxa"/>
              <w:left w:w="150" w:type="dxa"/>
              <w:bottom w:w="140" w:type="dxa"/>
              <w:right w:w="150" w:type="dxa"/>
            </w:tcMar>
          </w:tcPr>
          <w:p w14:paraId="30C2142A" w14:textId="77777777" w:rsidR="00E86DE0" w:rsidRPr="002422BE" w:rsidRDefault="000932CE">
            <w:sdt>
              <w:sdtPr>
                <w:alias w:val="DUREE_SOUHAITEE_CDD"/>
                <w:tag w:val="DUREE_SOUHAITEE_CDD"/>
                <w:id w:val="265373283"/>
                <w:showingPlcHdr/>
                <w:text/>
              </w:sdtPr>
              <w:sdtEndPr/>
              <w:sdtContent>
                <w:r w:rsidRPr="002422BE">
                  <w:rPr>
                    <w:i/>
                    <w:color w:val="6B6B70"/>
                  </w:rPr>
                  <w:t>Cliquez ici pour saisir votre réponse</w:t>
                </w:r>
              </w:sdtContent>
            </w:sdt>
          </w:p>
        </w:tc>
      </w:tr>
    </w:tbl>
    <w:p w14:paraId="44F0BE08" w14:textId="77777777" w:rsidR="00E86DE0" w:rsidRPr="002422BE" w:rsidRDefault="00E86DE0">
      <w:pPr>
        <w:spacing w:after="20"/>
      </w:pPr>
    </w:p>
    <w:p w14:paraId="62B70D80" w14:textId="77777777" w:rsidR="00E86DE0" w:rsidRPr="002422BE" w:rsidRDefault="000932CE">
      <w:pPr>
        <w:spacing w:before="100" w:after="60"/>
      </w:pPr>
      <w:r w:rsidRPr="002422BE">
        <w:rPr>
          <w:b/>
          <w:sz w:val="20"/>
        </w:rPr>
        <w:t>Date souhaitée d'entrée en fonction</w:t>
      </w:r>
    </w:p>
    <w:tbl>
      <w:tblPr>
        <w:tblW w:w="0" w:type="auto"/>
        <w:jc w:val="center"/>
        <w:tblLayout w:type="fixed"/>
        <w:tblLook w:val="04A0" w:firstRow="1" w:lastRow="0" w:firstColumn="1" w:lastColumn="0" w:noHBand="0" w:noVBand="1"/>
      </w:tblPr>
      <w:tblGrid>
        <w:gridCol w:w="9524"/>
      </w:tblGrid>
      <w:tr w:rsidR="00E86DE0" w:rsidRPr="002422BE" w14:paraId="10A9537F" w14:textId="77777777">
        <w:trPr>
          <w:jc w:val="center"/>
        </w:trPr>
        <w:tc>
          <w:tcPr>
            <w:tcW w:w="9524" w:type="dxa"/>
            <w:tcBorders>
              <w:top w:val="single" w:sz="6" w:space="0" w:color="D9DCE1"/>
              <w:left w:val="single" w:sz="6" w:space="0" w:color="D9DCE1"/>
              <w:bottom w:val="single" w:sz="6" w:space="0" w:color="D9DCE1"/>
              <w:right w:val="single" w:sz="6" w:space="0" w:color="D9DCE1"/>
            </w:tcBorders>
            <w:shd w:val="clear" w:color="auto" w:fill="FFFFFF"/>
            <w:tcMar>
              <w:top w:w="140" w:type="dxa"/>
              <w:left w:w="150" w:type="dxa"/>
              <w:bottom w:w="140" w:type="dxa"/>
              <w:right w:w="150" w:type="dxa"/>
            </w:tcMar>
          </w:tcPr>
          <w:p w14:paraId="238DC41D" w14:textId="77777777" w:rsidR="00E86DE0" w:rsidRPr="002422BE" w:rsidRDefault="000932CE">
            <w:sdt>
              <w:sdtPr>
                <w:alias w:val="DATE_SOUHAITEE_ENTREE"/>
                <w:tag w:val="DATE_SOUHAITEE_ENTREE"/>
                <w:id w:val="229531664"/>
                <w:showingPlcHdr/>
                <w:text/>
              </w:sdtPr>
              <w:sdtEndPr/>
              <w:sdtContent>
                <w:r w:rsidRPr="002422BE">
                  <w:rPr>
                    <w:i/>
                    <w:color w:val="6B6B70"/>
                  </w:rPr>
                  <w:t>Cliquez ici pour saisir votre réponse</w:t>
                </w:r>
              </w:sdtContent>
            </w:sdt>
          </w:p>
        </w:tc>
      </w:tr>
    </w:tbl>
    <w:p w14:paraId="4AF4E323" w14:textId="77777777" w:rsidR="00E86DE0" w:rsidRPr="002422BE" w:rsidRDefault="00E86DE0">
      <w:pPr>
        <w:spacing w:after="20"/>
      </w:pPr>
    </w:p>
    <w:p w14:paraId="2FBA91CE" w14:textId="77777777" w:rsidR="00D86268" w:rsidRPr="002422BE" w:rsidRDefault="00EE3E3A">
      <w:pPr>
        <w:spacing w:before="100" w:after="60"/>
      </w:pPr>
      <w:r w:rsidRPr="002422BE">
        <w:rPr>
          <w:b/>
          <w:sz w:val="20"/>
        </w:rPr>
        <w:t>Pourquoi souhaitez-vous engager ce profil ?</w:t>
      </w:r>
    </w:p>
    <w:tbl>
      <w:tblPr>
        <w:tblW w:w="0" w:type="auto"/>
        <w:jc w:val="center"/>
        <w:tblLayout w:type="fixed"/>
        <w:tblLook w:val="04A0" w:firstRow="1" w:lastRow="0" w:firstColumn="1" w:lastColumn="0" w:noHBand="0" w:noVBand="1"/>
      </w:tblPr>
      <w:tblGrid>
        <w:gridCol w:w="9524"/>
      </w:tblGrid>
      <w:tr w:rsidR="00D86268" w:rsidRPr="002422BE" w14:paraId="2AFEFAA9" w14:textId="77777777">
        <w:trPr>
          <w:jc w:val="center"/>
        </w:trPr>
        <w:tc>
          <w:tcPr>
            <w:tcW w:w="9524" w:type="dxa"/>
            <w:tcBorders>
              <w:top w:val="single" w:sz="6" w:space="0" w:color="D9DCE1"/>
              <w:left w:val="single" w:sz="6" w:space="0" w:color="D9DCE1"/>
              <w:bottom w:val="single" w:sz="6" w:space="0" w:color="D9DCE1"/>
              <w:right w:val="single" w:sz="6" w:space="0" w:color="D9DCE1"/>
            </w:tcBorders>
            <w:shd w:val="clear" w:color="auto" w:fill="FFFFFF"/>
            <w:tcMar>
              <w:top w:w="140" w:type="dxa"/>
              <w:left w:w="150" w:type="dxa"/>
              <w:bottom w:w="140" w:type="dxa"/>
              <w:right w:w="150" w:type="dxa"/>
            </w:tcMar>
          </w:tcPr>
          <w:p w14:paraId="23784861" w14:textId="77777777" w:rsidR="00D86268" w:rsidRPr="002422BE" w:rsidRDefault="000932CE">
            <w:sdt>
              <w:sdtPr>
                <w:alias w:val="MOTIVATION_PROFIL"/>
                <w:tag w:val="MOTIVATION_PROFIL"/>
                <w:id w:val="1199115750"/>
                <w:showingPlcHdr/>
                <w:text w:multiLine="1"/>
              </w:sdtPr>
              <w:sdtEndPr/>
              <w:sdtContent>
                <w:r w:rsidR="00EE3E3A" w:rsidRPr="002422BE">
                  <w:rPr>
                    <w:i/>
                    <w:color w:val="6B6B70"/>
                  </w:rPr>
                  <w:t>Cliquez ici pour développer votre réponse</w:t>
                </w:r>
              </w:sdtContent>
            </w:sdt>
          </w:p>
          <w:p w14:paraId="587D8216" w14:textId="77777777" w:rsidR="00D86268" w:rsidRPr="002422BE" w:rsidRDefault="00EE3E3A">
            <w:r w:rsidRPr="002422BE">
              <w:t xml:space="preserve"> </w:t>
            </w:r>
          </w:p>
          <w:p w14:paraId="61F45F74" w14:textId="77777777" w:rsidR="00D86268" w:rsidRPr="002422BE" w:rsidRDefault="00EE3E3A">
            <w:r w:rsidRPr="002422BE">
              <w:t xml:space="preserve"> </w:t>
            </w:r>
          </w:p>
          <w:p w14:paraId="76FEE0B2" w14:textId="77777777" w:rsidR="00D86268" w:rsidRPr="002422BE" w:rsidRDefault="00EE3E3A">
            <w:r w:rsidRPr="002422BE">
              <w:t xml:space="preserve"> </w:t>
            </w:r>
          </w:p>
        </w:tc>
      </w:tr>
    </w:tbl>
    <w:p w14:paraId="12E2F1C0" w14:textId="77777777" w:rsidR="00D86268" w:rsidRPr="002422BE" w:rsidRDefault="00D86268">
      <w:pPr>
        <w:spacing w:after="20"/>
      </w:pPr>
    </w:p>
    <w:p w14:paraId="276109C0" w14:textId="77777777" w:rsidR="00D86268" w:rsidRPr="002422BE" w:rsidRDefault="00EE3E3A">
      <w:pPr>
        <w:spacing w:before="100" w:after="60"/>
      </w:pPr>
      <w:r w:rsidRPr="002422BE">
        <w:rPr>
          <w:b/>
          <w:sz w:val="20"/>
        </w:rPr>
        <w:t>Décrivez la mission envisagée et les objectifs poursuivis avec cet engagement.</w:t>
      </w:r>
    </w:p>
    <w:p w14:paraId="50BFCAAA" w14:textId="77777777" w:rsidR="00D86268" w:rsidRPr="002422BE" w:rsidRDefault="00EE3E3A">
      <w:pPr>
        <w:spacing w:after="60"/>
      </w:pPr>
      <w:r w:rsidRPr="002422BE">
        <w:rPr>
          <w:i/>
          <w:color w:val="6B6B70"/>
          <w:sz w:val="18"/>
        </w:rPr>
        <w:t>Précisez les besoins identifiés, les bénéficiaires, les résultats attendus et la manière dont le poste contribuera au bien-être collectif.</w:t>
      </w:r>
    </w:p>
    <w:tbl>
      <w:tblPr>
        <w:tblW w:w="0" w:type="auto"/>
        <w:jc w:val="center"/>
        <w:tblLayout w:type="fixed"/>
        <w:tblLook w:val="04A0" w:firstRow="1" w:lastRow="0" w:firstColumn="1" w:lastColumn="0" w:noHBand="0" w:noVBand="1"/>
      </w:tblPr>
      <w:tblGrid>
        <w:gridCol w:w="9524"/>
      </w:tblGrid>
      <w:tr w:rsidR="00D86268" w:rsidRPr="002422BE" w14:paraId="3888CF66" w14:textId="77777777">
        <w:trPr>
          <w:jc w:val="center"/>
        </w:trPr>
        <w:tc>
          <w:tcPr>
            <w:tcW w:w="9524" w:type="dxa"/>
            <w:tcBorders>
              <w:top w:val="single" w:sz="6" w:space="0" w:color="D9DCE1"/>
              <w:left w:val="single" w:sz="6" w:space="0" w:color="D9DCE1"/>
              <w:bottom w:val="single" w:sz="6" w:space="0" w:color="D9DCE1"/>
              <w:right w:val="single" w:sz="6" w:space="0" w:color="D9DCE1"/>
            </w:tcBorders>
            <w:shd w:val="clear" w:color="auto" w:fill="FFFFFF"/>
            <w:tcMar>
              <w:top w:w="140" w:type="dxa"/>
              <w:left w:w="150" w:type="dxa"/>
              <w:bottom w:w="140" w:type="dxa"/>
              <w:right w:w="150" w:type="dxa"/>
            </w:tcMar>
          </w:tcPr>
          <w:p w14:paraId="68CEB346" w14:textId="77777777" w:rsidR="00D86268" w:rsidRPr="002422BE" w:rsidRDefault="000932CE">
            <w:sdt>
              <w:sdtPr>
                <w:alias w:val="MISSION_OBJECTIFS"/>
                <w:tag w:val="MISSION_OBJECTIFS"/>
                <w:id w:val="1609044430"/>
                <w:showingPlcHdr/>
                <w:text w:multiLine="1"/>
              </w:sdtPr>
              <w:sdtEndPr/>
              <w:sdtContent>
                <w:r w:rsidR="00EE3E3A" w:rsidRPr="002422BE">
                  <w:rPr>
                    <w:i/>
                    <w:color w:val="6B6B70"/>
                  </w:rPr>
                  <w:t>Cliquez ici pour développer votre réponse</w:t>
                </w:r>
              </w:sdtContent>
            </w:sdt>
          </w:p>
          <w:p w14:paraId="5CC06443" w14:textId="77777777" w:rsidR="00D86268" w:rsidRPr="002422BE" w:rsidRDefault="00EE3E3A">
            <w:r w:rsidRPr="002422BE">
              <w:t xml:space="preserve"> </w:t>
            </w:r>
          </w:p>
          <w:p w14:paraId="5BD34464" w14:textId="77777777" w:rsidR="00D86268" w:rsidRPr="002422BE" w:rsidRDefault="00EE3E3A">
            <w:r w:rsidRPr="002422BE">
              <w:t xml:space="preserve"> </w:t>
            </w:r>
          </w:p>
          <w:p w14:paraId="52F3994D" w14:textId="77777777" w:rsidR="00D86268" w:rsidRPr="002422BE" w:rsidRDefault="00EE3E3A">
            <w:r w:rsidRPr="002422BE">
              <w:t xml:space="preserve"> </w:t>
            </w:r>
          </w:p>
          <w:p w14:paraId="664D0B2B" w14:textId="77777777" w:rsidR="00D86268" w:rsidRPr="002422BE" w:rsidRDefault="00EE3E3A">
            <w:r w:rsidRPr="002422BE">
              <w:t xml:space="preserve"> </w:t>
            </w:r>
          </w:p>
          <w:p w14:paraId="34B2558D" w14:textId="77777777" w:rsidR="00D86268" w:rsidRPr="002422BE" w:rsidRDefault="00EE3E3A">
            <w:r w:rsidRPr="002422BE">
              <w:t xml:space="preserve"> </w:t>
            </w:r>
          </w:p>
        </w:tc>
      </w:tr>
    </w:tbl>
    <w:p w14:paraId="73895956" w14:textId="77777777" w:rsidR="00D86268" w:rsidRPr="002422BE" w:rsidRDefault="00D86268">
      <w:pPr>
        <w:spacing w:after="20"/>
      </w:pPr>
    </w:p>
    <w:p w14:paraId="77353DE9" w14:textId="77777777" w:rsidR="00D86268" w:rsidRPr="002422BE" w:rsidRDefault="00EE3E3A">
      <w:pPr>
        <w:spacing w:after="40"/>
      </w:pPr>
      <w:r w:rsidRPr="002422BE">
        <w:rPr>
          <w:b/>
          <w:sz w:val="20"/>
        </w:rPr>
        <w:t>La personne envisagée pour ce poste est-elle déjà employée dans l’entreprise ?</w:t>
      </w:r>
    </w:p>
    <w:p w14:paraId="509515A5" w14:textId="77777777" w:rsidR="00D86268" w:rsidRPr="002422BE" w:rsidRDefault="000932CE">
      <w:pPr>
        <w:spacing w:after="40"/>
        <w:ind w:left="142"/>
      </w:pPr>
      <w:sdt>
        <w:sdtPr>
          <w:alias w:val="PERSONNE_DEJA_EMPLOYEE_OUI"/>
          <w:tag w:val="PERSONNE_DEJA_EMPLOYEE_OUI"/>
          <w:id w:val="299939538"/>
          <w14:checkbox>
            <w14:checked w14:val="0"/>
            <w14:checkedState w14:val="2612" w14:font="MS Gothic"/>
            <w14:uncheckedState w14:val="2610" w14:font="MS Gothic"/>
          </w14:checkbox>
        </w:sdtPr>
        <w:sdtEndPr/>
        <w:sdtContent>
          <w:r w:rsidR="00EE3E3A" w:rsidRPr="002422BE">
            <w:t>☐</w:t>
          </w:r>
        </w:sdtContent>
      </w:sdt>
      <w:r w:rsidR="00EE3E3A" w:rsidRPr="002422BE">
        <w:rPr>
          <w:sz w:val="20"/>
        </w:rPr>
        <w:t xml:space="preserve">  Oui</w:t>
      </w:r>
    </w:p>
    <w:p w14:paraId="026C3A7B" w14:textId="77777777" w:rsidR="00D86268" w:rsidRPr="002422BE" w:rsidRDefault="000932CE">
      <w:pPr>
        <w:spacing w:after="40"/>
        <w:ind w:left="142"/>
      </w:pPr>
      <w:sdt>
        <w:sdtPr>
          <w:alias w:val="PERSONNE_DEJA_EMPLOYEE_NON"/>
          <w:tag w:val="PERSONNE_DEJA_EMPLOYEE_NON"/>
          <w:id w:val="1199523662"/>
          <w14:checkbox>
            <w14:checked w14:val="0"/>
            <w14:checkedState w14:val="2612" w14:font="MS Gothic"/>
            <w14:uncheckedState w14:val="2610" w14:font="MS Gothic"/>
          </w14:checkbox>
        </w:sdtPr>
        <w:sdtEndPr/>
        <w:sdtContent>
          <w:r w:rsidR="00EE3E3A" w:rsidRPr="002422BE">
            <w:t>☐</w:t>
          </w:r>
        </w:sdtContent>
      </w:sdt>
      <w:r w:rsidR="00EE3E3A" w:rsidRPr="002422BE">
        <w:rPr>
          <w:sz w:val="20"/>
        </w:rPr>
        <w:t xml:space="preserve">  Non</w:t>
      </w:r>
    </w:p>
    <w:p w14:paraId="0D0C2481" w14:textId="77777777" w:rsidR="00D86268" w:rsidRPr="002422BE" w:rsidRDefault="00EE3E3A">
      <w:pPr>
        <w:spacing w:before="100" w:after="60"/>
      </w:pPr>
      <w:r w:rsidRPr="002422BE">
        <w:rPr>
          <w:b/>
          <w:sz w:val="20"/>
        </w:rPr>
        <w:t>Si oui, indiquez sa fonction actuelle et la fonction future envisagée :</w:t>
      </w:r>
    </w:p>
    <w:tbl>
      <w:tblPr>
        <w:tblW w:w="0" w:type="auto"/>
        <w:jc w:val="center"/>
        <w:tblLayout w:type="fixed"/>
        <w:tblLook w:val="04A0" w:firstRow="1" w:lastRow="0" w:firstColumn="1" w:lastColumn="0" w:noHBand="0" w:noVBand="1"/>
      </w:tblPr>
      <w:tblGrid>
        <w:gridCol w:w="9524"/>
      </w:tblGrid>
      <w:tr w:rsidR="00D86268" w:rsidRPr="002422BE" w14:paraId="69401A44" w14:textId="77777777">
        <w:trPr>
          <w:jc w:val="center"/>
        </w:trPr>
        <w:tc>
          <w:tcPr>
            <w:tcW w:w="9524" w:type="dxa"/>
            <w:tcBorders>
              <w:top w:val="single" w:sz="6" w:space="0" w:color="D9DCE1"/>
              <w:left w:val="single" w:sz="6" w:space="0" w:color="D9DCE1"/>
              <w:bottom w:val="single" w:sz="6" w:space="0" w:color="D9DCE1"/>
              <w:right w:val="single" w:sz="6" w:space="0" w:color="D9DCE1"/>
            </w:tcBorders>
            <w:shd w:val="clear" w:color="auto" w:fill="FFFFFF"/>
            <w:tcMar>
              <w:top w:w="140" w:type="dxa"/>
              <w:left w:w="150" w:type="dxa"/>
              <w:bottom w:w="140" w:type="dxa"/>
              <w:right w:w="150" w:type="dxa"/>
            </w:tcMar>
          </w:tcPr>
          <w:p w14:paraId="25E1159A" w14:textId="77777777" w:rsidR="00D86268" w:rsidRPr="002422BE" w:rsidRDefault="000932CE">
            <w:sdt>
              <w:sdtPr>
                <w:alias w:val="FONCTION_ACTUELLE_FUTURE"/>
                <w:tag w:val="FONCTION_ACTUELLE_FUTURE"/>
                <w:id w:val="727351354"/>
                <w:showingPlcHdr/>
                <w:text w:multiLine="1"/>
              </w:sdtPr>
              <w:sdtEndPr/>
              <w:sdtContent>
                <w:r w:rsidR="00EE3E3A" w:rsidRPr="002422BE">
                  <w:rPr>
                    <w:i/>
                    <w:color w:val="6B6B70"/>
                  </w:rPr>
                  <w:t>Cliquez ici pour développer votre réponse</w:t>
                </w:r>
              </w:sdtContent>
            </w:sdt>
          </w:p>
          <w:p w14:paraId="470669E9" w14:textId="77777777" w:rsidR="00D86268" w:rsidRPr="002422BE" w:rsidRDefault="00EE3E3A">
            <w:r w:rsidRPr="002422BE">
              <w:t xml:space="preserve"> </w:t>
            </w:r>
          </w:p>
          <w:p w14:paraId="5C19EA58" w14:textId="77777777" w:rsidR="00D86268" w:rsidRPr="002422BE" w:rsidRDefault="00EE3E3A">
            <w:r w:rsidRPr="002422BE">
              <w:t xml:space="preserve"> </w:t>
            </w:r>
          </w:p>
        </w:tc>
      </w:tr>
    </w:tbl>
    <w:p w14:paraId="5B3C9CE9" w14:textId="77777777" w:rsidR="00D86268" w:rsidRPr="002422BE" w:rsidRDefault="00D86268">
      <w:pPr>
        <w:spacing w:after="20"/>
      </w:pPr>
    </w:p>
    <w:tbl>
      <w:tblPr>
        <w:tblW w:w="0" w:type="auto"/>
        <w:jc w:val="center"/>
        <w:tblLayout w:type="fixed"/>
        <w:tblLook w:val="04A0" w:firstRow="1" w:lastRow="0" w:firstColumn="1" w:lastColumn="0" w:noHBand="0" w:noVBand="1"/>
      </w:tblPr>
      <w:tblGrid>
        <w:gridCol w:w="623"/>
        <w:gridCol w:w="8900"/>
      </w:tblGrid>
      <w:tr w:rsidR="00D86268" w:rsidRPr="002422BE" w14:paraId="1B0099EA" w14:textId="77777777">
        <w:trPr>
          <w:jc w:val="center"/>
        </w:trPr>
        <w:tc>
          <w:tcPr>
            <w:tcW w:w="623" w:type="dxa"/>
            <w:shd w:val="clear" w:color="auto" w:fill="D97706"/>
            <w:tcMar>
              <w:top w:w="105" w:type="dxa"/>
              <w:left w:w="130" w:type="dxa"/>
              <w:bottom w:w="105" w:type="dxa"/>
              <w:right w:w="130" w:type="dxa"/>
            </w:tcMar>
            <w:vAlign w:val="center"/>
          </w:tcPr>
          <w:p w14:paraId="3F5C7A4D" w14:textId="77777777" w:rsidR="00D86268" w:rsidRPr="002422BE" w:rsidRDefault="00EE3E3A">
            <w:pPr>
              <w:jc w:val="center"/>
            </w:pPr>
            <w:r w:rsidRPr="002422BE">
              <w:rPr>
                <w:b/>
                <w:color w:val="FFFFFF"/>
                <w:sz w:val="24"/>
              </w:rPr>
              <w:t xml:space="preserve">3</w:t>
            </w:r>
          </w:p>
        </w:tc>
        <w:tc>
          <w:tcPr>
            <w:tcW w:w="8900" w:type="dxa"/>
            <w:shd w:val="clear" w:color="auto" w:fill="EEE8F4"/>
            <w:tcMar>
              <w:top w:w="105" w:type="dxa"/>
              <w:left w:w="130" w:type="dxa"/>
              <w:bottom w:w="105" w:type="dxa"/>
              <w:right w:w="130" w:type="dxa"/>
            </w:tcMar>
            <w:vAlign w:val="center"/>
          </w:tcPr>
          <w:p w14:paraId="59CCA5C7" w14:textId="77777777" w:rsidR="00D86268" w:rsidRPr="002422BE" w:rsidRDefault="00EE3E3A">
            <w:r w:rsidRPr="002422BE">
              <w:rPr>
                <w:b/>
                <w:color w:val="340873"/>
                <w:sz w:val="23"/>
              </w:rPr>
              <w:t>Collaboration</w:t>
            </w:r>
          </w:p>
        </w:tc>
      </w:tr>
    </w:tbl>
    <w:p w14:paraId="011D5897" w14:textId="77777777" w:rsidR="00D86268" w:rsidRPr="002422BE" w:rsidRDefault="00D86268">
      <w:pPr>
        <w:spacing w:after="20"/>
      </w:pPr>
    </w:p>
    <w:p w14:paraId="5DDC3D45" w14:textId="77777777" w:rsidR="00D86268" w:rsidRPr="002422BE" w:rsidRDefault="00EE3E3A">
      <w:pPr>
        <w:keepNext/>
        <w:spacing w:after="40"/>
      </w:pPr>
      <w:r w:rsidRPr="002422BE">
        <w:rPr>
          <w:b/>
          <w:sz w:val="20"/>
        </w:rPr>
        <w:t xml:space="preserve">Engagement obligatoire : je m’engage à partager les pratiques et les résultats obtenus avec d’autres ETA lors de sessions d’échanges, et à répondre aux enquêtes et rapports de suivi demandés par le Fonds :</w:t>
      </w:r>
    </w:p>
    <w:p w14:paraId="6527648B" w14:textId="77777777" w:rsidR="00D86268" w:rsidRPr="002422BE" w:rsidRDefault="000932CE">
      <w:pPr>
        <w:spacing w:after="40"/>
        <w:ind w:left="142"/>
      </w:pPr>
      <w:sdt>
        <w:sdtPr>
          <w:alias w:val="ENGAGEMENT_PARTAGE_OUI"/>
          <w:tag w:val="ENGAGEMENT_PARTAGE_OUI"/>
          <w:id w:val="863876703"/>
          <w14:checkbox>
            <w14:checked w14:val="0"/>
            <w14:checkedState w14:val="2612" w14:font="MS Gothic"/>
            <w14:uncheckedState w14:val="2610" w14:font="MS Gothic"/>
          </w14:checkbox>
        </w:sdtPr>
        <w:sdtEndPr/>
        <w:sdtContent>
          <w:r w:rsidR="00EE3E3A" w:rsidRPr="002422BE">
            <w:t>☐</w:t>
          </w:r>
        </w:sdtContent>
      </w:sdt>
      <w:r w:rsidR="00EE3E3A" w:rsidRPr="002422BE">
        <w:rPr>
          <w:sz w:val="20"/>
        </w:rPr>
        <w:t xml:space="preserve">  Oui, je m’engage</w:t>
      </w:r>
    </w:p>
    <w:tbl>
      <w:tblPr>
        <w:tblW w:w="0" w:type="auto"/>
        <w:jc w:val="center"/>
        <w:tblLayout w:type="fixed"/>
        <w:tblLook w:val="04A0" w:firstRow="1" w:lastRow="0" w:firstColumn="1" w:lastColumn="0" w:noHBand="0" w:noVBand="1"/>
      </w:tblPr>
      <w:tblGrid>
        <w:gridCol w:w="623"/>
        <w:gridCol w:w="8900"/>
      </w:tblGrid>
      <w:tr w:rsidR="00D86268" w:rsidRPr="002422BE" w14:paraId="44D10332" w14:textId="77777777">
        <w:trPr>
          <w:jc w:val="center"/>
        </w:trPr>
        <w:tc>
          <w:tcPr>
            <w:tcW w:w="623" w:type="dxa"/>
            <w:shd w:val="clear" w:color="auto" w:fill="D97706"/>
            <w:tcMar>
              <w:top w:w="105" w:type="dxa"/>
              <w:left w:w="130" w:type="dxa"/>
              <w:bottom w:w="105" w:type="dxa"/>
              <w:right w:w="130" w:type="dxa"/>
            </w:tcMar>
            <w:vAlign w:val="center"/>
          </w:tcPr>
          <w:p w14:paraId="3349240E" w14:textId="77777777" w:rsidR="00D86268" w:rsidRPr="002422BE" w:rsidRDefault="00EE3E3A">
            <w:pPr>
              <w:jc w:val="center"/>
            </w:pPr>
            <w:r w:rsidRPr="002422BE">
              <w:rPr>
                <w:b/>
                <w:color w:val="FFFFFF"/>
                <w:sz w:val="24"/>
              </w:rPr>
              <w:lastRenderedPageBreak/>
              <w:t xml:space="preserve">4</w:t>
            </w:r>
          </w:p>
        </w:tc>
        <w:tc>
          <w:tcPr>
            <w:tcW w:w="8900" w:type="dxa"/>
            <w:shd w:val="clear" w:color="auto" w:fill="EEE8F4"/>
            <w:tcMar>
              <w:top w:w="105" w:type="dxa"/>
              <w:left w:w="130" w:type="dxa"/>
              <w:bottom w:w="105" w:type="dxa"/>
              <w:right w:w="130" w:type="dxa"/>
            </w:tcMar>
            <w:vAlign w:val="center"/>
          </w:tcPr>
          <w:p w14:paraId="17F8F4B8" w14:textId="77777777" w:rsidR="00D86268" w:rsidRPr="002422BE" w:rsidRDefault="00EE3E3A">
            <w:r w:rsidRPr="002422BE">
              <w:rPr>
                <w:b/>
                <w:color w:val="340873"/>
                <w:sz w:val="23"/>
              </w:rPr>
              <w:t>Contrats en entreprise</w:t>
            </w:r>
          </w:p>
        </w:tc>
      </w:tr>
    </w:tbl>
    <w:p w14:paraId="21747287" w14:textId="77777777" w:rsidR="00D86268" w:rsidRPr="002422BE" w:rsidRDefault="00D86268">
      <w:pPr>
        <w:spacing w:after="20"/>
      </w:pPr>
    </w:p>
    <w:p w14:paraId="0B5A64F6" w14:textId="77777777" w:rsidR="00D86268" w:rsidRPr="002422BE" w:rsidRDefault="00EE3E3A">
      <w:pPr>
        <w:spacing w:after="40"/>
      </w:pPr>
      <w:r w:rsidRPr="002422BE">
        <w:rPr>
          <w:b/>
          <w:sz w:val="20"/>
        </w:rPr>
        <w:t>Avez-vous des contrats avec des entreprises externes ?</w:t>
      </w:r>
    </w:p>
    <w:p w14:paraId="25DFE286" w14:textId="77777777" w:rsidR="00D86268" w:rsidRPr="002422BE" w:rsidRDefault="000932CE">
      <w:pPr>
        <w:spacing w:after="40"/>
        <w:ind w:left="142"/>
      </w:pPr>
      <w:sdt>
        <w:sdtPr>
          <w:alias w:val="CONTRATS_EXTERNES_OUI"/>
          <w:tag w:val="CONTRATS_EXTERNES_OUI"/>
          <w:id w:val="1898388431"/>
          <w14:checkbox>
            <w14:checked w14:val="0"/>
            <w14:checkedState w14:val="2612" w14:font="MS Gothic"/>
            <w14:uncheckedState w14:val="2610" w14:font="MS Gothic"/>
          </w14:checkbox>
        </w:sdtPr>
        <w:sdtEndPr/>
        <w:sdtContent>
          <w:r w:rsidR="00EE3E3A" w:rsidRPr="002422BE">
            <w:t>☐</w:t>
          </w:r>
        </w:sdtContent>
      </w:sdt>
      <w:r w:rsidR="00EE3E3A" w:rsidRPr="002422BE">
        <w:rPr>
          <w:sz w:val="20"/>
        </w:rPr>
        <w:t xml:space="preserve">  Oui</w:t>
      </w:r>
    </w:p>
    <w:p w14:paraId="1901E827" w14:textId="77777777" w:rsidR="00D86268" w:rsidRPr="002422BE" w:rsidRDefault="000932CE">
      <w:pPr>
        <w:spacing w:after="40"/>
        <w:ind w:left="142"/>
      </w:pPr>
      <w:sdt>
        <w:sdtPr>
          <w:alias w:val="CONTRATS_EXTERNES_NON"/>
          <w:tag w:val="CONTRATS_EXTERNES_NON"/>
          <w:id w:val="778187498"/>
          <w14:checkbox>
            <w14:checked w14:val="0"/>
            <w14:checkedState w14:val="2612" w14:font="MS Gothic"/>
            <w14:uncheckedState w14:val="2610" w14:font="MS Gothic"/>
          </w14:checkbox>
        </w:sdtPr>
        <w:sdtEndPr/>
        <w:sdtContent>
          <w:r w:rsidR="00EE3E3A" w:rsidRPr="002422BE">
            <w:t>☐</w:t>
          </w:r>
        </w:sdtContent>
      </w:sdt>
      <w:r w:rsidR="00EE3E3A" w:rsidRPr="002422BE">
        <w:rPr>
          <w:sz w:val="20"/>
        </w:rPr>
        <w:t xml:space="preserve">  Non</w:t>
      </w:r>
    </w:p>
    <w:p w14:paraId="7933DFDB" w14:textId="77777777" w:rsidR="00D86268" w:rsidRPr="002422BE" w:rsidRDefault="00EE3E3A">
      <w:pPr>
        <w:spacing w:before="100" w:after="60"/>
      </w:pPr>
      <w:r w:rsidRPr="002422BE">
        <w:rPr>
          <w:b/>
          <w:sz w:val="20"/>
        </w:rPr>
        <w:t>Si oui, quel pourcentage de vos activités représente ce type de contrat ?</w:t>
      </w:r>
    </w:p>
    <w:p w14:paraId="561FBD88" w14:textId="77777777" w:rsidR="00D86268" w:rsidRPr="002422BE" w:rsidRDefault="00EE3E3A">
      <w:pPr>
        <w:spacing w:after="60"/>
      </w:pPr>
      <w:r w:rsidRPr="002422BE">
        <w:rPr>
          <w:i/>
          <w:color w:val="6B6B70"/>
          <w:sz w:val="18"/>
        </w:rPr>
        <w:t>Indiquez un pourcentage ou une estimation.</w:t>
      </w:r>
    </w:p>
    <w:tbl>
      <w:tblPr>
        <w:tblW w:w="0" w:type="auto"/>
        <w:jc w:val="center"/>
        <w:tblLayout w:type="fixed"/>
        <w:tblLook w:val="04A0" w:firstRow="1" w:lastRow="0" w:firstColumn="1" w:lastColumn="0" w:noHBand="0" w:noVBand="1"/>
      </w:tblPr>
      <w:tblGrid>
        <w:gridCol w:w="9524"/>
      </w:tblGrid>
      <w:tr w:rsidR="00D86268" w:rsidRPr="002422BE" w14:paraId="782236BE" w14:textId="77777777">
        <w:trPr>
          <w:jc w:val="center"/>
        </w:trPr>
        <w:tc>
          <w:tcPr>
            <w:tcW w:w="9524" w:type="dxa"/>
            <w:tcBorders>
              <w:top w:val="single" w:sz="6" w:space="0" w:color="D9DCE1"/>
              <w:left w:val="single" w:sz="6" w:space="0" w:color="D9DCE1"/>
              <w:bottom w:val="single" w:sz="6" w:space="0" w:color="D9DCE1"/>
              <w:right w:val="single" w:sz="6" w:space="0" w:color="D9DCE1"/>
            </w:tcBorders>
            <w:shd w:val="clear" w:color="auto" w:fill="FFFFFF"/>
            <w:tcMar>
              <w:top w:w="140" w:type="dxa"/>
              <w:left w:w="150" w:type="dxa"/>
              <w:bottom w:w="140" w:type="dxa"/>
              <w:right w:w="150" w:type="dxa"/>
            </w:tcMar>
          </w:tcPr>
          <w:p w14:paraId="1AB6F6AE" w14:textId="77777777" w:rsidR="00D86268" w:rsidRPr="002422BE" w:rsidRDefault="000932CE">
            <w:sdt>
              <w:sdtPr>
                <w:alias w:val="POURCENT_CONTRATS_EXTERNES"/>
                <w:tag w:val="POURCENT_CONTRATS_EXTERNES"/>
                <w:id w:val="1122332947"/>
                <w:showingPlcHdr/>
                <w:text w:multiLine="1"/>
              </w:sdtPr>
              <w:sdtEndPr/>
              <w:sdtContent>
                <w:r w:rsidR="00EE3E3A" w:rsidRPr="002422BE">
                  <w:rPr>
                    <w:i/>
                    <w:color w:val="6B6B70"/>
                  </w:rPr>
                  <w:t>Cliquez ici pour développer votre réponse</w:t>
                </w:r>
              </w:sdtContent>
            </w:sdt>
          </w:p>
        </w:tc>
      </w:tr>
    </w:tbl>
    <w:p w14:paraId="539B0671" w14:textId="77777777" w:rsidR="00D86268" w:rsidRPr="002422BE" w:rsidRDefault="00D86268">
      <w:pPr>
        <w:spacing w:after="20"/>
      </w:pPr>
    </w:p>
    <w:tbl>
      <w:tblPr>
        <w:tblW w:w="0" w:type="auto"/>
        <w:jc w:val="center"/>
        <w:tblLayout w:type="fixed"/>
        <w:tblLook w:val="04A0" w:firstRow="1" w:lastRow="0" w:firstColumn="1" w:lastColumn="0" w:noHBand="0" w:noVBand="1"/>
      </w:tblPr>
      <w:tblGrid>
        <w:gridCol w:w="623"/>
        <w:gridCol w:w="8900"/>
      </w:tblGrid>
      <w:tr w:rsidR="00D86268" w:rsidRPr="002422BE" w14:paraId="0AA83C5B" w14:textId="77777777">
        <w:trPr>
          <w:jc w:val="center"/>
        </w:trPr>
        <w:tc>
          <w:tcPr>
            <w:tcW w:w="623" w:type="dxa"/>
            <w:shd w:val="clear" w:color="auto" w:fill="D97706"/>
            <w:tcMar>
              <w:top w:w="105" w:type="dxa"/>
              <w:left w:w="130" w:type="dxa"/>
              <w:bottom w:w="105" w:type="dxa"/>
              <w:right w:w="130" w:type="dxa"/>
            </w:tcMar>
            <w:vAlign w:val="center"/>
          </w:tcPr>
          <w:p w14:paraId="7D52FAC8" w14:textId="77777777" w:rsidR="00D86268" w:rsidRPr="002422BE" w:rsidRDefault="00EE3E3A">
            <w:pPr>
              <w:jc w:val="center"/>
            </w:pPr>
            <w:r w:rsidRPr="002422BE">
              <w:rPr>
                <w:b/>
                <w:color w:val="FFFFFF"/>
                <w:sz w:val="24"/>
              </w:rPr>
              <w:t xml:space="preserve">5</w:t>
            </w:r>
          </w:p>
        </w:tc>
        <w:tc>
          <w:tcPr>
            <w:tcW w:w="8900" w:type="dxa"/>
            <w:shd w:val="clear" w:color="auto" w:fill="EEE8F4"/>
            <w:tcMar>
              <w:top w:w="105" w:type="dxa"/>
              <w:left w:w="130" w:type="dxa"/>
              <w:bottom w:w="105" w:type="dxa"/>
              <w:right w:w="130" w:type="dxa"/>
            </w:tcMar>
            <w:vAlign w:val="center"/>
          </w:tcPr>
          <w:p w14:paraId="736BD3C6" w14:textId="77777777" w:rsidR="00D86268" w:rsidRPr="002422BE" w:rsidRDefault="00EE3E3A">
            <w:r w:rsidRPr="002422BE">
              <w:rPr>
                <w:b/>
                <w:color w:val="340873"/>
                <w:sz w:val="23"/>
              </w:rPr>
              <w:t>Diversité des fonctions au sein de votre ETA</w:t>
            </w:r>
          </w:p>
        </w:tc>
      </w:tr>
    </w:tbl>
    <w:p w14:paraId="73203869" w14:textId="77777777" w:rsidR="00D86268" w:rsidRPr="002422BE" w:rsidRDefault="00D86268">
      <w:pPr>
        <w:spacing w:after="20"/>
      </w:pPr>
    </w:p>
    <w:p w14:paraId="36210DAE" w14:textId="77777777" w:rsidR="00D86268" w:rsidRPr="002422BE" w:rsidRDefault="00EE3E3A">
      <w:pPr>
        <w:spacing w:before="100" w:after="60"/>
      </w:pPr>
      <w:r w:rsidRPr="002422BE">
        <w:rPr>
          <w:b/>
          <w:sz w:val="20"/>
        </w:rPr>
        <w:t xml:space="preserve">Décrivez les principales fonctions actuellement présentes dans votre ETA et la manière dont la personne engagée interagirait avec ces fonctions pour améliorer le bien-être du personnel.</w:t>
      </w:r>
    </w:p>
    <w:tbl>
      <w:tblPr>
        <w:tblW w:w="0" w:type="auto"/>
        <w:jc w:val="center"/>
        <w:tblLayout w:type="fixed"/>
        <w:tblLook w:val="04A0" w:firstRow="1" w:lastRow="0" w:firstColumn="1" w:lastColumn="0" w:noHBand="0" w:noVBand="1"/>
      </w:tblPr>
      <w:tblGrid>
        <w:gridCol w:w="9524"/>
      </w:tblGrid>
      <w:tr w:rsidR="00D86268" w:rsidRPr="002422BE" w14:paraId="68D37AEC" w14:textId="77777777">
        <w:trPr>
          <w:jc w:val="center"/>
        </w:trPr>
        <w:tc>
          <w:tcPr>
            <w:tcW w:w="9524" w:type="dxa"/>
            <w:tcBorders>
              <w:top w:val="single" w:sz="6" w:space="0" w:color="D9DCE1"/>
              <w:left w:val="single" w:sz="6" w:space="0" w:color="D9DCE1"/>
              <w:bottom w:val="single" w:sz="6" w:space="0" w:color="D9DCE1"/>
              <w:right w:val="single" w:sz="6" w:space="0" w:color="D9DCE1"/>
            </w:tcBorders>
            <w:shd w:val="clear" w:color="auto" w:fill="FFFFFF"/>
            <w:tcMar>
              <w:top w:w="140" w:type="dxa"/>
              <w:left w:w="150" w:type="dxa"/>
              <w:bottom w:w="140" w:type="dxa"/>
              <w:right w:w="150" w:type="dxa"/>
            </w:tcMar>
          </w:tcPr>
          <w:p w14:paraId="2D1697AA" w14:textId="77777777" w:rsidR="00D86268" w:rsidRPr="002422BE" w:rsidRDefault="000932CE">
            <w:sdt>
              <w:sdtPr>
                <w:alias w:val="DIVERSITE_FONCTIONS"/>
                <w:tag w:val="DIVERSITE_FONCTIONS"/>
                <w:id w:val="1524479094"/>
                <w:showingPlcHdr/>
                <w:text w:multiLine="1"/>
              </w:sdtPr>
              <w:sdtEndPr/>
              <w:sdtContent>
                <w:r w:rsidR="00EE3E3A" w:rsidRPr="002422BE">
                  <w:rPr>
                    <w:i/>
                    <w:color w:val="6B6B70"/>
                  </w:rPr>
                  <w:t>Cliquez ici pour développer votre réponse</w:t>
                </w:r>
              </w:sdtContent>
            </w:sdt>
          </w:p>
          <w:p w14:paraId="56C52B39" w14:textId="77777777" w:rsidR="00D86268" w:rsidRPr="002422BE" w:rsidRDefault="00EE3E3A">
            <w:r w:rsidRPr="002422BE">
              <w:t xml:space="preserve"> </w:t>
            </w:r>
          </w:p>
          <w:p w14:paraId="65181B12" w14:textId="77777777" w:rsidR="00D86268" w:rsidRPr="002422BE" w:rsidRDefault="00EE3E3A">
            <w:r w:rsidRPr="002422BE">
              <w:t xml:space="preserve"> </w:t>
            </w:r>
          </w:p>
        </w:tc>
      </w:tr>
    </w:tbl>
    <w:p w14:paraId="141F9378" w14:textId="77777777" w:rsidR="00D86268" w:rsidRPr="002422BE" w:rsidRDefault="00D86268">
      <w:pPr>
        <w:spacing w:after="20"/>
      </w:pPr>
    </w:p>
    <w:tbl>
      <w:tblPr>
        <w:tblW w:w="0" w:type="auto"/>
        <w:jc w:val="center"/>
        <w:tblLayout w:type="fixed"/>
        <w:tblLook w:val="04A0" w:firstRow="1" w:lastRow="0" w:firstColumn="1" w:lastColumn="0" w:noHBand="0" w:noVBand="1"/>
      </w:tblPr>
      <w:tblGrid>
        <w:gridCol w:w="320"/>
        <w:gridCol w:w="9297"/>
      </w:tblGrid>
      <w:tr w:rsidR="00D86268" w:rsidRPr="002422BE" w14:paraId="6D3CD16A" w14:textId="77777777">
        <w:trPr>
          <w:jc w:val="center"/>
        </w:trPr>
        <w:tc>
          <w:tcPr>
            <w:tcW w:w="198" w:type="dxa"/>
            <w:shd w:val="clear" w:color="auto" w:fill="D97706"/>
            <w:tcMar>
              <w:top w:w="120" w:type="dxa"/>
              <w:left w:w="150" w:type="dxa"/>
              <w:bottom w:w="120" w:type="dxa"/>
              <w:right w:w="150" w:type="dxa"/>
            </w:tcMar>
            <w:vAlign w:val="center"/>
          </w:tcPr>
          <w:p w14:paraId="1A690D01" w14:textId="77777777" w:rsidR="00D86268" w:rsidRPr="002422BE" w:rsidRDefault="00D86268"/>
        </w:tc>
        <w:tc>
          <w:tcPr>
            <w:tcW w:w="9297" w:type="dxa"/>
            <w:shd w:val="clear" w:color="auto" w:fill="FFF4E5"/>
            <w:tcMar>
              <w:top w:w="120" w:type="dxa"/>
              <w:left w:w="150" w:type="dxa"/>
              <w:bottom w:w="120" w:type="dxa"/>
              <w:right w:w="150" w:type="dxa"/>
            </w:tcMar>
            <w:vAlign w:val="center"/>
          </w:tcPr>
          <w:p w14:paraId="4B24B1DC" w14:textId="77777777" w:rsidR="00D86268" w:rsidRPr="002422BE" w:rsidRDefault="00EE3E3A">
            <w:r w:rsidRPr="002422BE">
              <w:rPr>
                <w:b/>
                <w:color w:val="D97706"/>
              </w:rPr>
              <w:t>Avant l’envoi</w:t>
            </w:r>
          </w:p>
          <w:p w14:paraId="59C81E3C" w14:textId="77777777" w:rsidR="00D86268" w:rsidRPr="002422BE" w:rsidRDefault="00EE3E3A">
            <w:pPr>
              <w:spacing w:after="0"/>
            </w:pPr>
            <w:r w:rsidRPr="002422BE">
              <w:rPr>
                <w:sz w:val="20"/>
              </w:rPr>
              <w:t xml:space="preserve">Vérifiez que les informations sont complètes, enregistrez le document et envoyez-le à fondsdeseta@apefasbl.org.</w:t>
            </w:r>
          </w:p>
        </w:tc>
      </w:tr>
    </w:tbl>
    <w:p w14:paraId="513AC5BE" w14:textId="77777777" w:rsidR="00D86268" w:rsidRDefault="00D86268">
      <w:pPr>
        <w:spacing w:after="20"/>
      </w:pPr>
    </w:p>
    <w:sectPr w:rsidR="00D86268" w:rsidSect="00034616">
      <w:headerReference w:type="default" r:id="rId9"/>
      <w:footerReference w:type="default" r:id="rId10"/>
      <w:pgSz w:w="11906" w:h="16838"/>
      <w:pgMar w:top="1389" w:right="1134" w:bottom="1020" w:left="1134" w:header="198"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2DEB1" w14:textId="77777777" w:rsidR="000932CE" w:rsidRPr="002422BE" w:rsidRDefault="000932CE">
      <w:pPr>
        <w:spacing w:after="0" w:line="240" w:lineRule="auto"/>
      </w:pPr>
      <w:r w:rsidRPr="002422BE">
        <w:separator/>
      </w:r>
    </w:p>
  </w:endnote>
  <w:endnote w:type="continuationSeparator" w:id="0">
    <w:p w14:paraId="4645C303" w14:textId="77777777" w:rsidR="000932CE" w:rsidRPr="002422BE" w:rsidRDefault="000932CE">
      <w:pPr>
        <w:spacing w:after="0" w:line="240" w:lineRule="auto"/>
      </w:pPr>
      <w:r w:rsidRPr="002422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37F5" w14:textId="77777777" w:rsidR="00D86268" w:rsidRPr="002422BE" w:rsidRDefault="00D86268">
    <w:pPr>
      <w:pStyle w:val="Pieddepage"/>
    </w:pPr>
  </w:p>
  <w:tbl>
    <w:tblPr>
      <w:tblW w:w="0" w:type="auto"/>
      <w:tblLayout w:type="fixed"/>
      <w:tblLook w:val="04A0" w:firstRow="1" w:lastRow="0" w:firstColumn="1" w:lastColumn="0" w:noHBand="0" w:noVBand="1"/>
    </w:tblPr>
    <w:tblGrid>
      <w:gridCol w:w="8107"/>
      <w:gridCol w:w="1530"/>
    </w:tblGrid>
    <w:tr w:rsidR="00D86268" w:rsidRPr="002422BE" w14:paraId="2171DB62" w14:textId="77777777">
      <w:tc>
        <w:tcPr>
          <w:tcW w:w="8107" w:type="dxa"/>
          <w:tcMar>
            <w:top w:w="50" w:type="dxa"/>
            <w:left w:w="0" w:type="dxa"/>
            <w:bottom w:w="0" w:type="dxa"/>
            <w:right w:w="0" w:type="dxa"/>
          </w:tcMar>
        </w:tcPr>
        <w:p w14:paraId="74D9A192" w14:textId="77777777" w:rsidR="00D86268" w:rsidRPr="002422BE" w:rsidRDefault="00EE3E3A">
          <w:r w:rsidRPr="002422BE">
            <w:rPr>
              <w:b/>
              <w:color w:val="340873"/>
              <w:sz w:val="15"/>
            </w:rPr>
            <w:t>Fonds de Sécurité d’Existence des ETA wallonnes</w:t>
          </w:r>
        </w:p>
        <w:p w14:paraId="5C1849B6" w14:textId="77777777" w:rsidR="00D86268" w:rsidRPr="002422BE" w:rsidRDefault="00EE3E3A">
          <w:r w:rsidRPr="002422BE">
            <w:rPr>
              <w:color w:val="6B6B70"/>
              <w:sz w:val="14"/>
            </w:rPr>
            <w:t>Square Sainctelette 13-15 · 1000 Bruxelles · SCP 327.03</w:t>
          </w:r>
        </w:p>
      </w:tc>
      <w:tc>
        <w:tcPr>
          <w:tcW w:w="1530" w:type="dxa"/>
          <w:tcMar>
            <w:top w:w="50" w:type="dxa"/>
            <w:left w:w="0" w:type="dxa"/>
            <w:bottom w:w="0" w:type="dxa"/>
            <w:right w:w="0" w:type="dxa"/>
          </w:tcMar>
        </w:tcPr>
        <w:p w14:paraId="2AD0A5B5" w14:textId="77777777" w:rsidR="00D86268" w:rsidRPr="002422BE" w:rsidRDefault="00EE3E3A">
          <w:pPr>
            <w:jc w:val="right"/>
          </w:pPr>
          <w:r w:rsidRPr="002422BE">
            <w:rPr>
              <w:color w:val="6B6B70"/>
              <w:sz w:val="15"/>
            </w:rPr>
            <w:t xml:space="preserve">Page </w:t>
          </w:r>
          <w:r w:rsidRPr="002422BE">
            <w:fldChar w:fldCharType="begin"/>
          </w:r>
          <w:r w:rsidRPr="002422BE">
            <w:instrText>PAGE</w:instrText>
          </w:r>
          <w:r w:rsidRPr="002422BE">
            <w:fldChar w:fldCharType="separate"/>
          </w:r>
          <w:r w:rsidR="00394083" w:rsidRPr="002422BE">
            <w:t>1</w:t>
          </w:r>
          <w:r w:rsidRPr="002422BE">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99AB0" w14:textId="77777777" w:rsidR="000932CE" w:rsidRPr="002422BE" w:rsidRDefault="000932CE">
      <w:pPr>
        <w:spacing w:after="0" w:line="240" w:lineRule="auto"/>
      </w:pPr>
      <w:r w:rsidRPr="002422BE">
        <w:separator/>
      </w:r>
    </w:p>
  </w:footnote>
  <w:footnote w:type="continuationSeparator" w:id="0">
    <w:p w14:paraId="468F22D6" w14:textId="77777777" w:rsidR="000932CE" w:rsidRPr="002422BE" w:rsidRDefault="000932CE">
      <w:pPr>
        <w:spacing w:after="0" w:line="240" w:lineRule="auto"/>
      </w:pPr>
      <w:r w:rsidRPr="002422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D0382" w14:textId="77777777" w:rsidR="00D86268" w:rsidRPr="002422BE" w:rsidRDefault="00D86268">
    <w:pPr>
      <w:pStyle w:val="En-tte"/>
    </w:pPr>
  </w:p>
  <w:tbl>
    <w:tblPr>
      <w:tblW w:w="0" w:type="auto"/>
      <w:tblLayout w:type="fixed"/>
      <w:tblLook w:val="04A0" w:firstRow="1" w:lastRow="0" w:firstColumn="1" w:lastColumn="0" w:noHBand="0" w:noVBand="1"/>
    </w:tblPr>
    <w:tblGrid>
      <w:gridCol w:w="7086"/>
      <w:gridCol w:w="2551"/>
    </w:tblGrid>
    <w:tr w:rsidR="00D86268" w:rsidRPr="002422BE" w14:paraId="226C1F75" w14:textId="77777777">
      <w:tc>
        <w:tcPr>
          <w:tcW w:w="7086" w:type="dxa"/>
          <w:tcMar>
            <w:top w:w="0" w:type="dxa"/>
            <w:left w:w="0" w:type="dxa"/>
            <w:bottom w:w="50" w:type="dxa"/>
            <w:right w:w="0" w:type="dxa"/>
          </w:tcMar>
        </w:tcPr>
        <w:p w14:paraId="708C7DAC" w14:textId="77777777" w:rsidR="00D86268" w:rsidRPr="002422BE" w:rsidRDefault="00EE3E3A">
          <w:r w:rsidRPr="002422BE">
            <w:drawing>
              <wp:inline distT="0" distB="0" distL="0" distR="0" wp14:anchorId="04E92624" wp14:editId="7F68D684">
                <wp:extent cx="2340000" cy="8221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SE_ETA_wallonne_turquoise.png"/>
                        <pic:cNvPicPr/>
                      </pic:nvPicPr>
                      <pic:blipFill>
                        <a:blip r:embed="rId1"/>
                        <a:stretch>
                          <a:fillRect/>
                        </a:stretch>
                      </pic:blipFill>
                      <pic:spPr>
                        <a:xfrm>
                          <a:off x="0" y="0"/>
                          <a:ext cx="2340000" cy="822162"/>
                        </a:xfrm>
                        <a:prstGeom prst="rect">
                          <a:avLst/>
                        </a:prstGeom>
                      </pic:spPr>
                    </pic:pic>
                  </a:graphicData>
                </a:graphic>
              </wp:inline>
            </w:drawing>
          </w:r>
        </w:p>
      </w:tc>
      <w:tc>
        <w:tcPr>
          <w:tcW w:w="2551" w:type="dxa"/>
          <w:tcMar>
            <w:top w:w="0" w:type="dxa"/>
            <w:left w:w="0" w:type="dxa"/>
            <w:bottom w:w="50" w:type="dxa"/>
            <w:right w:w="0" w:type="dxa"/>
          </w:tcMar>
        </w:tcPr>
        <w:p w14:paraId="58BE1B74" w14:textId="77777777" w:rsidR="00D86268" w:rsidRPr="002422BE" w:rsidRDefault="00EE3E3A">
          <w:pPr>
            <w:jc w:val="right"/>
          </w:pPr>
          <w:r w:rsidRPr="002422BE">
            <w:rPr>
              <w:b/>
              <w:color w:val="340873"/>
              <w:sz w:val="16"/>
            </w:rPr>
            <w:t>APPEL À CANDIDATURE</w:t>
          </w:r>
        </w:p>
        <w:p w14:paraId="1030279B" w14:textId="77777777" w:rsidR="00D86268" w:rsidRPr="002422BE" w:rsidRDefault="00EE3E3A">
          <w:pPr>
            <w:jc w:val="right"/>
          </w:pPr>
          <w:r w:rsidRPr="002422BE">
            <w:rPr>
              <w:b/>
              <w:color w:val="01869B"/>
              <w:sz w:val="16"/>
            </w:rPr>
            <w:t>ACTION BIEN-ÊTRE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40005984">
    <w:abstractNumId w:val="8"/>
  </w:num>
  <w:num w:numId="2" w16cid:durableId="1063989612">
    <w:abstractNumId w:val="6"/>
  </w:num>
  <w:num w:numId="3" w16cid:durableId="115416821">
    <w:abstractNumId w:val="5"/>
  </w:num>
  <w:num w:numId="4" w16cid:durableId="500893022">
    <w:abstractNumId w:val="4"/>
  </w:num>
  <w:num w:numId="5" w16cid:durableId="1823541064">
    <w:abstractNumId w:val="7"/>
  </w:num>
  <w:num w:numId="6" w16cid:durableId="891305656">
    <w:abstractNumId w:val="3"/>
  </w:num>
  <w:num w:numId="7" w16cid:durableId="1864130107">
    <w:abstractNumId w:val="2"/>
  </w:num>
  <w:num w:numId="8" w16cid:durableId="1089812501">
    <w:abstractNumId w:val="1"/>
  </w:num>
  <w:num w:numId="9" w16cid:durableId="410471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2CE"/>
    <w:rsid w:val="0015074B"/>
    <w:rsid w:val="002422BE"/>
    <w:rsid w:val="0029639D"/>
    <w:rsid w:val="00326F90"/>
    <w:rsid w:val="00394083"/>
    <w:rsid w:val="003D7D41"/>
    <w:rsid w:val="007D48F3"/>
    <w:rsid w:val="007F2866"/>
    <w:rsid w:val="00A73BE1"/>
    <w:rsid w:val="00AA1D8D"/>
    <w:rsid w:val="00B47730"/>
    <w:rsid w:val="00CB0664"/>
    <w:rsid w:val="00D613B0"/>
    <w:rsid w:val="00D86268"/>
    <w:rsid w:val="00E86DE0"/>
    <w:rsid w:val="00EE3E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2D34E2"/>
  <w14:defaultImageDpi w14:val="300"/>
  <w15:docId w15:val="{D436C181-CEAF-4FB8-8194-182910F5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F2F33"/>
      <w:sz w:val="21"/>
      <w:lang w:val="fr-BE"/>
    </w:rPr>
  </w:style>
  <w:style w:type="paragraph" w:styleId="Titre1">
    <w:name w:val="heading 1"/>
    <w:basedOn w:val="Normal"/>
    <w:next w:val="Normal"/>
    <w:link w:val="Titre1Car"/>
    <w:uiPriority w:val="9"/>
    <w:qFormat/>
    <w:rsid w:val="00FC693F"/>
    <w:pPr>
      <w:keepNext/>
      <w:keepLines/>
      <w:spacing w:before="180"/>
      <w:outlineLvl w:val="0"/>
    </w:pPr>
    <w:rPr>
      <w:rFonts w:asciiTheme="majorHAnsi" w:eastAsiaTheme="majorEastAsia" w:hAnsiTheme="majorHAnsi" w:cstheme="majorBidi"/>
      <w:b/>
      <w:bCs/>
      <w:color w:val="340873"/>
      <w:sz w:val="31"/>
      <w:szCs w:val="28"/>
    </w:rPr>
  </w:style>
  <w:style w:type="paragraph" w:styleId="Titre2">
    <w:name w:val="heading 2"/>
    <w:basedOn w:val="Normal"/>
    <w:next w:val="Normal"/>
    <w:link w:val="Titre2Car"/>
    <w:uiPriority w:val="9"/>
    <w:unhideWhenUsed/>
    <w:qFormat/>
    <w:rsid w:val="00FC693F"/>
    <w:pPr>
      <w:keepNext/>
      <w:keepLines/>
      <w:spacing w:before="180"/>
      <w:outlineLvl w:val="1"/>
    </w:pPr>
    <w:rPr>
      <w:rFonts w:asciiTheme="majorHAnsi" w:eastAsiaTheme="majorEastAsia" w:hAnsiTheme="majorHAnsi" w:cstheme="majorBidi"/>
      <w:b/>
      <w:bCs/>
      <w:color w:val="01869B"/>
      <w:sz w:val="23"/>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ndsdeseta@apefasbl.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914</Words>
  <Characters>5028</Characters>
  <Application>Microsoft Office Word</Application>
  <DocSecurity>8</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Christine Baudechon</cp:lastModifiedBy>
  <cp:revision>2</cp:revision>
  <dcterms:created xsi:type="dcterms:W3CDTF">2026-09-16T15:40:00Z</dcterms:created>
  <dcterms:modified xsi:type="dcterms:W3CDTF">2026-09-16T15:40:00Z</dcterms:modified>
  <cp:category/>
</cp:coreProperties>
</file>